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52730"/>
          <w:sz w:val="26"/>
        </w:rPr>
        <w:t>EQFORECAST</w:t>
      </w:r>
    </w:p>
    <w:p>
      <w:pPr>
        <w:jc w:val="center"/>
      </w:pPr>
      <w:r>
        <w:rPr>
          <w:b/>
          <w:color w:val="07304D"/>
          <w:sz w:val="54"/>
        </w:rPr>
        <w:t>Protocollo storico del caso</w:t>
        <w:br/>
        <w:t>26 ottobre 2016</w:t>
      </w:r>
    </w:p>
    <w:p>
      <w:pPr>
        <w:jc w:val="center"/>
      </w:pPr>
      <w:r>
        <w:rPr>
          <w:color w:val="465F70"/>
          <w:sz w:val="22"/>
        </w:rPr>
        <w:t>Documenti antecedenti · cronologia · ricezione pubblica · testimonianze · limiti · continuità metodologica</w:t>
      </w:r>
    </w:p>
    <w:p>
      <w:pPr>
        <w:jc w:val="center"/>
      </w:pPr>
      <w:r>
        <w:t>Versione 0.5 · 28 ottobre 2026</w:t>
      </w:r>
    </w:p>
    <w:p>
      <w:r>
        <w:t>Finalità: conservare in forma verificabile la memoria del caso 2016 e separare in modo esplicito documento storico, comunicazione antecedente, evento osservato, matching, testimonianza, interpretazione retrospettiva e ipotesi fisica. Il caso non è presentato come validazione scientifica indipendente del sistema EqForecast attuale.</w:t>
      </w:r>
    </w:p>
    <w:p>
      <w:r/>
    </w:p>
    <w:p>
      <w:r/>
      <w:r>
        <w:br/>
      </w:r>
    </w:p>
    <w:p>
      <w:pPr>
        <w:pStyle w:val="Heading1"/>
      </w:pPr>
      <w:r>
        <w:t>0. RISULTATO IN APERTURA - RISPOSTA COMPORTAMENTALE ALLE COMUNICAZIONI DEL 26 OTTOBRE 2016</w:t>
      </w:r>
    </w:p>
    <w:p>
      <w:r>
        <w:rPr>
          <w:b/>
        </w:rPr>
        <w:t>Domanda di audit:</w:t>
      </w:r>
      <w:r>
        <w:t xml:space="preserve"> le comunicazioni antecedenti, culminate nel post indicato nei materiali come pubblicato alle 11:43 del 26 ottobre (fuso del timestamp storico ancora DA VERIFICARE) e nell’aggiornamento di rischio della stessa giornata, produssero una risposta comportamentale concreta nei destinatari prima o durante le prime ore della sequenza?</w:t>
      </w:r>
    </w:p>
    <w:p>
      <w:r>
        <w:rPr>
          <w:b/>
        </w:rPr>
        <w:t>RISPOSTA SINTETICA:</w:t>
      </w:r>
      <w:r>
        <w:t xml:space="preserve"> SÌ, NEL CORPUS ESISTE UNA RISPOSTA COMPORTAMENTALE DOCUMENTATA. Alcuni destinatari dichiarano di essere stati fuori casa, di avere dormito in auto o in sistemazioni di fortuna, di avere preso giorni di ferie per assistere familiari o di avere modificato concretamente il proprio comportamento in relazione alle comunicazioni ricevute. Non è invece dimostrabile, con il materiale attuale, quale quota della popolazione abbia agito così né che ogni comportamento sia stato causato specificamente dall’ultimo bollettino delle 11:43.</w:t>
      </w:r>
    </w:p>
    <w:p>
      <w:r>
        <w:t>La torta seguente NON rappresenta la percentuale della popolazione che uscì di casa. Classifica soltanto la qualità dell’evidenza nelle 11 testimonianze già individuate dal Protocollo come prioritarie per comportamento/ricezione. Il denominatore è quindi documentale e auto-selezionato, non demografico.</w:t>
      </w:r>
    </w:p>
    <w:p>
      <w:pPr>
        <w:jc w:val="center"/>
      </w:pPr>
      <w:r>
        <w:drawing>
          <wp:inline xmlns:a="http://schemas.openxmlformats.org/drawingml/2006/main" xmlns:pic="http://schemas.openxmlformats.org/drawingml/2006/picture">
            <wp:extent cx="6035040" cy="3849526"/>
            <wp:docPr id="9" name="Picture 9"/>
            <wp:cNvGraphicFramePr>
              <a:graphicFrameLocks noChangeAspect="1"/>
            </wp:cNvGraphicFramePr>
            <a:graphic>
              <a:graphicData uri="http://schemas.openxmlformats.org/drawingml/2006/picture">
                <pic:pic>
                  <pic:nvPicPr>
                    <pic:cNvPr id="0" name="analisi-risposta-comportamentale-2016.png"/>
                    <pic:cNvPicPr/>
                  </pic:nvPicPr>
                  <pic:blipFill>
                    <a:blip r:embed="rId42"/>
                    <a:stretch>
                      <a:fillRect/>
                    </a:stretch>
                  </pic:blipFill>
                  <pic:spPr>
                    <a:xfrm>
                      <a:off x="0" y="0"/>
                      <a:ext cx="6035040" cy="3849526"/>
                    </a:xfrm>
                    <a:prstGeom prst="rect"/>
                  </pic:spPr>
                </pic:pic>
              </a:graphicData>
            </a:graphic>
          </wp:inline>
        </w:drawing>
      </w:r>
    </w:p>
    <w:p>
      <w:pPr>
        <w:jc w:val="center"/>
      </w:pPr>
      <w:r>
        <w:rPr>
          <w:sz w:val="17"/>
        </w:rPr>
        <w:t>Figura 0 - Qualità dell’evidenza comportamentale nelle 11 testimonianze prioritarie. SÌ = comportamento concreto documentato; FORSE = ricezione/intenzione/comportamento plausibile ma timing o nesso specifico con l’ultimo bollettino incompleto; NON DIMOSTRATO = record non utilizzabile per inferire il comportamento nel caso 2016.</w:t>
      </w:r>
    </w:p>
    <w:tbl>
      <w:tblPr>
        <w:tblStyle w:val="TableGrid"/>
        <w:tblW w:type="auto" w:w="0"/>
        <w:jc w:val="center"/>
        <w:tblLook w:firstColumn="1" w:firstRow="1" w:lastColumn="0" w:lastRow="0" w:noHBand="0" w:noVBand="1" w:val="04A0"/>
      </w:tblPr>
      <w:tblGrid>
        <w:gridCol w:w="2521"/>
        <w:gridCol w:w="2521"/>
        <w:gridCol w:w="2521"/>
        <w:gridCol w:w="2521"/>
      </w:tblGrid>
      <w:tr>
        <w:tc>
          <w:tcPr>
            <w:tcW w:type="dxa" w:w="2521"/>
            <w:vAlign w:val="center"/>
            <w:shd w:fill="F2F2F2"/>
          </w:tcPr>
          <w:p>
            <w:r>
              <w:rPr>
                <w:b/>
              </w:rPr>
              <w:t>Categoria</w:t>
            </w:r>
          </w:p>
        </w:tc>
        <w:tc>
          <w:tcPr>
            <w:tcW w:type="dxa" w:w="2521"/>
            <w:vAlign w:val="center"/>
            <w:shd w:fill="F2F2F2"/>
          </w:tcPr>
          <w:p>
            <w:r>
              <w:rPr>
                <w:b/>
              </w:rPr>
              <w:t>n</w:t>
            </w:r>
          </w:p>
        </w:tc>
        <w:tc>
          <w:tcPr>
            <w:tcW w:type="dxa" w:w="2521"/>
            <w:vAlign w:val="center"/>
            <w:shd w:fill="F2F2F2"/>
          </w:tcPr>
          <w:p>
            <w:r>
              <w:rPr>
                <w:b/>
              </w:rPr>
              <w:t>Criterio</w:t>
            </w:r>
          </w:p>
        </w:tc>
        <w:tc>
          <w:tcPr>
            <w:tcW w:type="dxa" w:w="2521"/>
            <w:vAlign w:val="center"/>
            <w:shd w:fill="F2F2F2"/>
          </w:tcPr>
          <w:p>
            <w:r>
              <w:rPr>
                <w:b/>
              </w:rPr>
              <w:t>Record principali</w:t>
            </w:r>
          </w:p>
        </w:tc>
      </w:tr>
      <w:tr>
        <w:tc>
          <w:tcPr>
            <w:tcW w:type="dxa" w:w="2521"/>
            <w:vAlign w:val="top"/>
          </w:tcPr>
          <w:p>
            <w:r>
              <w:t>SÌ - comportamento concreto documentato</w:t>
            </w:r>
          </w:p>
        </w:tc>
        <w:tc>
          <w:tcPr>
            <w:tcW w:type="dxa" w:w="2521"/>
            <w:vAlign w:val="top"/>
          </w:tcPr>
          <w:p>
            <w:r>
              <w:t>3</w:t>
            </w:r>
          </w:p>
        </w:tc>
        <w:tc>
          <w:tcPr>
            <w:tcW w:type="dxa" w:w="2521"/>
            <w:vAlign w:val="top"/>
          </w:tcPr>
          <w:p>
            <w:r>
              <w:t>Azione concreta dichiarata, temporalmente collegabile al periodo di allerta</w:t>
            </w:r>
          </w:p>
        </w:tc>
        <w:tc>
          <w:tcPr>
            <w:tcW w:type="dxa" w:w="2521"/>
            <w:vAlign w:val="top"/>
          </w:tcPr>
          <w:p>
            <w:r>
              <w:t>T-EX1; C0051; C0074</w:t>
            </w:r>
          </w:p>
        </w:tc>
      </w:tr>
      <w:tr>
        <w:tc>
          <w:tcPr>
            <w:tcW w:type="dxa" w:w="2521"/>
            <w:vAlign w:val="top"/>
          </w:tcPr>
          <w:p>
            <w:r>
              <w:t>FORSE - risposta plausibile ma incompleta</w:t>
            </w:r>
          </w:p>
        </w:tc>
        <w:tc>
          <w:tcPr>
            <w:tcW w:type="dxa" w:w="2521"/>
            <w:vAlign w:val="top"/>
          </w:tcPr>
          <w:p>
            <w:r>
              <w:t>7</w:t>
            </w:r>
          </w:p>
        </w:tc>
        <w:tc>
          <w:tcPr>
            <w:tcW w:type="dxa" w:w="2521"/>
            <w:vAlign w:val="top"/>
          </w:tcPr>
          <w:p>
            <w:r>
              <w:t>Ricezione, intenzione o comportamento dichiarato; manca almeno uno fra timing preciso, attribuzione all’ultimo bollettino o dettaglio dell’azione</w:t>
            </w:r>
          </w:p>
        </w:tc>
        <w:tc>
          <w:tcPr>
            <w:tcW w:type="dxa" w:w="2521"/>
            <w:vAlign w:val="top"/>
          </w:tcPr>
          <w:p>
            <w:r>
              <w:t>C0012; C0050; C0063; C0101; C0234; C0288; C0343</w:t>
            </w:r>
          </w:p>
        </w:tc>
      </w:tr>
      <w:tr>
        <w:tc>
          <w:tcPr>
            <w:tcW w:type="dxa" w:w="2521"/>
            <w:vAlign w:val="top"/>
          </w:tcPr>
          <w:p>
            <w:r>
              <w:t>NON DIMOSTRATO / non pertinente al caso 2016</w:t>
            </w:r>
          </w:p>
        </w:tc>
        <w:tc>
          <w:tcPr>
            <w:tcW w:type="dxa" w:w="2521"/>
            <w:vAlign w:val="top"/>
          </w:tcPr>
          <w:p>
            <w:r>
              <w:t>1</w:t>
            </w:r>
          </w:p>
        </w:tc>
        <w:tc>
          <w:tcPr>
            <w:tcW w:type="dxa" w:w="2521"/>
            <w:vAlign w:val="top"/>
          </w:tcPr>
          <w:p>
            <w:r>
              <w:t>Il record non documenta il comportamento relativo al 26 ottobre 2016</w:t>
            </w:r>
          </w:p>
        </w:tc>
        <w:tc>
          <w:tcPr>
            <w:tcW w:type="dxa" w:w="2521"/>
            <w:vAlign w:val="top"/>
          </w:tcPr>
          <w:p>
            <w:r>
              <w:t>C0003</w:t>
            </w:r>
          </w:p>
        </w:tc>
      </w:tr>
    </w:tbl>
    <w:p>
      <w:r>
        <w:rPr>
          <w:b/>
        </w:rPr>
        <w:t>Lettura:</w:t>
      </w:r>
      <w:r>
        <w:t xml:space="preserve"> 10 record su 11 contengono almeno un segnale di ricezione, intenzione o risposta comportamentale collegata alla comunicazione EqForecast; 3 documentano in modo sufficientemente concreto un comportamento prudenziale. Questo consente di rispondere SÌ alla domanda “esiste una risposta comportamentale documentata?”, ma NON consente di dire che 10 persone su 11 della popolazione uscirono di casa, né di attribuire causalmente l’assenza di vittime al bollettino.</w:t>
      </w:r>
    </w:p>
    <w:p>
      <w:r>
        <w:t>Il punto più rilevante per il futuro è quindi operativo: una comunicazione previsionale “soft”, pur geograficamente ampia e con limiti esplicitati, può essere recepita e tradotta da alcuni destinatari in azioni prudenziali. Questa osservazione è VALIDATA INTERNAMENTE come proprietà del corpus storico; la dimensione dell’effetto, la sua generalizzabilità e il contributo causale alla protezione delle persone restano DA VERIFICARE.</w:t>
      </w:r>
    </w:p>
    <w:p>
      <w:r>
        <w:t>Limite decisivo: il post indicato come 11:43 non ha ancora un fuso del timestamp storicamente chiuso. Inoltre alcune testimonianze sono retrospettive o non permettono di stabilire se l’azione avvenne prima della Mw 5.4 delle 17:10:36 UTC oppure dopo la prima scossa. Per questo la categoria FORSE resta volutamente ampia e conservativa.</w:t>
      </w:r>
    </w:p>
    <w:p>
      <w:pPr>
        <w:pStyle w:val="Heading1"/>
      </w:pPr>
      <w:r>
        <w:t>1. Autorità, gerarchia e regole di lettura</w:t>
      </w:r>
    </w:p>
    <w:tbl>
      <w:tblPr>
        <w:tblStyle w:val="TableGrid"/>
        <w:tblW w:type="auto" w:w="0"/>
        <w:jc w:val="center"/>
        <w:tblLook w:firstColumn="1" w:firstRow="1" w:lastColumn="0" w:lastRow="0" w:noHBand="0" w:noVBand="1" w:val="04A0"/>
      </w:tblPr>
      <w:tblGrid>
        <w:gridCol w:w="3362"/>
        <w:gridCol w:w="3362"/>
        <w:gridCol w:w="3362"/>
      </w:tblGrid>
      <w:tr>
        <w:tc>
          <w:tcPr>
            <w:tcW w:type="dxa" w:w="3362"/>
            <w:shd w:fill="0B3554"/>
            <w:vAlign w:val="top"/>
          </w:tcPr>
          <w:p>
            <w:r>
              <w:rPr>
                <w:b/>
                <w:color w:val="FFFFFF"/>
                <w:sz w:val="17"/>
              </w:rPr>
              <w:t>Elemento</w:t>
            </w:r>
          </w:p>
        </w:tc>
        <w:tc>
          <w:tcPr>
            <w:tcW w:type="dxa" w:w="3362"/>
            <w:shd w:fill="0B3554"/>
            <w:vAlign w:val="top"/>
          </w:tcPr>
          <w:p>
            <w:r>
              <w:rPr>
                <w:b/>
                <w:color w:val="FFFFFF"/>
                <w:sz w:val="17"/>
              </w:rPr>
              <w:t>Stato</w:t>
            </w:r>
          </w:p>
        </w:tc>
        <w:tc>
          <w:tcPr>
            <w:tcW w:type="dxa" w:w="3362"/>
            <w:shd w:fill="0B3554"/>
            <w:vAlign w:val="top"/>
          </w:tcPr>
          <w:p>
            <w:r>
              <w:rPr>
                <w:b/>
                <w:color w:val="FFFFFF"/>
                <w:sz w:val="17"/>
              </w:rPr>
              <w:t>Regola</w:t>
            </w:r>
          </w:p>
        </w:tc>
      </w:tr>
      <w:tr>
        <w:tc>
          <w:tcPr>
            <w:tcW w:type="dxa" w:w="3362"/>
            <w:tcMar>
              <w:top w:w="65" w:type="dxa"/>
              <w:start w:w="85" w:type="dxa"/>
              <w:bottom w:w="65" w:type="dxa"/>
              <w:end w:w="85" w:type="dxa"/>
            </w:tcMar>
            <w:vAlign w:val="top"/>
          </w:tcPr>
          <w:p>
            <w:r>
              <w:rPr>
                <w:sz w:val="17"/>
              </w:rPr>
              <w:t>Strategia EqForecast v1.0</w:t>
            </w:r>
          </w:p>
        </w:tc>
        <w:tc>
          <w:tcPr>
            <w:tcW w:type="dxa" w:w="3362"/>
            <w:tcMar>
              <w:top w:w="65" w:type="dxa"/>
              <w:start w:w="85" w:type="dxa"/>
              <w:bottom w:w="65" w:type="dxa"/>
              <w:end w:w="85" w:type="dxa"/>
            </w:tcMar>
            <w:vAlign w:val="top"/>
          </w:tcPr>
          <w:p>
            <w:r>
              <w:rPr>
                <w:sz w:val="17"/>
              </w:rPr>
              <w:t>CONGELATO</w:t>
            </w:r>
          </w:p>
        </w:tc>
        <w:tc>
          <w:tcPr>
            <w:tcW w:type="dxa" w:w="3362"/>
            <w:tcMar>
              <w:top w:w="65" w:type="dxa"/>
              <w:start w:w="85" w:type="dxa"/>
              <w:bottom w:w="65" w:type="dxa"/>
              <w:end w:w="85" w:type="dxa"/>
            </w:tcMar>
            <w:vAlign w:val="top"/>
          </w:tcPr>
          <w:p>
            <w:r>
              <w:rPr>
                <w:sz w:val="17"/>
              </w:rPr>
              <w:t>Fonte metodologica sovraordinata.</w:t>
            </w:r>
          </w:p>
        </w:tc>
      </w:tr>
      <w:tr>
        <w:tc>
          <w:tcPr>
            <w:tcW w:type="dxa" w:w="3362"/>
            <w:tcMar>
              <w:top w:w="65" w:type="dxa"/>
              <w:start w:w="85" w:type="dxa"/>
              <w:bottom w:w="65" w:type="dxa"/>
              <w:end w:w="85" w:type="dxa"/>
            </w:tcMar>
            <w:vAlign w:val="top"/>
          </w:tcPr>
          <w:p>
            <w:r>
              <w:rPr>
                <w:sz w:val="17"/>
              </w:rPr>
              <w:t>Protocollo generale EqForecast v0.7</w:t>
            </w:r>
          </w:p>
        </w:tc>
        <w:tc>
          <w:tcPr>
            <w:tcW w:type="dxa" w:w="3362"/>
            <w:tcMar>
              <w:top w:w="65" w:type="dxa"/>
              <w:start w:w="85" w:type="dxa"/>
              <w:bottom w:w="65" w:type="dxa"/>
              <w:end w:w="85" w:type="dxa"/>
            </w:tcMar>
            <w:vAlign w:val="top"/>
          </w:tcPr>
          <w:p>
            <w:r>
              <w:rPr>
                <w:sz w:val="17"/>
              </w:rPr>
              <w:t>CONGELATO</w:t>
            </w:r>
          </w:p>
        </w:tc>
        <w:tc>
          <w:tcPr>
            <w:tcW w:type="dxa" w:w="3362"/>
            <w:tcMar>
              <w:top w:w="65" w:type="dxa"/>
              <w:start w:w="85" w:type="dxa"/>
              <w:bottom w:w="65" w:type="dxa"/>
              <w:end w:w="85" w:type="dxa"/>
            </w:tcMar>
            <w:vAlign w:val="top"/>
          </w:tcPr>
          <w:p>
            <w:r>
              <w:rPr>
                <w:sz w:val="17"/>
              </w:rPr>
              <w:t>Regole operative e comunicative applicate anche al caso storico.</w:t>
            </w:r>
          </w:p>
        </w:tc>
      </w:tr>
      <w:tr>
        <w:tc>
          <w:tcPr>
            <w:tcW w:type="dxa" w:w="3362"/>
            <w:tcMar>
              <w:top w:w="65" w:type="dxa"/>
              <w:start w:w="85" w:type="dxa"/>
              <w:bottom w:w="65" w:type="dxa"/>
              <w:end w:w="85" w:type="dxa"/>
            </w:tcMar>
            <w:vAlign w:val="top"/>
          </w:tcPr>
          <w:p>
            <w:r>
              <w:rPr>
                <w:sz w:val="17"/>
              </w:rPr>
              <w:t>Algoritmo probabilità sismica da allineamenti planetari - Opzione 2.6</w:t>
            </w:r>
          </w:p>
        </w:tc>
        <w:tc>
          <w:tcPr>
            <w:tcW w:type="dxa" w:w="3362"/>
            <w:tcMar>
              <w:top w:w="65" w:type="dxa"/>
              <w:start w:w="85" w:type="dxa"/>
              <w:bottom w:w="65" w:type="dxa"/>
              <w:end w:w="85" w:type="dxa"/>
            </w:tcMar>
            <w:vAlign w:val="top"/>
          </w:tcPr>
          <w:p>
            <w:r>
              <w:rPr>
                <w:sz w:val="17"/>
              </w:rPr>
              <w:t>CONGELATO</w:t>
            </w:r>
          </w:p>
        </w:tc>
        <w:tc>
          <w:tcPr>
            <w:tcW w:type="dxa" w:w="3362"/>
            <w:tcMar>
              <w:top w:w="65" w:type="dxa"/>
              <w:start w:w="85" w:type="dxa"/>
              <w:bottom w:w="65" w:type="dxa"/>
              <w:end w:w="85" w:type="dxa"/>
            </w:tcMar>
            <w:vAlign w:val="top"/>
          </w:tcPr>
          <w:p>
            <w:r>
              <w:rPr>
                <w:sz w:val="17"/>
              </w:rPr>
              <w:t>Non modificato, non retroapplicato al 2016.</w:t>
            </w:r>
          </w:p>
        </w:tc>
      </w:tr>
      <w:tr>
        <w:tc>
          <w:tcPr>
            <w:tcW w:type="dxa" w:w="3362"/>
            <w:tcMar>
              <w:top w:w="65" w:type="dxa"/>
              <w:start w:w="85" w:type="dxa"/>
              <w:bottom w:w="65" w:type="dxa"/>
              <w:end w:w="85" w:type="dxa"/>
            </w:tcMar>
            <w:vAlign w:val="top"/>
          </w:tcPr>
          <w:p>
            <w:r>
              <w:rPr>
                <w:sz w:val="17"/>
              </w:rPr>
              <w:t>Caso 26 ottobre 2016</w:t>
            </w:r>
          </w:p>
        </w:tc>
        <w:tc>
          <w:tcPr>
            <w:tcW w:type="dxa" w:w="3362"/>
            <w:tcMar>
              <w:top w:w="65" w:type="dxa"/>
              <w:start w:w="85" w:type="dxa"/>
              <w:bottom w:w="65" w:type="dxa"/>
              <w:end w:w="85" w:type="dxa"/>
            </w:tcMar>
            <w:vAlign w:val="top"/>
          </w:tcPr>
          <w:p>
            <w:r>
              <w:rPr>
                <w:sz w:val="17"/>
              </w:rPr>
              <w:t>VALIDATO INTERNAMENTE come archivio storico</w:t>
            </w:r>
          </w:p>
        </w:tc>
        <w:tc>
          <w:tcPr>
            <w:tcW w:type="dxa" w:w="3362"/>
            <w:tcMar>
              <w:top w:w="65" w:type="dxa"/>
              <w:start w:w="85" w:type="dxa"/>
              <w:bottom w:w="65" w:type="dxa"/>
              <w:end w:w="85" w:type="dxa"/>
            </w:tcMar>
            <w:vAlign w:val="top"/>
          </w:tcPr>
          <w:p>
            <w:r>
              <w:rPr>
                <w:sz w:val="17"/>
              </w:rPr>
              <w:t>Antecedenza e contenuti sono documentabili; non equivale a validazione indipendente.</w:t>
            </w:r>
          </w:p>
        </w:tc>
      </w:tr>
      <w:tr>
        <w:tc>
          <w:tcPr>
            <w:tcW w:type="dxa" w:w="3362"/>
            <w:tcMar>
              <w:top w:w="65" w:type="dxa"/>
              <w:start w:w="85" w:type="dxa"/>
              <w:bottom w:w="65" w:type="dxa"/>
              <w:end w:w="85" w:type="dxa"/>
            </w:tcMar>
            <w:vAlign w:val="top"/>
          </w:tcPr>
          <w:p>
            <w:r>
              <w:rPr>
                <w:sz w:val="17"/>
              </w:rPr>
              <w:t>Causalità planetaria</w:t>
            </w:r>
          </w:p>
        </w:tc>
        <w:tc>
          <w:tcPr>
            <w:tcW w:type="dxa" w:w="3362"/>
            <w:tcMar>
              <w:top w:w="65" w:type="dxa"/>
              <w:start w:w="85" w:type="dxa"/>
              <w:bottom w:w="65" w:type="dxa"/>
              <w:end w:w="85" w:type="dxa"/>
            </w:tcMar>
            <w:vAlign w:val="top"/>
          </w:tcPr>
          <w:p>
            <w:r>
              <w:rPr>
                <w:sz w:val="17"/>
              </w:rPr>
              <w:t>IPOTESI</w:t>
            </w:r>
          </w:p>
        </w:tc>
        <w:tc>
          <w:tcPr>
            <w:tcW w:type="dxa" w:w="3362"/>
            <w:tcMar>
              <w:top w:w="65" w:type="dxa"/>
              <w:start w:w="85" w:type="dxa"/>
              <w:bottom w:w="65" w:type="dxa"/>
              <w:end w:w="85" w:type="dxa"/>
            </w:tcMar>
            <w:vAlign w:val="top"/>
          </w:tcPr>
          <w:p>
            <w:r>
              <w:rPr>
                <w:sz w:val="17"/>
              </w:rPr>
              <w:t>Le formulazioni storiche forti sono conservate, non elevate a causalità dimostrata.</w:t>
            </w:r>
          </w:p>
        </w:tc>
      </w:tr>
      <w:tr>
        <w:tc>
          <w:tcPr>
            <w:tcW w:type="dxa" w:w="3362"/>
            <w:tcMar>
              <w:top w:w="65" w:type="dxa"/>
              <w:start w:w="85" w:type="dxa"/>
              <w:bottom w:w="65" w:type="dxa"/>
              <w:end w:w="85" w:type="dxa"/>
            </w:tcMar>
            <w:vAlign w:val="top"/>
          </w:tcPr>
          <w:p>
            <w:r>
              <w:rPr>
                <w:sz w:val="17"/>
              </w:rPr>
              <w:t>Testimonianze di utilità protettiva</w:t>
            </w:r>
          </w:p>
        </w:tc>
        <w:tc>
          <w:tcPr>
            <w:tcW w:type="dxa" w:w="3362"/>
            <w:tcMar>
              <w:top w:w="65" w:type="dxa"/>
              <w:start w:w="85" w:type="dxa"/>
              <w:bottom w:w="65" w:type="dxa"/>
              <w:end w:w="85" w:type="dxa"/>
            </w:tcMar>
            <w:vAlign w:val="top"/>
          </w:tcPr>
          <w:p>
            <w:r>
              <w:rPr>
                <w:sz w:val="17"/>
              </w:rPr>
              <w:t>DA VERIFICARE caso per caso</w:t>
            </w:r>
          </w:p>
        </w:tc>
        <w:tc>
          <w:tcPr>
            <w:tcW w:type="dxa" w:w="3362"/>
            <w:tcMar>
              <w:top w:w="65" w:type="dxa"/>
              <w:start w:w="85" w:type="dxa"/>
              <w:bottom w:w="65" w:type="dxa"/>
              <w:end w:w="85" w:type="dxa"/>
            </w:tcMar>
            <w:vAlign w:val="top"/>
          </w:tcPr>
          <w:p>
            <w:r>
              <w:rPr>
                <w:sz w:val="17"/>
              </w:rPr>
              <w:t>Fonte primaria di comportamento dichiarato; richiedono audit controfattuale individuale.</w:t>
            </w:r>
          </w:p>
        </w:tc>
      </w:tr>
    </w:tbl>
    <w:p>
      <w:pPr>
        <w:pStyle w:val="Heading1"/>
      </w:pPr>
      <w:r>
        <w:t>2. Integrità dell’archivio e provenienza</w:t>
      </w:r>
    </w:p>
    <w:p>
      <w:r>
        <w:t>Aggiornamento v0.5: inserita in apertura una scheda grafica della risposta comportamentale, basata sulle 11 testimonianze prioritarie già censite. La classificazione distingue evidenza concreta, evidenza parziale e record non utilizzabile; non è una stima della popolazione né una misura di vite salvate.</w:t>
      </w:r>
    </w:p>
    <w:p>
      <w:r>
        <w:t>In v0.4 è formalizzata la regola di tracciabilità documentale: ogni fatto storico rilevante deve essere associato, quando disponibile, a uno screenshot/immagine del documento oppure all’URL diretto della fonte; quando entrambi sono disponibili, vengono conservati entrambi. Per i commenti Facebook è sufficiente il permalink del post di origine insieme alla trascrizione integrale nel corpus; gli screenshot individuali sono mantenuti per le testimonianze più significative e per i documenti privati privi di URL pubblico. Non si inventano permalink quando l’associazione puntuale non è certa.</w:t>
      </w:r>
    </w:p>
    <w:p>
      <w:r>
        <w:t>Il file originale fornito dall’autore il 28/10/2026 contiene 5659 righe. È conservato integralmente nel pacchetto come “archivio-facebook-originale-28-10-2026.txt”. SHA-256: 480d2c52baee0b6e060476f00d332e59588f47e65bce38624f9c54400c50681f. Questa copia raw prevale in caso di dubbio sulla trascrizione o classificazione editoriale.</w:t>
      </w:r>
    </w:p>
    <w:p>
      <w:r>
        <w:t>Dall’archivio sono stati estratti 379 interventi/commenti. Tutti sono conservati nell’Appendice C e nell’archivio strutturato v0.4. La classificazione serve al recupero e non costituisce una misura scientifica del consenso.</w:t>
      </w:r>
    </w:p>
    <w:p>
      <w:pPr>
        <w:pStyle w:val="ListBullet"/>
      </w:pPr>
      <w:r>
        <w:t>NEUTRO / DOMANDA / SEGNALAZIONE: 240</w:t>
      </w:r>
    </w:p>
    <w:p>
      <w:pPr>
        <w:pStyle w:val="ListBullet"/>
      </w:pPr>
      <w:r>
        <w:t>TESTIMONIANZA DI COMPORTAMENTO / RICEZIONE: 11</w:t>
      </w:r>
    </w:p>
    <w:p>
      <w:pPr>
        <w:pStyle w:val="ListBullet"/>
      </w:pPr>
      <w:r>
        <w:t>MISTO / AMBIVALENTE: 3</w:t>
      </w:r>
    </w:p>
    <w:p>
      <w:pPr>
        <w:pStyle w:val="ListBullet"/>
      </w:pPr>
      <w:r>
        <w:t>POSITIVO / SOSTEGNO: 107</w:t>
      </w:r>
    </w:p>
    <w:p>
      <w:pPr>
        <w:pStyle w:val="ListBullet"/>
      </w:pPr>
      <w:r>
        <w:t>AUTORE EQFORECAST / OPERATIVO: 4</w:t>
      </w:r>
    </w:p>
    <w:p>
      <w:pPr>
        <w:pStyle w:val="ListBullet"/>
      </w:pPr>
      <w:r>
        <w:t>CRITICO / SCETTICO / NEGATIVO: 14</w:t>
      </w:r>
    </w:p>
    <w:p>
      <w:pPr>
        <w:pStyle w:val="Heading1"/>
      </w:pPr>
      <w:r>
        <w:t>3. Sintesi esecutiva</w:t>
      </w:r>
    </w:p>
    <w:p>
      <w:r>
        <w:t>Il caso del 26 ottobre 2016 è rilevante per la storia di EqForecast perché mostra una sequenza documentata di osservazioni e comunicazioni antecedenti alle due forti scosse, e non una ricostruzione nata esclusivamente dopo l’evento. Il materiale include una finestra ampia pubblicata il 18 ottobre, dialoghi privati del 19 e 25 ottobre, un aggiornamento pubblico del 26 ottobre con attenzione dalla sera, e ulteriori aggiornamenti antecedenti alla prima scossa italiana.</w:t>
      </w:r>
    </w:p>
    <w:p>
      <w:r>
        <w:t>La forza storica del caso è l’antecedenza documentale. I limiti sono altrettanto documentati: area pubblica molto ampia, magnitudo non determinata con precisione, localizzazione non definita ex ante, possibili falsi allarmi, linguaggio causale oggi non compatibile con il Protocollo, e impatto psicologico di comunicazioni molto forti. Questi limiti non vengono cancellati dalla ricostruzione celebrativa.</w:t>
      </w:r>
    </w:p>
    <w:p>
      <w:pPr>
        <w:pStyle w:val="Heading1"/>
      </w:pPr>
      <w:r>
        <w:t>4. Cronologia verificata e fonti</w:t>
      </w:r>
    </w:p>
    <w:tbl>
      <w:tblPr>
        <w:tblStyle w:val="TableGrid"/>
        <w:tblW w:type="auto" w:w="0"/>
        <w:jc w:val="center"/>
        <w:tblLook w:firstColumn="1" w:firstRow="1" w:lastColumn="0" w:lastRow="0" w:noHBand="0" w:noVBand="1" w:val="04A0"/>
      </w:tblPr>
      <w:tblGrid>
        <w:gridCol w:w="2521"/>
        <w:gridCol w:w="2521"/>
        <w:gridCol w:w="2521"/>
        <w:gridCol w:w="2521"/>
      </w:tblGrid>
      <w:tr>
        <w:tc>
          <w:tcPr>
            <w:tcW w:type="dxa" w:w="2521"/>
            <w:shd w:fill="0B3554"/>
            <w:vAlign w:val="top"/>
          </w:tcPr>
          <w:p>
            <w:r>
              <w:rPr>
                <w:b/>
                <w:color w:val="FFFFFF"/>
                <w:sz w:val="17"/>
              </w:rPr>
              <w:t>Data / ora</w:t>
            </w:r>
          </w:p>
        </w:tc>
        <w:tc>
          <w:tcPr>
            <w:tcW w:type="dxa" w:w="2521"/>
            <w:shd w:fill="0B3554"/>
            <w:vAlign w:val="top"/>
          </w:tcPr>
          <w:p>
            <w:r>
              <w:rPr>
                <w:b/>
                <w:color w:val="FFFFFF"/>
                <w:sz w:val="17"/>
              </w:rPr>
              <w:t>Evento o documento</w:t>
            </w:r>
          </w:p>
        </w:tc>
        <w:tc>
          <w:tcPr>
            <w:tcW w:type="dxa" w:w="2521"/>
            <w:shd w:fill="0B3554"/>
            <w:vAlign w:val="top"/>
          </w:tcPr>
          <w:p>
            <w:r>
              <w:rPr>
                <w:b/>
                <w:color w:val="FFFFFF"/>
                <w:sz w:val="17"/>
              </w:rPr>
              <w:t>Fonte</w:t>
            </w:r>
          </w:p>
        </w:tc>
        <w:tc>
          <w:tcPr>
            <w:tcW w:type="dxa" w:w="2521"/>
            <w:shd w:fill="0B3554"/>
            <w:vAlign w:val="top"/>
          </w:tcPr>
          <w:p>
            <w:r>
              <w:rPr>
                <w:b/>
                <w:color w:val="FFFFFF"/>
                <w:sz w:val="17"/>
              </w:rPr>
              <w:t>Stato</w:t>
            </w:r>
          </w:p>
        </w:tc>
      </w:tr>
      <w:tr>
        <w:tc>
          <w:tcPr>
            <w:tcW w:type="dxa" w:w="2521"/>
            <w:tcMar>
              <w:top w:w="65" w:type="dxa"/>
              <w:start w:w="85" w:type="dxa"/>
              <w:bottom w:w="65" w:type="dxa"/>
              <w:end w:w="85" w:type="dxa"/>
            </w:tcMar>
            <w:vAlign w:val="top"/>
          </w:tcPr>
          <w:p>
            <w:r>
              <w:rPr>
                <w:sz w:val="17"/>
              </w:rPr>
              <w:t>24/08/2016 01:36:32 UTC</w:t>
            </w:r>
          </w:p>
        </w:tc>
        <w:tc>
          <w:tcPr>
            <w:tcW w:type="dxa" w:w="2521"/>
            <w:tcMar>
              <w:top w:w="65" w:type="dxa"/>
              <w:start w:w="85" w:type="dxa"/>
              <w:bottom w:w="65" w:type="dxa"/>
              <w:end w:w="85" w:type="dxa"/>
            </w:tcMar>
            <w:vAlign w:val="top"/>
          </w:tcPr>
          <w:p>
            <w:r>
              <w:rPr>
                <w:sz w:val="17"/>
              </w:rPr>
              <w:t>Mw 6.0 Accumoli-Amatrice. Evento che, nella ricostruzione autobiografica, avvia la domanda sulle configurazioni astronomiche.</w:t>
            </w:r>
          </w:p>
        </w:tc>
        <w:tc>
          <w:tcPr>
            <w:tcW w:type="dxa" w:w="2521"/>
            <w:tcMar>
              <w:top w:w="65" w:type="dxa"/>
              <w:start w:w="85" w:type="dxa"/>
              <w:bottom w:w="65" w:type="dxa"/>
              <w:end w:w="85" w:type="dxa"/>
            </w:tcMar>
            <w:vAlign w:val="top"/>
          </w:tcPr>
          <w:p>
            <w:r>
              <w:rPr>
                <w:sz w:val="16"/>
              </w:rPr>
            </w:r>
            <w:hyperlink r:id="rId19">
              <w:r>
                <w:rPr>
                  <w:color w:val="0563C1"/>
                  <w:u w:val="single"/>
                </w:rPr>
                <w:t>INGV - sequenza Centro Italia</w:t>
              </w:r>
            </w:hyperlink>
          </w:p>
          <w:p>
            <w:hyperlink r:id="rId40">
              <w:r>
                <w:rPr>
                  <w:color w:val="0563C1"/>
                  <w:u w:val="single"/>
                </w:rPr>
                <w:t>Primo libro EqForecast</w:t>
              </w:r>
            </w:hyperlink>
          </w:p>
        </w:tc>
        <w:tc>
          <w:tcPr>
            <w:tcW w:type="dxa" w:w="2521"/>
            <w:tcMar>
              <w:top w:w="65" w:type="dxa"/>
              <w:start w:w="85" w:type="dxa"/>
              <w:bottom w:w="65" w:type="dxa"/>
              <w:end w:w="85" w:type="dxa"/>
            </w:tcMar>
            <w:vAlign w:val="top"/>
          </w:tcPr>
          <w:p>
            <w:r>
              <w:rPr>
                <w:sz w:val="17"/>
              </w:rPr>
              <w:t>DATO / CONTESTO</w:t>
            </w:r>
          </w:p>
        </w:tc>
      </w:tr>
      <w:tr>
        <w:tc>
          <w:tcPr>
            <w:tcW w:type="dxa" w:w="2521"/>
            <w:tcMar>
              <w:top w:w="65" w:type="dxa"/>
              <w:start w:w="85" w:type="dxa"/>
              <w:bottom w:w="65" w:type="dxa"/>
              <w:end w:w="85" w:type="dxa"/>
            </w:tcMar>
            <w:vAlign w:val="top"/>
          </w:tcPr>
          <w:p>
            <w:r>
              <w:rPr>
                <w:sz w:val="17"/>
              </w:rPr>
              <w:t>12/10/2016</w:t>
            </w:r>
          </w:p>
        </w:tc>
        <w:tc>
          <w:tcPr>
            <w:tcW w:type="dxa" w:w="2521"/>
            <w:tcMar>
              <w:top w:w="65" w:type="dxa"/>
              <w:start w:w="85" w:type="dxa"/>
              <w:bottom w:w="65" w:type="dxa"/>
              <w:end w:w="85" w:type="dxa"/>
            </w:tcMar>
            <w:vAlign w:val="top"/>
          </w:tcPr>
          <w:p>
            <w:r>
              <w:rPr>
                <w:sz w:val="17"/>
              </w:rPr>
              <w:t>Lettera pubblica a Carlo Doglioni, allora presidente INGV, con richiesta di approfondimento istituzionale.</w:t>
            </w:r>
          </w:p>
        </w:tc>
        <w:tc>
          <w:tcPr>
            <w:tcW w:type="dxa" w:w="2521"/>
            <w:tcMar>
              <w:top w:w="65" w:type="dxa"/>
              <w:start w:w="85" w:type="dxa"/>
              <w:bottom w:w="65" w:type="dxa"/>
              <w:end w:w="85" w:type="dxa"/>
            </w:tcMar>
            <w:vAlign w:val="top"/>
          </w:tcPr>
          <w:p>
            <w:r>
              <w:rPr>
                <w:sz w:val="16"/>
              </w:rPr>
            </w:r>
            <w:r>
              <w:rPr>
                <w:sz w:val="16"/>
              </w:rPr>
              <w:t>Screenshot originale del post 12/10/2016</w:t>
            </w:r>
          </w:p>
        </w:tc>
        <w:tc>
          <w:tcPr>
            <w:tcW w:type="dxa" w:w="2521"/>
            <w:tcMar>
              <w:top w:w="65" w:type="dxa"/>
              <w:start w:w="85" w:type="dxa"/>
              <w:bottom w:w="65" w:type="dxa"/>
              <w:end w:w="85" w:type="dxa"/>
            </w:tcMar>
            <w:vAlign w:val="top"/>
          </w:tcPr>
          <w:p>
            <w:r>
              <w:rPr>
                <w:sz w:val="17"/>
              </w:rPr>
              <w:t>DOCUMENTO ANTECEDENTE</w:t>
            </w:r>
          </w:p>
        </w:tc>
      </w:tr>
      <w:tr>
        <w:tc>
          <w:tcPr>
            <w:tcW w:type="dxa" w:w="2521"/>
            <w:tcMar>
              <w:top w:w="65" w:type="dxa"/>
              <w:start w:w="85" w:type="dxa"/>
              <w:bottom w:w="65" w:type="dxa"/>
              <w:end w:w="85" w:type="dxa"/>
            </w:tcMar>
            <w:vAlign w:val="top"/>
          </w:tcPr>
          <w:p>
            <w:r>
              <w:rPr>
                <w:sz w:val="17"/>
              </w:rPr>
              <w:t>18/10/2016</w:t>
            </w:r>
          </w:p>
        </w:tc>
        <w:tc>
          <w:tcPr>
            <w:tcW w:type="dxa" w:w="2521"/>
            <w:tcMar>
              <w:top w:w="65" w:type="dxa"/>
              <w:start w:w="85" w:type="dxa"/>
              <w:bottom w:w="65" w:type="dxa"/>
              <w:end w:w="85" w:type="dxa"/>
            </w:tcMar>
            <w:vAlign w:val="top"/>
          </w:tcPr>
          <w:p>
            <w:r>
              <w:rPr>
                <w:sz w:val="17"/>
              </w:rPr>
              <w:t>Bollettino 21/10-10/11; focus 24-28 ottobre; esplicite cautele su affidabilità, errore umano e mancata certificazione.</w:t>
            </w:r>
          </w:p>
        </w:tc>
        <w:tc>
          <w:tcPr>
            <w:tcW w:type="dxa" w:w="2521"/>
            <w:tcMar>
              <w:top w:w="65" w:type="dxa"/>
              <w:start w:w="85" w:type="dxa"/>
              <w:bottom w:w="65" w:type="dxa"/>
              <w:end w:w="85" w:type="dxa"/>
            </w:tcMar>
            <w:vAlign w:val="top"/>
          </w:tcPr>
          <w:p>
            <w:r>
              <w:rPr>
                <w:sz w:val="16"/>
              </w:rPr>
            </w:r>
            <w:r>
              <w:rPr>
                <w:sz w:val="16"/>
              </w:rPr>
              <w:t>Screenshot/estratto storico</w:t>
            </w:r>
          </w:p>
          <w:p>
            <w:hyperlink r:id="rId27">
              <w:r>
                <w:rPr>
                  <w:color w:val="0563C1"/>
                  <w:u w:val="single"/>
                </w:rPr>
                <w:t>Facebook - bollettino 18/10/2016</w:t>
              </w:r>
            </w:hyperlink>
          </w:p>
          <w:p>
            <w:hyperlink r:id="rId32">
              <w:r>
                <w:rPr>
                  <w:color w:val="0563C1"/>
                  <w:u w:val="single"/>
                </w:rPr>
                <w:t>Facebook - richiamo retrospettivo 717046938452769</w:t>
              </w:r>
            </w:hyperlink>
          </w:p>
        </w:tc>
        <w:tc>
          <w:tcPr>
            <w:tcW w:type="dxa" w:w="2521"/>
            <w:tcMar>
              <w:top w:w="65" w:type="dxa"/>
              <w:start w:w="85" w:type="dxa"/>
              <w:bottom w:w="65" w:type="dxa"/>
              <w:end w:w="85" w:type="dxa"/>
            </w:tcMar>
            <w:vAlign w:val="top"/>
          </w:tcPr>
          <w:p>
            <w:r>
              <w:rPr>
                <w:sz w:val="17"/>
              </w:rPr>
              <w:t>DOCUMENTO ANTECEDENTE</w:t>
            </w:r>
          </w:p>
        </w:tc>
      </w:tr>
      <w:tr>
        <w:tc>
          <w:tcPr>
            <w:tcW w:type="dxa" w:w="2521"/>
            <w:tcMar>
              <w:top w:w="65" w:type="dxa"/>
              <w:start w:w="85" w:type="dxa"/>
              <w:bottom w:w="65" w:type="dxa"/>
              <w:end w:w="85" w:type="dxa"/>
            </w:tcMar>
            <w:vAlign w:val="top"/>
          </w:tcPr>
          <w:p>
            <w:r>
              <w:rPr>
                <w:sz w:val="17"/>
              </w:rPr>
              <w:t>19/10/2016</w:t>
            </w:r>
          </w:p>
        </w:tc>
        <w:tc>
          <w:tcPr>
            <w:tcW w:type="dxa" w:w="2521"/>
            <w:tcMar>
              <w:top w:w="65" w:type="dxa"/>
              <w:start w:w="85" w:type="dxa"/>
              <w:bottom w:w="65" w:type="dxa"/>
              <w:end w:w="85" w:type="dxa"/>
            </w:tcMar>
            <w:vAlign w:val="top"/>
          </w:tcPr>
          <w:p>
            <w:r>
              <w:rPr>
                <w:sz w:val="17"/>
              </w:rPr>
              <w:t>Dialogo con vigile del fuoco residente a Norcia: finestra 21-28, problema del DOVE, impossibilità di garantire epicentro/magnitudo.</w:t>
            </w:r>
          </w:p>
        </w:tc>
        <w:tc>
          <w:tcPr>
            <w:tcW w:type="dxa" w:w="2521"/>
            <w:tcMar>
              <w:top w:w="65" w:type="dxa"/>
              <w:start w:w="85" w:type="dxa"/>
              <w:bottom w:w="65" w:type="dxa"/>
              <w:end w:w="85" w:type="dxa"/>
            </w:tcMar>
            <w:vAlign w:val="top"/>
          </w:tcPr>
          <w:p>
            <w:r>
              <w:rPr>
                <w:sz w:val="16"/>
              </w:rPr>
            </w:r>
            <w:r>
              <w:rPr>
                <w:sz w:val="16"/>
              </w:rPr>
              <w:t>Screenshot originale conversazione privata 19/10/2016</w:t>
            </w:r>
          </w:p>
        </w:tc>
        <w:tc>
          <w:tcPr>
            <w:tcW w:type="dxa" w:w="2521"/>
            <w:tcMar>
              <w:top w:w="65" w:type="dxa"/>
              <w:start w:w="85" w:type="dxa"/>
              <w:bottom w:w="65" w:type="dxa"/>
              <w:end w:w="85" w:type="dxa"/>
            </w:tcMar>
            <w:vAlign w:val="top"/>
          </w:tcPr>
          <w:p>
            <w:r>
              <w:rPr>
                <w:sz w:val="17"/>
              </w:rPr>
              <w:t>DOCUMENTO ANTECEDENTE</w:t>
            </w:r>
          </w:p>
        </w:tc>
      </w:tr>
      <w:tr>
        <w:tc>
          <w:tcPr>
            <w:tcW w:type="dxa" w:w="2521"/>
            <w:tcMar>
              <w:top w:w="65" w:type="dxa"/>
              <w:start w:w="85" w:type="dxa"/>
              <w:bottom w:w="65" w:type="dxa"/>
              <w:end w:w="85" w:type="dxa"/>
            </w:tcMar>
            <w:vAlign w:val="top"/>
          </w:tcPr>
          <w:p>
            <w:r>
              <w:rPr>
                <w:sz w:val="17"/>
              </w:rPr>
              <w:t>25/10/2016</w:t>
            </w:r>
          </w:p>
        </w:tc>
        <w:tc>
          <w:tcPr>
            <w:tcW w:type="dxa" w:w="2521"/>
            <w:tcMar>
              <w:top w:w="65" w:type="dxa"/>
              <w:start w:w="85" w:type="dxa"/>
              <w:bottom w:w="65" w:type="dxa"/>
              <w:end w:w="85" w:type="dxa"/>
            </w:tcMar>
            <w:vAlign w:val="top"/>
          </w:tcPr>
          <w:p>
            <w:r>
              <w:rPr>
                <w:sz w:val="17"/>
              </w:rPr>
              <w:t>Messaggio privato: scelta personale di dormire in auto nelle notti 26-28 se in zona molto sismica; “non posso dire di farlo. Non sono lo Stato”.</w:t>
            </w:r>
          </w:p>
        </w:tc>
        <w:tc>
          <w:tcPr>
            <w:tcW w:type="dxa" w:w="2521"/>
            <w:tcMar>
              <w:top w:w="65" w:type="dxa"/>
              <w:start w:w="85" w:type="dxa"/>
              <w:bottom w:w="65" w:type="dxa"/>
              <w:end w:w="85" w:type="dxa"/>
            </w:tcMar>
            <w:vAlign w:val="top"/>
          </w:tcPr>
          <w:p>
            <w:r>
              <w:rPr>
                <w:sz w:val="16"/>
              </w:rPr>
            </w:r>
            <w:r>
              <w:rPr>
                <w:sz w:val="16"/>
              </w:rPr>
              <w:t>Screenshot originale messaggio privato 25/10/2016</w:t>
            </w:r>
          </w:p>
        </w:tc>
        <w:tc>
          <w:tcPr>
            <w:tcW w:type="dxa" w:w="2521"/>
            <w:tcMar>
              <w:top w:w="65" w:type="dxa"/>
              <w:start w:w="85" w:type="dxa"/>
              <w:bottom w:w="65" w:type="dxa"/>
              <w:end w:w="85" w:type="dxa"/>
            </w:tcMar>
            <w:vAlign w:val="top"/>
          </w:tcPr>
          <w:p>
            <w:r>
              <w:rPr>
                <w:sz w:val="17"/>
              </w:rPr>
              <w:t>DOCUMENTO ANTECEDENTE</w:t>
            </w:r>
          </w:p>
        </w:tc>
      </w:tr>
      <w:tr>
        <w:tc>
          <w:tcPr>
            <w:tcW w:type="dxa" w:w="2521"/>
            <w:tcMar>
              <w:top w:w="65" w:type="dxa"/>
              <w:start w:w="85" w:type="dxa"/>
              <w:bottom w:w="65" w:type="dxa"/>
              <w:end w:w="85" w:type="dxa"/>
            </w:tcMar>
            <w:vAlign w:val="top"/>
          </w:tcPr>
          <w:p>
            <w:r>
              <w:rPr>
                <w:sz w:val="17"/>
              </w:rPr>
              <w:t>26/10/2016 - post indicato 11:43</w:t>
            </w:r>
          </w:p>
        </w:tc>
        <w:tc>
          <w:tcPr>
            <w:tcW w:type="dxa" w:w="2521"/>
            <w:tcMar>
              <w:top w:w="65" w:type="dxa"/>
              <w:start w:w="85" w:type="dxa"/>
              <w:bottom w:w="65" w:type="dxa"/>
              <w:end w:w="85" w:type="dxa"/>
            </w:tcMar>
            <w:vAlign w:val="top"/>
          </w:tcPr>
          <w:p>
            <w:r>
              <w:rPr>
                <w:sz w:val="17"/>
              </w:rPr>
              <w:t>Aggiornamento Facebook antecedente. Il timestamp è indicato nei materiali, ma il fuso non è conservato nell’export testuale.</w:t>
            </w:r>
          </w:p>
        </w:tc>
        <w:tc>
          <w:tcPr>
            <w:tcW w:type="dxa" w:w="2521"/>
            <w:tcMar>
              <w:top w:w="65" w:type="dxa"/>
              <w:start w:w="85" w:type="dxa"/>
              <w:bottom w:w="65" w:type="dxa"/>
              <w:end w:w="85" w:type="dxa"/>
            </w:tcMar>
            <w:vAlign w:val="top"/>
          </w:tcPr>
          <w:p>
            <w:r>
              <w:rPr>
                <w:sz w:val="16"/>
              </w:rPr>
            </w:r>
            <w:hyperlink r:id="rId31">
              <w:r>
                <w:rPr>
                  <w:color w:val="0563C1"/>
                  <w:u w:val="single"/>
                </w:rPr>
                <w:t>Facebook - post indicato 11:43 del 26/10/2016</w:t>
              </w:r>
            </w:hyperlink>
          </w:p>
        </w:tc>
        <w:tc>
          <w:tcPr>
            <w:tcW w:type="dxa" w:w="2521"/>
            <w:tcMar>
              <w:top w:w="65" w:type="dxa"/>
              <w:start w:w="85" w:type="dxa"/>
              <w:bottom w:w="65" w:type="dxa"/>
              <w:end w:w="85" w:type="dxa"/>
            </w:tcMar>
            <w:vAlign w:val="top"/>
          </w:tcPr>
          <w:p>
            <w:r>
              <w:rPr>
                <w:sz w:val="17"/>
              </w:rPr>
              <w:t>DA VERIFICARE timestamp/fuso</w:t>
            </w:r>
          </w:p>
        </w:tc>
      </w:tr>
      <w:tr>
        <w:tc>
          <w:tcPr>
            <w:tcW w:type="dxa" w:w="2521"/>
            <w:tcMar>
              <w:top w:w="65" w:type="dxa"/>
              <w:start w:w="85" w:type="dxa"/>
              <w:bottom w:w="65" w:type="dxa"/>
              <w:end w:w="85" w:type="dxa"/>
            </w:tcMar>
            <w:vAlign w:val="top"/>
          </w:tcPr>
          <w:p>
            <w:r>
              <w:rPr>
                <w:sz w:val="17"/>
              </w:rPr>
              <w:t>26/10/2016 - bollettino</w:t>
            </w:r>
          </w:p>
        </w:tc>
        <w:tc>
          <w:tcPr>
            <w:tcW w:type="dxa" w:w="2521"/>
            <w:tcMar>
              <w:top w:w="65" w:type="dxa"/>
              <w:start w:w="85" w:type="dxa"/>
              <w:bottom w:w="65" w:type="dxa"/>
              <w:end w:w="85" w:type="dxa"/>
            </w:tcMar>
            <w:vAlign w:val="top"/>
          </w:tcPr>
          <w:p>
            <w:r>
              <w:rPr>
                <w:sz w:val="17"/>
              </w:rPr>
              <w:t>Incremento del rischio per sera-notte; attenzione particolare a partire dalle 17:30 nel testo storico; area Mediterranea; limiti su DOVE e magnitudo.</w:t>
            </w:r>
          </w:p>
        </w:tc>
        <w:tc>
          <w:tcPr>
            <w:tcW w:type="dxa" w:w="2521"/>
            <w:tcMar>
              <w:top w:w="65" w:type="dxa"/>
              <w:start w:w="85" w:type="dxa"/>
              <w:bottom w:w="65" w:type="dxa"/>
              <w:end w:w="85" w:type="dxa"/>
            </w:tcMar>
            <w:vAlign w:val="top"/>
          </w:tcPr>
          <w:p>
            <w:r>
              <w:rPr>
                <w:sz w:val="16"/>
              </w:rPr>
            </w:r>
            <w:r>
              <w:rPr>
                <w:sz w:val="16"/>
              </w:rPr>
              <w:t>Facsimile nel primo libro</w:t>
            </w:r>
          </w:p>
          <w:p>
            <w:hyperlink r:id="rId31">
              <w:r>
                <w:rPr>
                  <w:color w:val="0563C1"/>
                  <w:u w:val="single"/>
                </w:rPr>
                <w:t>Facebook - post indicato 11:43 del 26/10/2016</w:t>
              </w:r>
            </w:hyperlink>
          </w:p>
          <w:p>
            <w:hyperlink r:id="rId41">
              <w:r>
                <w:rPr>
                  <w:color w:val="0563C1"/>
                  <w:u w:val="single"/>
                </w:rPr>
                <w:t>EqForecast News 2022 - ricostruzione</w:t>
              </w:r>
            </w:hyperlink>
          </w:p>
          <w:p>
            <w:hyperlink r:id="rId26">
              <w:r>
                <w:rPr>
                  <w:color w:val="0563C1"/>
                  <w:u w:val="single"/>
                </w:rPr>
                <w:t>Facebook - permalink Norcia richiamato nel 2022</w:t>
              </w:r>
            </w:hyperlink>
          </w:p>
        </w:tc>
        <w:tc>
          <w:tcPr>
            <w:tcW w:type="dxa" w:w="2521"/>
            <w:tcMar>
              <w:top w:w="65" w:type="dxa"/>
              <w:start w:w="85" w:type="dxa"/>
              <w:bottom w:w="65" w:type="dxa"/>
              <w:end w:w="85" w:type="dxa"/>
            </w:tcMar>
            <w:vAlign w:val="top"/>
          </w:tcPr>
          <w:p>
            <w:r>
              <w:rPr>
                <w:sz w:val="17"/>
              </w:rPr>
              <w:t>DOCUMENTO ANTECEDENTE</w:t>
            </w:r>
          </w:p>
        </w:tc>
      </w:tr>
      <w:tr>
        <w:tc>
          <w:tcPr>
            <w:tcW w:type="dxa" w:w="2521"/>
            <w:tcMar>
              <w:top w:w="65" w:type="dxa"/>
              <w:start w:w="85" w:type="dxa"/>
              <w:bottom w:w="65" w:type="dxa"/>
              <w:end w:w="85" w:type="dxa"/>
            </w:tcMar>
            <w:vAlign w:val="top"/>
          </w:tcPr>
          <w:p>
            <w:r>
              <w:rPr>
                <w:sz w:val="17"/>
              </w:rPr>
              <w:t>26/10/2016 15:30 UTC</w:t>
            </w:r>
          </w:p>
        </w:tc>
        <w:tc>
          <w:tcPr>
            <w:tcW w:type="dxa" w:w="2521"/>
            <w:tcMar>
              <w:top w:w="65" w:type="dxa"/>
              <w:start w:w="85" w:type="dxa"/>
              <w:bottom w:w="65" w:type="dxa"/>
              <w:end w:w="85" w:type="dxa"/>
            </w:tcMar>
            <w:vAlign w:val="top"/>
          </w:tcPr>
          <w:p>
            <w:r>
              <w:rPr>
                <w:sz w:val="17"/>
              </w:rPr>
              <w:t>Post su M5.7 Turkmenistan e valutazione del modello per la giornata, antecedente alla prima forte scossa italiana.</w:t>
            </w:r>
          </w:p>
        </w:tc>
        <w:tc>
          <w:tcPr>
            <w:tcW w:type="dxa" w:w="2521"/>
            <w:tcMar>
              <w:top w:w="65" w:type="dxa"/>
              <w:start w:w="85" w:type="dxa"/>
              <w:bottom w:w="65" w:type="dxa"/>
              <w:end w:w="85" w:type="dxa"/>
            </w:tcMar>
            <w:vAlign w:val="top"/>
          </w:tcPr>
          <w:p>
            <w:r>
              <w:rPr>
                <w:sz w:val="16"/>
              </w:rPr>
            </w:r>
            <w:r>
              <w:rPr>
                <w:sz w:val="16"/>
              </w:rPr>
              <w:t>Archivio Facebook raw P5</w:t>
            </w:r>
          </w:p>
          <w:p>
            <w:hyperlink r:id="rId29">
              <w:r>
                <w:rPr>
                  <w:color w:val="0563C1"/>
                  <w:u w:val="single"/>
                </w:rPr>
                <w:t>Permalink storico 722216807935782 - associazione puntuale DA VERIFICARE</w:t>
              </w:r>
            </w:hyperlink>
          </w:p>
        </w:tc>
        <w:tc>
          <w:tcPr>
            <w:tcW w:type="dxa" w:w="2521"/>
            <w:tcMar>
              <w:top w:w="65" w:type="dxa"/>
              <w:start w:w="85" w:type="dxa"/>
              <w:bottom w:w="65" w:type="dxa"/>
              <w:end w:w="85" w:type="dxa"/>
            </w:tcMar>
            <w:vAlign w:val="top"/>
          </w:tcPr>
          <w:p>
            <w:r>
              <w:rPr>
                <w:sz w:val="17"/>
              </w:rPr>
              <w:t>DOCUMENTO ANTECEDENTE</w:t>
            </w:r>
          </w:p>
        </w:tc>
      </w:tr>
      <w:tr>
        <w:tc>
          <w:tcPr>
            <w:tcW w:type="dxa" w:w="2521"/>
            <w:tcMar>
              <w:top w:w="65" w:type="dxa"/>
              <w:start w:w="85" w:type="dxa"/>
              <w:bottom w:w="65" w:type="dxa"/>
              <w:end w:w="85" w:type="dxa"/>
            </w:tcMar>
            <w:vAlign w:val="top"/>
          </w:tcPr>
          <w:p>
            <w:r>
              <w:rPr>
                <w:sz w:val="17"/>
              </w:rPr>
              <w:t>26/10/2016 17:10:36 UTC (19:10 locali)</w:t>
            </w:r>
          </w:p>
        </w:tc>
        <w:tc>
          <w:tcPr>
            <w:tcW w:type="dxa" w:w="2521"/>
            <w:tcMar>
              <w:top w:w="65" w:type="dxa"/>
              <w:start w:w="85" w:type="dxa"/>
              <w:bottom w:w="65" w:type="dxa"/>
              <w:end w:w="85" w:type="dxa"/>
            </w:tcMar>
            <w:vAlign w:val="top"/>
          </w:tcPr>
          <w:p>
            <w:r>
              <w:rPr>
                <w:sz w:val="17"/>
              </w:rPr>
              <w:t>Mw 5.4, provincia di Macerata, profondità 9 km.</w:t>
            </w:r>
          </w:p>
        </w:tc>
        <w:tc>
          <w:tcPr>
            <w:tcW w:type="dxa" w:w="2521"/>
            <w:tcMar>
              <w:top w:w="65" w:type="dxa"/>
              <w:start w:w="85" w:type="dxa"/>
              <w:bottom w:w="65" w:type="dxa"/>
              <w:end w:w="85" w:type="dxa"/>
            </w:tcMar>
            <w:vAlign w:val="top"/>
          </w:tcPr>
          <w:p>
            <w:r>
              <w:rPr>
                <w:sz w:val="16"/>
              </w:rPr>
            </w:r>
            <w:hyperlink r:id="rId19">
              <w:r>
                <w:rPr>
                  <w:color w:val="0563C1"/>
                  <w:u w:val="single"/>
                </w:rPr>
                <w:t>INGV - aggiornamento ufficiale</w:t>
              </w:r>
            </w:hyperlink>
          </w:p>
        </w:tc>
        <w:tc>
          <w:tcPr>
            <w:tcW w:type="dxa" w:w="2521"/>
            <w:tcMar>
              <w:top w:w="65" w:type="dxa"/>
              <w:start w:w="85" w:type="dxa"/>
              <w:bottom w:w="65" w:type="dxa"/>
              <w:end w:w="85" w:type="dxa"/>
            </w:tcMar>
            <w:vAlign w:val="top"/>
          </w:tcPr>
          <w:p>
            <w:r>
              <w:rPr>
                <w:sz w:val="17"/>
              </w:rPr>
              <w:t>DATO OSSERVATO</w:t>
            </w:r>
          </w:p>
        </w:tc>
      </w:tr>
      <w:tr>
        <w:tc>
          <w:tcPr>
            <w:tcW w:type="dxa" w:w="2521"/>
            <w:tcMar>
              <w:top w:w="65" w:type="dxa"/>
              <w:start w:w="85" w:type="dxa"/>
              <w:bottom w:w="65" w:type="dxa"/>
              <w:end w:w="85" w:type="dxa"/>
            </w:tcMar>
            <w:vAlign w:val="top"/>
          </w:tcPr>
          <w:p>
            <w:r>
              <w:rPr>
                <w:sz w:val="17"/>
              </w:rPr>
              <w:t>26/10/2016 19:18:05 UTC (21:18 locali)</w:t>
            </w:r>
          </w:p>
        </w:tc>
        <w:tc>
          <w:tcPr>
            <w:tcW w:type="dxa" w:w="2521"/>
            <w:tcMar>
              <w:top w:w="65" w:type="dxa"/>
              <w:start w:w="85" w:type="dxa"/>
              <w:bottom w:w="65" w:type="dxa"/>
              <w:end w:w="85" w:type="dxa"/>
            </w:tcMar>
            <w:vAlign w:val="top"/>
          </w:tcPr>
          <w:p>
            <w:r>
              <w:rPr>
                <w:sz w:val="17"/>
              </w:rPr>
              <w:t>Mw 5.9, provincia di Macerata, profondità 8 km.</w:t>
            </w:r>
          </w:p>
        </w:tc>
        <w:tc>
          <w:tcPr>
            <w:tcW w:type="dxa" w:w="2521"/>
            <w:tcMar>
              <w:top w:w="65" w:type="dxa"/>
              <w:start w:w="85" w:type="dxa"/>
              <w:bottom w:w="65" w:type="dxa"/>
              <w:end w:w="85" w:type="dxa"/>
            </w:tcMar>
            <w:vAlign w:val="top"/>
          </w:tcPr>
          <w:p>
            <w:r>
              <w:rPr>
                <w:sz w:val="16"/>
              </w:rPr>
            </w:r>
            <w:hyperlink r:id="rId19">
              <w:r>
                <w:rPr>
                  <w:color w:val="0563C1"/>
                  <w:u w:val="single"/>
                </w:rPr>
                <w:t>INGV - aggiornamento ufficiale</w:t>
              </w:r>
            </w:hyperlink>
          </w:p>
        </w:tc>
        <w:tc>
          <w:tcPr>
            <w:tcW w:type="dxa" w:w="2521"/>
            <w:tcMar>
              <w:top w:w="65" w:type="dxa"/>
              <w:start w:w="85" w:type="dxa"/>
              <w:bottom w:w="65" w:type="dxa"/>
              <w:end w:w="85" w:type="dxa"/>
            </w:tcMar>
            <w:vAlign w:val="top"/>
          </w:tcPr>
          <w:p>
            <w:r>
              <w:rPr>
                <w:sz w:val="17"/>
              </w:rPr>
              <w:t>DATO OSSERVATO</w:t>
            </w:r>
          </w:p>
        </w:tc>
      </w:tr>
      <w:tr>
        <w:tc>
          <w:tcPr>
            <w:tcW w:type="dxa" w:w="2521"/>
            <w:tcMar>
              <w:top w:w="65" w:type="dxa"/>
              <w:start w:w="85" w:type="dxa"/>
              <w:bottom w:w="65" w:type="dxa"/>
              <w:end w:w="85" w:type="dxa"/>
            </w:tcMar>
            <w:vAlign w:val="top"/>
          </w:tcPr>
          <w:p>
            <w:r>
              <w:rPr>
                <w:sz w:val="17"/>
              </w:rPr>
              <w:t>27/10/2016</w:t>
            </w:r>
          </w:p>
        </w:tc>
        <w:tc>
          <w:tcPr>
            <w:tcW w:type="dxa" w:w="2521"/>
            <w:tcMar>
              <w:top w:w="65" w:type="dxa"/>
              <w:start w:w="85" w:type="dxa"/>
              <w:bottom w:w="65" w:type="dxa"/>
              <w:end w:w="85" w:type="dxa"/>
            </w:tcMar>
            <w:vAlign w:val="top"/>
          </w:tcPr>
          <w:p>
            <w:r>
              <w:rPr>
                <w:sz w:val="17"/>
              </w:rPr>
              <w:t>Nuovi post e commenti: testimonianze, domande, sostegno e critiche. ANSA documenta che a Visso la prima scossa fece uscire le persone prima della seconda.</w:t>
            </w:r>
          </w:p>
        </w:tc>
        <w:tc>
          <w:tcPr>
            <w:tcW w:type="dxa" w:w="2521"/>
            <w:tcMar>
              <w:top w:w="65" w:type="dxa"/>
              <w:start w:w="85" w:type="dxa"/>
              <w:bottom w:w="65" w:type="dxa"/>
              <w:end w:w="85" w:type="dxa"/>
            </w:tcMar>
            <w:vAlign w:val="top"/>
          </w:tcPr>
          <w:p>
            <w:r>
              <w:rPr>
                <w:sz w:val="16"/>
              </w:rPr>
            </w:r>
            <w:hyperlink r:id="rId30">
              <w:r>
                <w:rPr>
                  <w:color w:val="0563C1"/>
                  <w:u w:val="single"/>
                </w:rPr>
                <w:t>Facebook - post 27/10 e commenti</w:t>
              </w:r>
            </w:hyperlink>
          </w:p>
          <w:p>
            <w:hyperlink r:id="rId21">
              <w:r>
                <w:rPr>
                  <w:color w:val="0563C1"/>
                  <w:u w:val="single"/>
                </w:rPr>
                <w:t>ANSA - cronaca 27/10</w:t>
              </w:r>
            </w:hyperlink>
          </w:p>
        </w:tc>
        <w:tc>
          <w:tcPr>
            <w:tcW w:type="dxa" w:w="2521"/>
            <w:tcMar>
              <w:top w:w="65" w:type="dxa"/>
              <w:start w:w="85" w:type="dxa"/>
              <w:bottom w:w="65" w:type="dxa"/>
              <w:end w:w="85" w:type="dxa"/>
            </w:tcMar>
            <w:vAlign w:val="top"/>
          </w:tcPr>
          <w:p>
            <w:r>
              <w:rPr>
                <w:sz w:val="17"/>
              </w:rPr>
              <w:t>DOCUMENTAZIONE SUCCESSIVA</w:t>
            </w:r>
          </w:p>
        </w:tc>
      </w:tr>
      <w:tr>
        <w:tc>
          <w:tcPr>
            <w:tcW w:type="dxa" w:w="2521"/>
            <w:tcMar>
              <w:top w:w="65" w:type="dxa"/>
              <w:start w:w="85" w:type="dxa"/>
              <w:bottom w:w="65" w:type="dxa"/>
              <w:end w:w="85" w:type="dxa"/>
            </w:tcMar>
            <w:vAlign w:val="top"/>
          </w:tcPr>
          <w:p>
            <w:r>
              <w:rPr>
                <w:sz w:val="17"/>
              </w:rPr>
              <w:t>28/10/2016</w:t>
            </w:r>
          </w:p>
        </w:tc>
        <w:tc>
          <w:tcPr>
            <w:tcW w:type="dxa" w:w="2521"/>
            <w:tcMar>
              <w:top w:w="65" w:type="dxa"/>
              <w:start w:w="85" w:type="dxa"/>
              <w:bottom w:w="65" w:type="dxa"/>
              <w:end w:w="85" w:type="dxa"/>
            </w:tcMar>
            <w:vAlign w:val="top"/>
          </w:tcPr>
          <w:p>
            <w:r>
              <w:rPr>
                <w:sz w:val="17"/>
              </w:rPr>
              <w:t>il Giornale ricostruisce pubblicamente la previsione e pone anche la questione dei falsi allarmi.</w:t>
            </w:r>
          </w:p>
        </w:tc>
        <w:tc>
          <w:tcPr>
            <w:tcW w:type="dxa" w:w="2521"/>
            <w:tcMar>
              <w:top w:w="65" w:type="dxa"/>
              <w:start w:w="85" w:type="dxa"/>
              <w:bottom w:w="65" w:type="dxa"/>
              <w:end w:w="85" w:type="dxa"/>
            </w:tcMar>
            <w:vAlign w:val="top"/>
          </w:tcPr>
          <w:p>
            <w:r>
              <w:rPr>
                <w:sz w:val="16"/>
              </w:rPr>
            </w:r>
            <w:hyperlink r:id="rId23">
              <w:r>
                <w:rPr>
                  <w:color w:val="0563C1"/>
                  <w:u w:val="single"/>
                </w:rPr>
                <w:t>il Giornale - articolo 28/10/2016</w:t>
              </w:r>
            </w:hyperlink>
          </w:p>
        </w:tc>
        <w:tc>
          <w:tcPr>
            <w:tcW w:type="dxa" w:w="2521"/>
            <w:tcMar>
              <w:top w:w="65" w:type="dxa"/>
              <w:start w:w="85" w:type="dxa"/>
              <w:bottom w:w="65" w:type="dxa"/>
              <w:end w:w="85" w:type="dxa"/>
            </w:tcMar>
            <w:vAlign w:val="top"/>
          </w:tcPr>
          <w:p>
            <w:r>
              <w:rPr>
                <w:sz w:val="17"/>
              </w:rPr>
              <w:t>FONTE TERZA CONTEMPORANEA</w:t>
            </w:r>
          </w:p>
        </w:tc>
      </w:tr>
      <w:tr>
        <w:tc>
          <w:tcPr>
            <w:tcW w:type="dxa" w:w="2521"/>
            <w:tcMar>
              <w:top w:w="65" w:type="dxa"/>
              <w:start w:w="85" w:type="dxa"/>
              <w:bottom w:w="65" w:type="dxa"/>
              <w:end w:w="85" w:type="dxa"/>
            </w:tcMar>
            <w:vAlign w:val="top"/>
          </w:tcPr>
          <w:p>
            <w:r>
              <w:rPr>
                <w:sz w:val="17"/>
              </w:rPr>
              <w:t>30/10/2016 06:40:17 UTC</w:t>
            </w:r>
          </w:p>
        </w:tc>
        <w:tc>
          <w:tcPr>
            <w:tcW w:type="dxa" w:w="2521"/>
            <w:tcMar>
              <w:top w:w="65" w:type="dxa"/>
              <w:start w:w="85" w:type="dxa"/>
              <w:bottom w:w="65" w:type="dxa"/>
              <w:end w:w="85" w:type="dxa"/>
            </w:tcMar>
            <w:vAlign w:val="top"/>
          </w:tcPr>
          <w:p>
            <w:r>
              <w:rPr>
                <w:sz w:val="17"/>
              </w:rPr>
              <w:t>Mw 6.5 Norcia, massimo evento della sequenza.</w:t>
            </w:r>
          </w:p>
        </w:tc>
        <w:tc>
          <w:tcPr>
            <w:tcW w:type="dxa" w:w="2521"/>
            <w:tcMar>
              <w:top w:w="65" w:type="dxa"/>
              <w:start w:w="85" w:type="dxa"/>
              <w:bottom w:w="65" w:type="dxa"/>
              <w:end w:w="85" w:type="dxa"/>
            </w:tcMar>
            <w:vAlign w:val="top"/>
          </w:tcPr>
          <w:p>
            <w:r>
              <w:rPr>
                <w:sz w:val="16"/>
              </w:rPr>
            </w:r>
            <w:hyperlink r:id="rId19">
              <w:r>
                <w:rPr>
                  <w:color w:val="0563C1"/>
                  <w:u w:val="single"/>
                </w:rPr>
                <w:t>INGV - sequenza Centro Italia</w:t>
              </w:r>
            </w:hyperlink>
          </w:p>
        </w:tc>
        <w:tc>
          <w:tcPr>
            <w:tcW w:type="dxa" w:w="2521"/>
            <w:tcMar>
              <w:top w:w="65" w:type="dxa"/>
              <w:start w:w="85" w:type="dxa"/>
              <w:bottom w:w="65" w:type="dxa"/>
              <w:end w:w="85" w:type="dxa"/>
            </w:tcMar>
            <w:vAlign w:val="top"/>
          </w:tcPr>
          <w:p>
            <w:r>
              <w:rPr>
                <w:sz w:val="17"/>
              </w:rPr>
              <w:t>DATO OSSERVATO SUCCESSIVO</w:t>
            </w:r>
          </w:p>
        </w:tc>
      </w:tr>
      <w:tr>
        <w:tc>
          <w:tcPr>
            <w:tcW w:type="dxa" w:w="2521"/>
            <w:tcMar>
              <w:top w:w="65" w:type="dxa"/>
              <w:start w:w="85" w:type="dxa"/>
              <w:bottom w:w="65" w:type="dxa"/>
              <w:end w:w="85" w:type="dxa"/>
            </w:tcMar>
            <w:vAlign w:val="top"/>
          </w:tcPr>
          <w:p>
            <w:r>
              <w:rPr>
                <w:sz w:val="17"/>
              </w:rPr>
              <w:t>2024</w:t>
            </w:r>
          </w:p>
        </w:tc>
        <w:tc>
          <w:tcPr>
            <w:tcW w:type="dxa" w:w="2521"/>
            <w:tcMar>
              <w:top w:w="65" w:type="dxa"/>
              <w:start w:w="85" w:type="dxa"/>
              <w:bottom w:w="65" w:type="dxa"/>
              <w:end w:w="85" w:type="dxa"/>
            </w:tcMar>
            <w:vAlign w:val="top"/>
          </w:tcPr>
          <w:p>
            <w:r>
              <w:rPr>
                <w:sz w:val="17"/>
              </w:rPr>
              <w:t>Pubblicazione del primo libro, che ricostruisce il 2016 come premessa storica della ricerca.</w:t>
            </w:r>
          </w:p>
        </w:tc>
        <w:tc>
          <w:tcPr>
            <w:tcW w:type="dxa" w:w="2521"/>
            <w:tcMar>
              <w:top w:w="65" w:type="dxa"/>
              <w:start w:w="85" w:type="dxa"/>
              <w:bottom w:w="65" w:type="dxa"/>
              <w:end w:w="85" w:type="dxa"/>
            </w:tcMar>
            <w:vAlign w:val="top"/>
          </w:tcPr>
          <w:p>
            <w:r>
              <w:rPr>
                <w:sz w:val="16"/>
              </w:rPr>
            </w:r>
            <w:hyperlink r:id="rId40">
              <w:r>
                <w:rPr>
                  <w:color w:val="0563C1"/>
                  <w:u w:val="single"/>
                </w:rPr>
                <w:t>Primo libro EqForecast</w:t>
              </w:r>
            </w:hyperlink>
          </w:p>
        </w:tc>
        <w:tc>
          <w:tcPr>
            <w:tcW w:type="dxa" w:w="2521"/>
            <w:tcMar>
              <w:top w:w="65" w:type="dxa"/>
              <w:start w:w="85" w:type="dxa"/>
              <w:bottom w:w="65" w:type="dxa"/>
              <w:end w:w="85" w:type="dxa"/>
            </w:tcMar>
            <w:vAlign w:val="top"/>
          </w:tcPr>
          <w:p>
            <w:r>
              <w:rPr>
                <w:sz w:val="17"/>
              </w:rPr>
              <w:t>FONTE AUTOBIOGRAFICA RETROSPETTIVA</w:t>
            </w:r>
          </w:p>
        </w:tc>
      </w:tr>
      <w:tr>
        <w:tc>
          <w:tcPr>
            <w:tcW w:type="dxa" w:w="2521"/>
            <w:tcMar>
              <w:top w:w="65" w:type="dxa"/>
              <w:start w:w="85" w:type="dxa"/>
              <w:bottom w:w="65" w:type="dxa"/>
              <w:end w:w="85" w:type="dxa"/>
            </w:tcMar>
            <w:vAlign w:val="top"/>
          </w:tcPr>
          <w:p>
            <w:r>
              <w:rPr>
                <w:sz w:val="17"/>
              </w:rPr>
              <w:t>28/10/2026</w:t>
            </w:r>
          </w:p>
        </w:tc>
        <w:tc>
          <w:tcPr>
            <w:tcW w:type="dxa" w:w="2521"/>
            <w:tcMar>
              <w:top w:w="65" w:type="dxa"/>
              <w:start w:w="85" w:type="dxa"/>
              <w:bottom w:w="65" w:type="dxa"/>
              <w:end w:w="85" w:type="dxa"/>
            </w:tcMar>
            <w:vAlign w:val="top"/>
          </w:tcPr>
          <w:p>
            <w:r>
              <w:rPr>
                <w:sz w:val="17"/>
              </w:rPr>
              <w:t>Decennale: riordino documentale secondo Strategia v1.0 e Protocollo v0.7.</w:t>
            </w:r>
          </w:p>
        </w:tc>
        <w:tc>
          <w:tcPr>
            <w:tcW w:type="dxa" w:w="2521"/>
            <w:tcMar>
              <w:top w:w="65" w:type="dxa"/>
              <w:start w:w="85" w:type="dxa"/>
              <w:bottom w:w="65" w:type="dxa"/>
              <w:end w:w="85" w:type="dxa"/>
            </w:tcMar>
            <w:vAlign w:val="top"/>
          </w:tcPr>
          <w:p>
            <w:r>
              <w:rPr>
                <w:sz w:val="16"/>
              </w:rPr>
            </w:r>
            <w:r>
              <w:rPr>
                <w:sz w:val="16"/>
              </w:rPr>
              <w:t>EqForecast - Protocollo storico v0.4</w:t>
            </w:r>
          </w:p>
        </w:tc>
        <w:tc>
          <w:tcPr>
            <w:tcW w:type="dxa" w:w="2521"/>
            <w:tcMar>
              <w:top w:w="65" w:type="dxa"/>
              <w:start w:w="85" w:type="dxa"/>
              <w:bottom w:w="65" w:type="dxa"/>
              <w:end w:w="85" w:type="dxa"/>
            </w:tcMar>
            <w:vAlign w:val="top"/>
          </w:tcPr>
          <w:p>
            <w:r>
              <w:rPr>
                <w:sz w:val="17"/>
              </w:rPr>
              <w:t>ARCHIVIO / CONSOLIDAMENTO</w:t>
            </w:r>
          </w:p>
        </w:tc>
      </w:tr>
    </w:tbl>
    <w:p>
      <w:r>
        <w:t>Regola oraria: gli output EqForecast attuali sono comunicati esclusivamente in UTC. I documenti storici Facebook sono invece conservati con l’orario originariamente mostrato; se il fuso non è documentato non viene convertito retroattivamente. Per gli eventi sismici si usa l’orario UTC INGV, con l’equivalente locale 2016 solo come ausilio storico.</w:t>
      </w:r>
    </w:p>
    <w:p/>
    <w:p>
      <w:r>
        <w:rPr>
          <w:b/>
        </w:rPr>
        <w:t xml:space="preserve">Regola v0.4 - prova associata: </w:t>
      </w:r>
      <w:r>
        <w:t>ogni riga della cronologia deve essere tracciabile mediante documento visuale/screenshot oppure URL diretto; quando esistono entrambi, si conservano entrambi. Per i messaggi privati lo screenshot è la fonte primaria e non si crea un URL inesistente.</w:t>
      </w:r>
    </w:p>
    <w:p>
      <w:pPr>
        <w:pStyle w:val="Heading1"/>
      </w:pPr>
      <w:r>
        <w:t>5. Documenti visuali chiave</w:t>
      </w:r>
    </w:p>
    <w:p>
      <w:pPr>
        <w:jc w:val="center"/>
      </w:pPr>
      <w:r/>
    </w:p>
    <w:p>
      <w:pPr>
        <w:jc w:val="center"/>
      </w:pPr>
      <w:r>
        <w:rPr>
          <w:i/>
          <w:color w:val="5A6E7D"/>
          <w:sz w:val="16"/>
        </w:rPr>
        <w:t>Figura 1 - Post del 12 ottobre 2016: lettera pubblica a Carlo Doglioni. Documento antecedente.</w:t>
      </w:r>
    </w:p>
    <w:p>
      <w:pPr>
        <w:jc w:val="center"/>
      </w:pPr>
      <w:r/>
    </w:p>
    <w:p>
      <w:pPr>
        <w:jc w:val="center"/>
      </w:pPr>
      <w:r>
        <w:rPr>
          <w:i/>
          <w:color w:val="5A6E7D"/>
          <w:sz w:val="16"/>
        </w:rPr>
        <w:t>Figura 2a - Dialogo del 19 ottobre con un vigile del fuoco residente nell’area di Norcia: apertura del confronto.</w:t>
      </w:r>
    </w:p>
    <w:p>
      <w:pPr>
        <w:jc w:val="center"/>
      </w:pPr>
      <w:r/>
    </w:p>
    <w:p>
      <w:pPr>
        <w:jc w:val="center"/>
      </w:pPr>
      <w:r>
        <w:rPr>
          <w:i/>
          <w:color w:val="5A6E7D"/>
          <w:sz w:val="16"/>
        </w:rPr>
        <w:t>Figura 2b - Dialogo del 19 ottobre: distinzione fra QUANDO, DOVE e sensibilità della faglia.</w:t>
      </w:r>
    </w:p>
    <w:p>
      <w:pPr>
        <w:jc w:val="center"/>
      </w:pPr>
      <w:r/>
    </w:p>
    <w:p>
      <w:pPr>
        <w:jc w:val="center"/>
      </w:pPr>
      <w:r>
        <w:rPr>
          <w:i/>
          <w:color w:val="5A6E7D"/>
          <w:sz w:val="16"/>
        </w:rPr>
        <w:t>Figura 2c - Dialogo del 19 ottobre: finestra 21-28 ottobre e cautele espresse.</w:t>
      </w:r>
    </w:p>
    <w:p>
      <w:pPr>
        <w:jc w:val="center"/>
      </w:pPr>
      <w:r/>
    </w:p>
    <w:p>
      <w:pPr>
        <w:jc w:val="center"/>
      </w:pPr>
      <w:r>
        <w:rPr>
          <w:i/>
          <w:color w:val="5A6E7D"/>
          <w:sz w:val="16"/>
        </w:rPr>
        <w:t>Figura 3 - Messaggio privato del 25 ottobre: comportamento prudenziale personale e limite “non sono lo Stato”.</w:t>
      </w:r>
    </w:p>
    <w:p>
      <w:pPr>
        <w:jc w:val="center"/>
      </w:pPr>
      <w:r/>
    </w:p>
    <w:p>
      <w:pPr>
        <w:jc w:val="center"/>
      </w:pPr>
      <w:r>
        <w:rPr>
          <w:i/>
          <w:color w:val="5A6E7D"/>
          <w:sz w:val="16"/>
        </w:rPr>
        <w:t>Figura 4 - Estratto “SAVE THE DATE”: forte prudenza pubblica e richiesta di verifica scientifica.</w:t>
      </w:r>
    </w:p>
    <w:p>
      <w:pPr>
        <w:jc w:val="center"/>
      </w:pPr>
      <w:r/>
    </w:p>
    <w:p>
      <w:pPr>
        <w:jc w:val="center"/>
      </w:pPr>
      <w:r>
        <w:rPr>
          <w:i/>
          <w:color w:val="5A6E7D"/>
          <w:sz w:val="16"/>
        </w:rPr>
        <w:t>Figura 5 - Commenti successivi alle scosse: testimonianze e reazioni pubbliche.</w:t>
      </w:r>
    </w:p>
    <w:p>
      <w:pPr>
        <w:jc w:val="center"/>
      </w:pPr>
      <w:r>
        <w:drawing>
          <wp:inline xmlns:a="http://schemas.openxmlformats.org/drawingml/2006/main" xmlns:pic="http://schemas.openxmlformats.org/drawingml/2006/picture">
            <wp:extent cx="5394960" cy="2296463"/>
            <wp:docPr id="1" name="Picture 1"/>
            <wp:cNvGraphicFramePr>
              <a:graphicFrameLocks noChangeAspect="1"/>
            </wp:cNvGraphicFramePr>
            <a:graphic>
              <a:graphicData uri="http://schemas.openxmlformats.org/drawingml/2006/picture">
                <pic:pic>
                  <pic:nvPicPr>
                    <pic:cNvPr id="0" name="eqf-2016-bollettino-26ott-libro.png"/>
                    <pic:cNvPicPr/>
                  </pic:nvPicPr>
                  <pic:blipFill>
                    <a:blip r:embed="rId34"/>
                    <a:stretch>
                      <a:fillRect/>
                    </a:stretch>
                  </pic:blipFill>
                  <pic:spPr>
                    <a:xfrm>
                      <a:off x="0" y="0"/>
                      <a:ext cx="5394960" cy="2296463"/>
                    </a:xfrm>
                    <a:prstGeom prst="rect"/>
                  </pic:spPr>
                </pic:pic>
              </a:graphicData>
            </a:graphic>
          </wp:inline>
        </w:drawing>
      </w:r>
    </w:p>
    <w:p>
      <w:pPr>
        <w:jc w:val="center"/>
      </w:pPr>
      <w:r>
        <w:rPr>
          <w:i/>
          <w:sz w:val="16"/>
        </w:rPr>
        <w:t>Figura 6 - Facsimile del bollettino del 26 ottobre e dell’aggiornamento “incremento rischio sismico”, conservato nel primo libro.</w:t>
      </w:r>
    </w:p>
    <w:p>
      <w:pPr>
        <w:jc w:val="center"/>
      </w:pPr>
      <w:r>
        <w:drawing>
          <wp:inline xmlns:a="http://schemas.openxmlformats.org/drawingml/2006/main" xmlns:pic="http://schemas.openxmlformats.org/drawingml/2006/picture">
            <wp:extent cx="3657600" cy="6505651"/>
            <wp:docPr id="2" name="Picture 2"/>
            <wp:cNvGraphicFramePr>
              <a:graphicFrameLocks noChangeAspect="1"/>
            </wp:cNvGraphicFramePr>
            <a:graphic>
              <a:graphicData uri="http://schemas.openxmlformats.org/drawingml/2006/picture">
                <pic:pic>
                  <pic:nvPicPr>
                    <pic:cNvPr id="0" name="eqf-2016-testimonianza-casa-crollata.png"/>
                    <pic:cNvPicPr/>
                  </pic:nvPicPr>
                  <pic:blipFill>
                    <a:blip r:embed="rId35"/>
                    <a:stretch>
                      <a:fillRect/>
                    </a:stretch>
                  </pic:blipFill>
                  <pic:spPr>
                    <a:xfrm>
                      <a:off x="0" y="0"/>
                      <a:ext cx="3657600" cy="6505651"/>
                    </a:xfrm>
                    <a:prstGeom prst="rect"/>
                  </pic:spPr>
                </pic:pic>
              </a:graphicData>
            </a:graphic>
          </wp:inline>
        </w:drawing>
      </w:r>
    </w:p>
    <w:p>
      <w:pPr>
        <w:jc w:val="center"/>
      </w:pPr>
      <w:r>
        <w:rPr>
          <w:i/>
          <w:sz w:val="16"/>
        </w:rPr>
        <w:t>Figura 7 - Testimonianza visuale: il mittente riferisce che erano fuori casa e che l’abitazione era crollata. Fonte primaria di comportamento dichiarato; controfattuale individuale ancora da verificare.</w:t>
      </w:r>
    </w:p>
    <w:p>
      <w:pPr>
        <w:jc w:val="center"/>
      </w:pPr>
      <w:r>
        <w:drawing>
          <wp:inline xmlns:a="http://schemas.openxmlformats.org/drawingml/2006/main" xmlns:pic="http://schemas.openxmlformats.org/drawingml/2006/picture">
            <wp:extent cx="5394960" cy="4133955"/>
            <wp:docPr id="3" name="Picture 3"/>
            <wp:cNvGraphicFramePr>
              <a:graphicFrameLocks noChangeAspect="1"/>
            </wp:cNvGraphicFramePr>
            <a:graphic>
              <a:graphicData uri="http://schemas.openxmlformats.org/drawingml/2006/picture">
                <pic:pic>
                  <pic:nvPicPr>
                    <pic:cNvPr id="0" name="eqf-2016-testimonianze-libro.png"/>
                    <pic:cNvPicPr/>
                  </pic:nvPicPr>
                  <pic:blipFill>
                    <a:blip r:embed="rId36"/>
                    <a:stretch>
                      <a:fillRect/>
                    </a:stretch>
                  </pic:blipFill>
                  <pic:spPr>
                    <a:xfrm>
                      <a:off x="0" y="0"/>
                      <a:ext cx="5394960" cy="4133955"/>
                    </a:xfrm>
                    <a:prstGeom prst="rect"/>
                  </pic:spPr>
                </pic:pic>
              </a:graphicData>
            </a:graphic>
          </wp:inline>
        </w:drawing>
      </w:r>
    </w:p>
    <w:p>
      <w:pPr>
        <w:jc w:val="center"/>
      </w:pPr>
      <w:r>
        <w:rPr>
          <w:i/>
          <w:sz w:val="16"/>
        </w:rPr>
        <w:t>Figura 8 - Raccolta di testimonianze riprodotta nel primo libro. Documenta ricezione e comportamenti dichiarati; non è prova causale autonoma.</w:t>
      </w:r>
    </w:p>
    <w:p>
      <w:pPr>
        <w:jc w:val="center"/>
      </w:pPr>
      <w:r/>
    </w:p>
    <w:p>
      <w:pPr>
        <w:jc w:val="center"/>
      </w:pPr>
      <w:r>
        <w:rPr>
          <w:i/>
          <w:color w:val="5A6E7D"/>
          <w:sz w:val="16"/>
        </w:rPr>
        <w:t>Figura 9 - Osservazioni sul campo della sequenza 2016: danni e fagliazione superficiale al Monte Vettore. Materiale fotografico dell’archivio EqForecast.</w:t>
      </w:r>
    </w:p>
    <w:p>
      <w:pPr>
        <w:pStyle w:val="Heading1"/>
      </w:pPr>
      <w:r>
        <w:t>6. Perché il caso non è documentariamente casuale</w:t>
      </w:r>
    </w:p>
    <w:p>
      <w:pPr>
        <w:pStyle w:val="ListBullet"/>
      </w:pPr>
      <w:r>
        <w:t>Esistono comunicazioni antecedenti con finestre temporali esplicite e motivazioni astronomiche dichiarate prima dell’evento.</w:t>
      </w:r>
    </w:p>
    <w:p>
      <w:pPr>
        <w:pStyle w:val="ListBullet"/>
      </w:pPr>
      <w:r>
        <w:t>La previsione del 2016 non consisteva in un singolo messaggio isolato: il materiale mostra una progressione 18 ottobre -&gt; 19 ottobre -&gt; 25 ottobre -&gt; 26 ottobre.</w:t>
      </w:r>
    </w:p>
    <w:p>
      <w:pPr>
        <w:pStyle w:val="ListBullet"/>
      </w:pPr>
      <w:r>
        <w:t>Il bollettino del 26 ottobre restringe l’attenzione alla sera-notte e specifica un inizio alle 17:30 nel testo storico; le due scosse principali avvengono alle 17:10:36 e 19:18:05 UTC. La comparazione deve però rispettare la questione del fuso degli orari Facebook.</w:t>
      </w:r>
    </w:p>
    <w:p>
      <w:pPr>
        <w:pStyle w:val="ListBullet"/>
      </w:pPr>
      <w:r>
        <w:t>La cronaca del 28 ottobre de il Giornale documenta che l’avviso era già pubblico e contemporaneamente solleva la “prova inversa” dei falsi allarmi.</w:t>
      </w:r>
    </w:p>
    <w:p>
      <w:pPr>
        <w:pStyle w:val="ListBullet"/>
      </w:pPr>
      <w:r>
        <w:t>Le incertezze erano dichiarate: impossibilità di individuare con precisione DOVE e magnitudo, area mediterranea ampia, modello giovane, errore umano possibile.</w:t>
      </w:r>
    </w:p>
    <w:p>
      <w:pPr>
        <w:pStyle w:val="Heading1"/>
      </w:pPr>
      <w:r>
        <w:t>7. Che cosa possiamo affermare oggi</w:t>
      </w:r>
    </w:p>
    <w:tbl>
      <w:tblPr>
        <w:tblStyle w:val="TableGrid"/>
        <w:tblW w:type="auto" w:w="0"/>
        <w:jc w:val="center"/>
        <w:tblLook w:firstColumn="1" w:firstRow="1" w:lastColumn="0" w:lastRow="0" w:noHBand="0" w:noVBand="1" w:val="04A0"/>
      </w:tblPr>
      <w:tblGrid>
        <w:gridCol w:w="3362"/>
        <w:gridCol w:w="3362"/>
        <w:gridCol w:w="3362"/>
      </w:tblGrid>
      <w:tr>
        <w:tc>
          <w:tcPr>
            <w:tcW w:type="dxa" w:w="3362"/>
            <w:shd w:fill="0B3554"/>
            <w:vAlign w:val="top"/>
          </w:tcPr>
          <w:p>
            <w:r>
              <w:rPr>
                <w:b/>
                <w:color w:val="FFFFFF"/>
                <w:sz w:val="17"/>
              </w:rPr>
              <w:t>Affermazione</w:t>
            </w:r>
          </w:p>
        </w:tc>
        <w:tc>
          <w:tcPr>
            <w:tcW w:type="dxa" w:w="3362"/>
            <w:shd w:fill="0B3554"/>
            <w:vAlign w:val="top"/>
          </w:tcPr>
          <w:p>
            <w:r>
              <w:rPr>
                <w:b/>
                <w:color w:val="FFFFFF"/>
                <w:sz w:val="17"/>
              </w:rPr>
              <w:t>Stato</w:t>
            </w:r>
          </w:p>
        </w:tc>
        <w:tc>
          <w:tcPr>
            <w:tcW w:type="dxa" w:w="3362"/>
            <w:shd w:fill="0B3554"/>
            <w:vAlign w:val="top"/>
          </w:tcPr>
          <w:p>
            <w:r>
              <w:rPr>
                <w:b/>
                <w:color w:val="FFFFFF"/>
                <w:sz w:val="17"/>
              </w:rPr>
              <w:t>Uso consentito</w:t>
            </w:r>
          </w:p>
        </w:tc>
      </w:tr>
      <w:tr>
        <w:tc>
          <w:tcPr>
            <w:tcW w:type="dxa" w:w="3362"/>
            <w:tcMar>
              <w:top w:w="65" w:type="dxa"/>
              <w:start w:w="85" w:type="dxa"/>
              <w:bottom w:w="65" w:type="dxa"/>
              <w:end w:w="85" w:type="dxa"/>
            </w:tcMar>
            <w:vAlign w:val="top"/>
          </w:tcPr>
          <w:p>
            <w:r>
              <w:rPr>
                <w:sz w:val="17"/>
              </w:rPr>
              <w:t>Comunicazioni antecedenti esistenti</w:t>
            </w:r>
          </w:p>
        </w:tc>
        <w:tc>
          <w:tcPr>
            <w:tcW w:type="dxa" w:w="3362"/>
            <w:tcMar>
              <w:top w:w="65" w:type="dxa"/>
              <w:start w:w="85" w:type="dxa"/>
              <w:bottom w:w="65" w:type="dxa"/>
              <w:end w:w="85" w:type="dxa"/>
            </w:tcMar>
            <w:vAlign w:val="top"/>
          </w:tcPr>
          <w:p>
            <w:r>
              <w:rPr>
                <w:sz w:val="17"/>
              </w:rPr>
              <w:t>VALIDATO INTERNAMENTE</w:t>
            </w:r>
          </w:p>
        </w:tc>
        <w:tc>
          <w:tcPr>
            <w:tcW w:type="dxa" w:w="3362"/>
            <w:tcMar>
              <w:top w:w="65" w:type="dxa"/>
              <w:start w:w="85" w:type="dxa"/>
              <w:bottom w:w="65" w:type="dxa"/>
              <w:end w:w="85" w:type="dxa"/>
            </w:tcMar>
            <w:vAlign w:val="top"/>
          </w:tcPr>
          <w:p>
            <w:r>
              <w:rPr>
                <w:sz w:val="17"/>
              </w:rPr>
              <w:t>Sì: documentare che erano pubbliche/private prima delle scosse.</w:t>
            </w:r>
          </w:p>
        </w:tc>
      </w:tr>
      <w:tr>
        <w:tc>
          <w:tcPr>
            <w:tcW w:type="dxa" w:w="3362"/>
            <w:tcMar>
              <w:top w:w="65" w:type="dxa"/>
              <w:start w:w="85" w:type="dxa"/>
              <w:bottom w:w="65" w:type="dxa"/>
              <w:end w:w="85" w:type="dxa"/>
            </w:tcMar>
            <w:vAlign w:val="top"/>
          </w:tcPr>
          <w:p>
            <w:r>
              <w:rPr>
                <w:sz w:val="17"/>
              </w:rPr>
              <w:t>Finestra temporale antecedente</w:t>
            </w:r>
          </w:p>
        </w:tc>
        <w:tc>
          <w:tcPr>
            <w:tcW w:type="dxa" w:w="3362"/>
            <w:tcMar>
              <w:top w:w="65" w:type="dxa"/>
              <w:start w:w="85" w:type="dxa"/>
              <w:bottom w:w="65" w:type="dxa"/>
              <w:end w:w="85" w:type="dxa"/>
            </w:tcMar>
            <w:vAlign w:val="top"/>
          </w:tcPr>
          <w:p>
            <w:r>
              <w:rPr>
                <w:sz w:val="17"/>
              </w:rPr>
              <w:t>VALIDATO INTERNAMENTE</w:t>
            </w:r>
          </w:p>
        </w:tc>
        <w:tc>
          <w:tcPr>
            <w:tcW w:type="dxa" w:w="3362"/>
            <w:tcMar>
              <w:top w:w="65" w:type="dxa"/>
              <w:start w:w="85" w:type="dxa"/>
              <w:bottom w:w="65" w:type="dxa"/>
              <w:end w:w="85" w:type="dxa"/>
            </w:tcMar>
            <w:vAlign w:val="top"/>
          </w:tcPr>
          <w:p>
            <w:r>
              <w:rPr>
                <w:sz w:val="17"/>
              </w:rPr>
              <w:t>Sì: riportare le finestre storiche con data e formulazione originale.</w:t>
            </w:r>
          </w:p>
        </w:tc>
      </w:tr>
      <w:tr>
        <w:tc>
          <w:tcPr>
            <w:tcW w:type="dxa" w:w="3362"/>
            <w:tcMar>
              <w:top w:w="65" w:type="dxa"/>
              <w:start w:w="85" w:type="dxa"/>
              <w:bottom w:w="65" w:type="dxa"/>
              <w:end w:w="85" w:type="dxa"/>
            </w:tcMar>
            <w:vAlign w:val="top"/>
          </w:tcPr>
          <w:p>
            <w:r>
              <w:rPr>
                <w:sz w:val="17"/>
              </w:rPr>
              <w:t>Matching temporale con il 26 ottobre</w:t>
            </w:r>
          </w:p>
        </w:tc>
        <w:tc>
          <w:tcPr>
            <w:tcW w:type="dxa" w:w="3362"/>
            <w:tcMar>
              <w:top w:w="65" w:type="dxa"/>
              <w:start w:w="85" w:type="dxa"/>
              <w:bottom w:w="65" w:type="dxa"/>
              <w:end w:w="85" w:type="dxa"/>
            </w:tcMar>
            <w:vAlign w:val="top"/>
          </w:tcPr>
          <w:p>
            <w:r>
              <w:rPr>
                <w:sz w:val="17"/>
              </w:rPr>
              <w:t>VALIDATO INTERNAMENTE come caso storico</w:t>
            </w:r>
          </w:p>
        </w:tc>
        <w:tc>
          <w:tcPr>
            <w:tcW w:type="dxa" w:w="3362"/>
            <w:tcMar>
              <w:top w:w="65" w:type="dxa"/>
              <w:start w:w="85" w:type="dxa"/>
              <w:bottom w:w="65" w:type="dxa"/>
              <w:end w:w="85" w:type="dxa"/>
            </w:tcMar>
            <w:vAlign w:val="top"/>
          </w:tcPr>
          <w:p>
            <w:r>
              <w:rPr>
                <w:sz w:val="17"/>
              </w:rPr>
              <w:t>Sì, ma insieme a ampiezza della finestra, falsi allarmi e regola oraria.</w:t>
            </w:r>
          </w:p>
        </w:tc>
      </w:tr>
      <w:tr>
        <w:tc>
          <w:tcPr>
            <w:tcW w:type="dxa" w:w="3362"/>
            <w:tcMar>
              <w:top w:w="65" w:type="dxa"/>
              <w:start w:w="85" w:type="dxa"/>
              <w:bottom w:w="65" w:type="dxa"/>
              <w:end w:w="85" w:type="dxa"/>
            </w:tcMar>
            <w:vAlign w:val="top"/>
          </w:tcPr>
          <w:p>
            <w:r>
              <w:rPr>
                <w:sz w:val="17"/>
              </w:rPr>
              <w:t>Previsione precisa dell’epicentro</w:t>
            </w:r>
          </w:p>
        </w:tc>
        <w:tc>
          <w:tcPr>
            <w:tcW w:type="dxa" w:w="3362"/>
            <w:tcMar>
              <w:top w:w="65" w:type="dxa"/>
              <w:start w:w="85" w:type="dxa"/>
              <w:bottom w:w="65" w:type="dxa"/>
              <w:end w:w="85" w:type="dxa"/>
            </w:tcMar>
            <w:vAlign w:val="top"/>
          </w:tcPr>
          <w:p>
            <w:r>
              <w:rPr>
                <w:sz w:val="17"/>
              </w:rPr>
              <w:t>NON DIMOSTRATA</w:t>
            </w:r>
          </w:p>
        </w:tc>
        <w:tc>
          <w:tcPr>
            <w:tcW w:type="dxa" w:w="3362"/>
            <w:tcMar>
              <w:top w:w="65" w:type="dxa"/>
              <w:start w:w="85" w:type="dxa"/>
              <w:bottom w:w="65" w:type="dxa"/>
              <w:end w:w="85" w:type="dxa"/>
            </w:tcMar>
            <w:vAlign w:val="top"/>
          </w:tcPr>
          <w:p>
            <w:r>
              <w:rPr>
                <w:sz w:val="17"/>
              </w:rPr>
              <w:t>No: Norcia compare in dialoghi, ma l’area pubblica rimane ampia.</w:t>
            </w:r>
          </w:p>
        </w:tc>
      </w:tr>
      <w:tr>
        <w:tc>
          <w:tcPr>
            <w:tcW w:type="dxa" w:w="3362"/>
            <w:tcMar>
              <w:top w:w="65" w:type="dxa"/>
              <w:start w:w="85" w:type="dxa"/>
              <w:bottom w:w="65" w:type="dxa"/>
              <w:end w:w="85" w:type="dxa"/>
            </w:tcMar>
            <w:vAlign w:val="top"/>
          </w:tcPr>
          <w:p>
            <w:r>
              <w:rPr>
                <w:sz w:val="17"/>
              </w:rPr>
              <w:t>Previsione precisa della magnitudo</w:t>
            </w:r>
          </w:p>
        </w:tc>
        <w:tc>
          <w:tcPr>
            <w:tcW w:type="dxa" w:w="3362"/>
            <w:tcMar>
              <w:top w:w="65" w:type="dxa"/>
              <w:start w:w="85" w:type="dxa"/>
              <w:bottom w:w="65" w:type="dxa"/>
              <w:end w:w="85" w:type="dxa"/>
            </w:tcMar>
            <w:vAlign w:val="top"/>
          </w:tcPr>
          <w:p>
            <w:r>
              <w:rPr>
                <w:sz w:val="17"/>
              </w:rPr>
              <w:t>NON DIMOSTRATA</w:t>
            </w:r>
          </w:p>
        </w:tc>
        <w:tc>
          <w:tcPr>
            <w:tcW w:type="dxa" w:w="3362"/>
            <w:tcMar>
              <w:top w:w="65" w:type="dxa"/>
              <w:start w:w="85" w:type="dxa"/>
              <w:bottom w:w="65" w:type="dxa"/>
              <w:end w:w="85" w:type="dxa"/>
            </w:tcMar>
            <w:vAlign w:val="top"/>
          </w:tcPr>
          <w:p>
            <w:r>
              <w:rPr>
                <w:sz w:val="17"/>
              </w:rPr>
              <w:t>No: i documenti dichiarano di non saperla determinare.</w:t>
            </w:r>
          </w:p>
        </w:tc>
      </w:tr>
      <w:tr>
        <w:tc>
          <w:tcPr>
            <w:tcW w:type="dxa" w:w="3362"/>
            <w:tcMar>
              <w:top w:w="65" w:type="dxa"/>
              <w:start w:w="85" w:type="dxa"/>
              <w:bottom w:w="65" w:type="dxa"/>
              <w:end w:w="85" w:type="dxa"/>
            </w:tcMar>
            <w:vAlign w:val="top"/>
          </w:tcPr>
          <w:p>
            <w:r>
              <w:rPr>
                <w:sz w:val="17"/>
              </w:rPr>
              <w:t>Causalità planetaria</w:t>
            </w:r>
          </w:p>
        </w:tc>
        <w:tc>
          <w:tcPr>
            <w:tcW w:type="dxa" w:w="3362"/>
            <w:tcMar>
              <w:top w:w="65" w:type="dxa"/>
              <w:start w:w="85" w:type="dxa"/>
              <w:bottom w:w="65" w:type="dxa"/>
              <w:end w:w="85" w:type="dxa"/>
            </w:tcMar>
            <w:vAlign w:val="top"/>
          </w:tcPr>
          <w:p>
            <w:r>
              <w:rPr>
                <w:sz w:val="17"/>
              </w:rPr>
              <w:t>IPOTESI</w:t>
            </w:r>
          </w:p>
        </w:tc>
        <w:tc>
          <w:tcPr>
            <w:tcW w:type="dxa" w:w="3362"/>
            <w:tcMar>
              <w:top w:w="65" w:type="dxa"/>
              <w:start w:w="85" w:type="dxa"/>
              <w:bottom w:w="65" w:type="dxa"/>
              <w:end w:w="85" w:type="dxa"/>
            </w:tcMar>
            <w:vAlign w:val="top"/>
          </w:tcPr>
          <w:p>
            <w:r>
              <w:rPr>
                <w:sz w:val="17"/>
              </w:rPr>
              <w:t>Descrivere come ipotesi di modulazione/associazione, non come fatto dimostrato.</w:t>
            </w:r>
          </w:p>
        </w:tc>
      </w:tr>
      <w:tr>
        <w:tc>
          <w:tcPr>
            <w:tcW w:type="dxa" w:w="3362"/>
            <w:tcMar>
              <w:top w:w="65" w:type="dxa"/>
              <w:start w:w="85" w:type="dxa"/>
              <w:bottom w:w="65" w:type="dxa"/>
              <w:end w:w="85" w:type="dxa"/>
            </w:tcMar>
            <w:vAlign w:val="top"/>
          </w:tcPr>
          <w:p>
            <w:r>
              <w:rPr>
                <w:sz w:val="17"/>
              </w:rPr>
              <w:t>Numero di vite salvate</w:t>
            </w:r>
          </w:p>
        </w:tc>
        <w:tc>
          <w:tcPr>
            <w:tcW w:type="dxa" w:w="3362"/>
            <w:tcMar>
              <w:top w:w="65" w:type="dxa"/>
              <w:start w:w="85" w:type="dxa"/>
              <w:bottom w:w="65" w:type="dxa"/>
              <w:end w:w="85" w:type="dxa"/>
            </w:tcMar>
            <w:vAlign w:val="top"/>
          </w:tcPr>
          <w:p>
            <w:r>
              <w:rPr>
                <w:sz w:val="17"/>
              </w:rPr>
              <w:t>DA VERIFICARE individualmente</w:t>
            </w:r>
          </w:p>
        </w:tc>
        <w:tc>
          <w:tcPr>
            <w:tcW w:type="dxa" w:w="3362"/>
            <w:tcMar>
              <w:top w:w="65" w:type="dxa"/>
              <w:start w:w="85" w:type="dxa"/>
              <w:bottom w:w="65" w:type="dxa"/>
              <w:end w:w="85" w:type="dxa"/>
            </w:tcMar>
            <w:vAlign w:val="top"/>
          </w:tcPr>
          <w:p>
            <w:r>
              <w:rPr>
                <w:sz w:val="17"/>
              </w:rPr>
              <w:t>Riportabile come testimonianza/autobiografia, non come metrica scientifica.</w:t>
            </w:r>
          </w:p>
        </w:tc>
      </w:tr>
      <w:tr>
        <w:tc>
          <w:tcPr>
            <w:tcW w:type="dxa" w:w="3362"/>
            <w:tcMar>
              <w:top w:w="65" w:type="dxa"/>
              <w:start w:w="85" w:type="dxa"/>
              <w:bottom w:w="65" w:type="dxa"/>
              <w:end w:w="85" w:type="dxa"/>
            </w:tcMar>
            <w:vAlign w:val="top"/>
          </w:tcPr>
          <w:p>
            <w:r>
              <w:rPr>
                <w:sz w:val="17"/>
              </w:rPr>
              <w:t>Validazione del sistema EqForecast attuale</w:t>
            </w:r>
          </w:p>
        </w:tc>
        <w:tc>
          <w:tcPr>
            <w:tcW w:type="dxa" w:w="3362"/>
            <w:tcMar>
              <w:top w:w="65" w:type="dxa"/>
              <w:start w:w="85" w:type="dxa"/>
              <w:bottom w:w="65" w:type="dxa"/>
              <w:end w:w="85" w:type="dxa"/>
            </w:tcMar>
            <w:vAlign w:val="top"/>
          </w:tcPr>
          <w:p>
            <w:r>
              <w:rPr>
                <w:sz w:val="17"/>
              </w:rPr>
              <w:t>NON DERIVABILE DAL CASO</w:t>
            </w:r>
          </w:p>
        </w:tc>
        <w:tc>
          <w:tcPr>
            <w:tcW w:type="dxa" w:w="3362"/>
            <w:tcMar>
              <w:top w:w="65" w:type="dxa"/>
              <w:start w:w="85" w:type="dxa"/>
              <w:bottom w:w="65" w:type="dxa"/>
              <w:end w:w="85" w:type="dxa"/>
            </w:tcMar>
            <w:vAlign w:val="top"/>
          </w:tcPr>
          <w:p>
            <w:r>
              <w:rPr>
                <w:sz w:val="17"/>
              </w:rPr>
              <w:t>Richiede test D1/D2 e sistema congelato.</w:t>
            </w:r>
          </w:p>
        </w:tc>
      </w:tr>
    </w:tbl>
    <w:p>
      <w:pPr>
        <w:pStyle w:val="Heading1"/>
      </w:pPr>
      <w:r>
        <w:t>8. Analisi controfattuale e assenza di vittime</w:t>
      </w:r>
    </w:p>
    <w:p>
      <w:r>
        <w:t>Le scosse del 26 ottobre provocarono danni molto gravi ma non vittime. Le fonti disponibili indicano più fattori protettivi. ANSA documenta che a Visso la prima M5.4 fece uscire la popolazione prima della M5.9. La letteratura tecnica segnala inoltre evacuazioni di abitazioni già danneggiate dopo agosto e, nell’area di Norcia, interventi di rafforzamento successivi al terremoto del 1997. Questi elementi impediscono di attribuire l’esito complessivo a una sola causa.</w:t>
      </w:r>
    </w:p>
    <w:p>
      <w:r>
        <w:t>Resta però una domanda verificabile: alcune persone avevano modificato il comportamento già prima delle 17:10 UTC a causa delle comunicazioni EqForecast? Le testimonianze che dichiarano questo comportamento sono fonti primarie della ricezione, ma il loro effetto protettivo deve essere verificato caso per caso.</w:t>
      </w:r>
    </w:p>
    <w:p>
      <w:r>
        <w:t>Audit individuale proposto:</w:t>
      </w:r>
    </w:p>
    <w:p>
      <w:pPr>
        <w:pStyle w:val="ListBullet"/>
      </w:pPr>
      <w:r>
        <w:t>timestamp dell’avviso ricevuto</w:t>
      </w:r>
    </w:p>
    <w:p>
      <w:pPr>
        <w:pStyle w:val="ListBullet"/>
      </w:pPr>
      <w:r>
        <w:t>luogo della persona</w:t>
      </w:r>
    </w:p>
    <w:p>
      <w:pPr>
        <w:pStyle w:val="ListBullet"/>
      </w:pPr>
      <w:r>
        <w:t>stato dell’abitazione prima del 26 ottobre</w:t>
      </w:r>
    </w:p>
    <w:p>
      <w:pPr>
        <w:pStyle w:val="ListBullet"/>
      </w:pPr>
      <w:r>
        <w:t>comportamento che avrebbe tenuto in assenza dell’avviso</w:t>
      </w:r>
    </w:p>
    <w:p>
      <w:pPr>
        <w:pStyle w:val="ListBullet"/>
      </w:pPr>
      <w:r>
        <w:t>comportamento effettivamente adottato e orario</w:t>
      </w:r>
    </w:p>
    <w:p>
      <w:pPr>
        <w:pStyle w:val="ListBullet"/>
      </w:pPr>
      <w:r>
        <w:t>danno/crollo effettivo dell’edificio</w:t>
      </w:r>
    </w:p>
    <w:p>
      <w:pPr>
        <w:pStyle w:val="ListBullet"/>
      </w:pPr>
      <w:r>
        <w:t>altre allerte o informazioni disponibili prima delle 17:10 UTC</w:t>
      </w:r>
    </w:p>
    <w:p>
      <w:pPr>
        <w:pStyle w:val="ListBullet"/>
      </w:pPr>
      <w:r>
        <w:t>eventuali riscontri contemporanei indipendenti</w:t>
      </w:r>
    </w:p>
    <w:p>
      <w:r>
        <w:t>Conclusione provvisoria: l’assenza di vittime è multifattoriale; un possibile contributo protettivo incrementale delle comunicazioni EqForecast per singoli destinatari è IPOTESI/DA VERIFICARE, non una conclusione generale.</w:t>
      </w:r>
    </w:p>
    <w:p>
      <w:pPr>
        <w:pStyle w:val="Heading1"/>
      </w:pPr>
      <w:r>
        <w:t>9. Testimonianze di comportamento: registro prioritario</w:t>
      </w:r>
    </w:p>
    <w:p>
      <w:r>
        <w:t>Nota di audit: gli 11 record sono conservati perché classificati in precedenza come testimonianze di comportamento/ricezione. Non tutti hanno lo stesso valore per il caso 2016: C0003 non riguarda direttamente il 2016 e C0204 documenta soprattutto ricezione/interesse. L’IDPP usa solo elementi pertinenti alla catena protettiva e non attribuisce automaticamente pari peso a tutti i record.</w:t>
      </w:r>
    </w:p>
    <w:p>
      <w:r>
        <w:t>T-EX1 · Testimonianza visuale con riferimento al crollo dell’abitazione [documento originale allegato; messaggio successivo al 26 ottobre].</w:t>
      </w:r>
    </w:p>
    <w:p>
      <w:r>
        <w:t>«Grazie. Di cuore! Grazie a lei eravamo fuori di casa ieri. La casa è crollata. Continui con i suoi studi!»</w:t>
      </w:r>
    </w:p>
    <w:p>
      <w:r>
        <w:t>Valore documentale: forte per la dichiarazione di ricezione/comportamento e per l’esito riferito dell’abitazione; DA VERIFICARE per localizzazione, danno tramite fonte indipendente e controfattuale individuale.</w:t>
      </w:r>
    </w:p>
    <w:p>
      <w:pPr>
        <w:jc w:val="center"/>
      </w:pPr>
      <w:r>
        <w:drawing>
          <wp:inline xmlns:a="http://schemas.openxmlformats.org/drawingml/2006/main" xmlns:pic="http://schemas.openxmlformats.org/drawingml/2006/picture">
            <wp:extent cx="3657600" cy="6505651"/>
            <wp:docPr id="4" name="Picture 4"/>
            <wp:cNvGraphicFramePr>
              <a:graphicFrameLocks noChangeAspect="1"/>
            </wp:cNvGraphicFramePr>
            <a:graphic>
              <a:graphicData uri="http://schemas.openxmlformats.org/drawingml/2006/picture">
                <pic:pic>
                  <pic:nvPicPr>
                    <pic:cNvPr id="0" name="eqf-2016-testimonianza-casa-crollata.png"/>
                    <pic:cNvPicPr/>
                  </pic:nvPicPr>
                  <pic:blipFill>
                    <a:blip r:embed="rId35"/>
                    <a:stretch>
                      <a:fillRect/>
                    </a:stretch>
                  </pic:blipFill>
                  <pic:spPr>
                    <a:xfrm>
                      <a:off x="0" y="0"/>
                      <a:ext cx="3657600" cy="6505651"/>
                    </a:xfrm>
                    <a:prstGeom prst="rect"/>
                  </pic:spPr>
                </pic:pic>
              </a:graphicData>
            </a:graphic>
          </wp:inline>
        </w:drawing>
      </w:r>
    </w:p>
    <w:p>
      <w:pPr>
        <w:jc w:val="center"/>
      </w:pPr>
      <w:r>
        <w:rPr>
          <w:i/>
          <w:sz w:val="16"/>
        </w:rPr>
        <w:t>Riscontro visuale associato a T-EX1. I dati identificativi non necessari alla ricostruzione non vengono ulteriormente esposti.</w:t>
      </w:r>
    </w:p>
    <w:p>
      <w:r>
        <w:rPr>
          <w:b/>
          <w:color w:val="07304D"/>
        </w:rPr>
        <w:t>C0003 · Artemisia Alti</w:t>
      </w:r>
      <w:r>
        <w:rPr>
          <w:i/>
        </w:rPr>
        <w:t xml:space="preserve"> [RETROSPETTIVO / 2026; Retrospettiva 2026: dormire in macchina; riga 140]</w:t>
      </w:r>
    </w:p>
    <w:p>
      <w:pPr>
        <w:spacing w:after="100"/>
        <w:ind w:left="227"/>
      </w:pPr>
      <w:r>
        <w:t>Ho dormito in macchina sia nel 2009, che nel 2026, nel teramano. Ora che faccia ciò che vuole, resto a casa!</w:t>
      </w:r>
    </w:p>
    <w:p>
      <w:r>
        <w:t>Riscontro visuale specifico: non disponibile tra gli screenshot forniti; il testo resta conservato nel file raw con la riga sorgente indicata.</w:t>
      </w:r>
    </w:p>
    <w:p>
      <w:r>
        <w:rPr>
          <w:b/>
          <w:color w:val="07304D"/>
        </w:rPr>
        <w:t>C0012 · Dori Sagi</w:t>
      </w:r>
      <w:r>
        <w:rPr>
          <w:i/>
        </w:rPr>
        <w:t xml:space="preserve"> [RETROSPETTIVO / 2026; Retrospettiva 2026: dormire in macchina; riga 256]</w:t>
      </w:r>
    </w:p>
    <w:p>
      <w:pPr>
        <w:spacing w:after="100"/>
        <w:ind w:left="227"/>
      </w:pPr>
      <w:r>
        <w:t>Grazie a te ero preparata...pronta x scappare</w:t>
      </w:r>
    </w:p>
    <w:p>
      <w:r>
        <w:t>Riscontro visuale: disponibile nella raccolta di testimonianze riprodotta nel primo libro (Figura 8; Dori Sagi).</w:t>
      </w:r>
    </w:p>
    <w:p>
      <w:r>
        <w:rPr>
          <w:b/>
          <w:color w:val="07304D"/>
        </w:rPr>
        <w:t>C0050 · Alessandra Felici</w:t>
      </w:r>
      <w:r>
        <w:rPr>
          <w:i/>
        </w:rPr>
        <w:t xml:space="preserve"> [RETROSPETTIVO / DATA RIPUBBLICAZIONE DA VERIFICARE; Amarcord 19 ottobre 2016 / dialogo vigile del fuoco; riga 853]</w:t>
      </w:r>
    </w:p>
    <w:p>
      <w:pPr>
        <w:spacing w:after="100"/>
        <w:ind w:left="227"/>
      </w:pPr>
      <w:r>
        <w:t>Grazie noi abbiamo parlato con lei al telefono e ci ha salvato grazie mille</w:t>
      </w:r>
    </w:p>
    <w:p>
      <w:r>
        <w:t>Riscontro visuale specifico: non disponibile tra gli screenshot forniti; il testo resta conservato nel file raw con la riga sorgente indicata.</w:t>
      </w:r>
    </w:p>
    <w:p>
      <w:r>
        <w:rPr>
          <w:b/>
          <w:color w:val="07304D"/>
        </w:rPr>
        <w:t>C0051 · Rita De Giglio</w:t>
      </w:r>
      <w:r>
        <w:rPr>
          <w:i/>
        </w:rPr>
        <w:t xml:space="preserve"> [RETROSPETTIVO / DATA RIPUBBLICAZIONE DA VERIFICARE; Amarcord 19 ottobre 2016 / dialogo vigile del fuoco; riga 864]</w:t>
      </w:r>
    </w:p>
    <w:p>
      <w:pPr>
        <w:spacing w:after="100"/>
        <w:ind w:left="227"/>
      </w:pPr>
      <w:r>
        <w:t>Fantastico! La precisione.... Ricordo che in quei giorni ho preso tre giorni di ferie x stare con mia mamma anziana</w:t>
      </w:r>
    </w:p>
    <w:p>
      <w:r>
        <w:t>Riscontro visuale specifico: non disponibile tra gli screenshot forniti; il testo resta conservato nel file raw con la riga sorgente indicata.</w:t>
      </w:r>
    </w:p>
    <w:p>
      <w:r>
        <w:rPr>
          <w:b/>
          <w:color w:val="07304D"/>
        </w:rPr>
        <w:t>C0063 · Ludmila Felici</w:t>
      </w:r>
      <w:r>
        <w:rPr>
          <w:i/>
        </w:rPr>
        <w:t xml:space="preserve"> [RETROSPETTIVO / DATA RIPUBBLICAZIONE DA VERIFICARE; Amarcord 19 ottobre 2016 / dialogo vigile del fuoco; riga 989]</w:t>
      </w:r>
    </w:p>
    <w:p>
      <w:pPr>
        <w:spacing w:after="100"/>
        <w:ind w:left="227"/>
      </w:pPr>
      <w:r>
        <w:t>Noi abbiamo tenuto conto delle sue previsioni Stefano ..e ci siamo salvati!!!</w:t>
      </w:r>
    </w:p>
    <w:p>
      <w:r>
        <w:t>Riscontro visuale specifico: non disponibile tra gli screenshot forniti; il testo resta conservato nel file raw con la riga sorgente indicata.</w:t>
      </w:r>
    </w:p>
    <w:p>
      <w:r>
        <w:rPr>
          <w:b/>
          <w:color w:val="07304D"/>
        </w:rPr>
        <w:t>C0074 · Cristina Federici</w:t>
      </w:r>
      <w:r>
        <w:rPr>
          <w:i/>
        </w:rPr>
        <w:t xml:space="preserve"> [RETROSPETTIVO / DATA RIPUBBLICAZIONE DA VERIFICARE; Amarcord 19 ottobre 2016 / dialogo vigile del fuoco; riga 1109]</w:t>
      </w:r>
    </w:p>
    <w:p>
      <w:pPr>
        <w:spacing w:after="100"/>
        <w:ind w:left="227"/>
      </w:pPr>
      <w:r>
        <w:t>Ti ringraziamo tutti di averci salvato la vita xche' anche chi era scettico dal 26 ottobre eravamo tutti in macchina o luoghi di fortuna a dormire....grazie mille Stefano!!!!</w:t>
      </w:r>
    </w:p>
    <w:p>
      <w:r>
        <w:t>Riscontro visuale: disponibile nello screenshot pubblico dei commenti successivi alle scosse (Cristina Federici).</w:t>
      </w:r>
    </w:p>
    <w:p>
      <w:pPr>
        <w:jc w:val="center"/>
      </w:pPr>
      <w:r>
        <w:drawing>
          <wp:inline xmlns:a="http://schemas.openxmlformats.org/drawingml/2006/main" xmlns:pic="http://schemas.openxmlformats.org/drawingml/2006/picture">
            <wp:extent cx="3840480" cy="6830934"/>
            <wp:docPr id="5" name="Picture 5"/>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840480" cy="6830934"/>
                    </a:xfrm>
                    <a:prstGeom prst="rect"/>
                  </pic:spPr>
                </pic:pic>
              </a:graphicData>
            </a:graphic>
          </wp:inline>
        </w:drawing>
      </w:r>
    </w:p>
    <w:p>
      <w:pPr>
        <w:jc w:val="center"/>
      </w:pPr>
      <w:r>
        <w:rPr>
          <w:i/>
          <w:sz w:val="16"/>
        </w:rPr>
        <w:t>Riscontro visuale associato a C0074.</w:t>
      </w:r>
    </w:p>
    <w:p>
      <w:r>
        <w:rPr>
          <w:b/>
          <w:color w:val="07304D"/>
        </w:rPr>
        <w:t>C0101 · Gaetano Di Filippo</w:t>
      </w:r>
      <w:r>
        <w:rPr>
          <w:i/>
        </w:rPr>
        <w:t xml:space="preserve"> [CONTEMPORANEO / 2016; Bollettino 18 ottobre 2016; riga 1596]</w:t>
      </w:r>
    </w:p>
    <w:p>
      <w:pPr>
        <w:spacing w:after="100"/>
        <w:ind w:left="227"/>
      </w:pPr>
      <w:r>
        <w:t>...credo che quella notte dormiró fuori cn la mia famiglia,perché fin ora questo studio si é rivelato molto efficiente...ottimo lavoro,continuate cosí!Se accadrá cio che avete previsto vi spetta il Nobel!</w:t>
      </w:r>
    </w:p>
    <w:p>
      <w:r>
        <w:t>Riscontro visuale specifico: non disponibile tra gli screenshot forniti; il testo resta conservato nel file raw con la riga sorgente indicata.</w:t>
      </w:r>
    </w:p>
    <w:p>
      <w:r>
        <w:rPr>
          <w:b/>
          <w:color w:val="07304D"/>
        </w:rPr>
        <w:t>C0204 · Davide Tassotto</w:t>
      </w:r>
      <w:r>
        <w:rPr>
          <w:i/>
        </w:rPr>
        <w:t xml:space="preserve"> [CONTEMPORANEO / 2016; Post 27 ottobre 2016 e commenti; riga 3348]</w:t>
      </w:r>
    </w:p>
    <w:p>
      <w:pPr>
        <w:spacing w:after="100"/>
        <w:ind w:left="227"/>
      </w:pPr>
      <w:r>
        <w:t>Se puo aiutare DOPO Amatrice il sig.Calandra mi ha consigliato di scaricare un app per android " solar walk 2 free" per vedere anche per i piu inesperti almeno l allineamento dei pianeti che in ogni grande terremoto si evidenziano.... e anche io da inesperto con curiosita ho notato la sfilza di pianeti in questo periodo in linea con la Terra... Qui parlano di nuove faglie... ok ci sono nn si nega...ma per me (inesperto) vengono attivate dall allineamento dei pianeti!</w:t>
      </w:r>
    </w:p>
    <w:p>
      <w:r>
        <w:t>Riscontro visuale specifico: non disponibile tra gli screenshot forniti; il testo resta conservato nel file raw con la riga sorgente indicata.</w:t>
      </w:r>
    </w:p>
    <w:p>
      <w:r>
        <w:rPr>
          <w:b/>
          <w:color w:val="07304D"/>
        </w:rPr>
        <w:t>C0234 · Alessandra Mazzon</w:t>
      </w:r>
      <w:r>
        <w:rPr>
          <w:i/>
        </w:rPr>
        <w:t xml:space="preserve"> [CONTEMPORANEO / 2016; Post 27 ottobre 2016 e commenti; riga 3712]</w:t>
      </w:r>
    </w:p>
    <w:p>
      <w:pPr>
        <w:spacing w:after="100"/>
        <w:ind w:left="227"/>
      </w:pPr>
      <w:r>
        <w:t>Io sono andata via di casa sono venuta al mare da mia madre qui ringraziando il signore nn abbiamo sentito nulla mentre dove abito io si... C'è veramente molta paura.. Speriamo finisca presto questo incubo..</w:t>
      </w:r>
    </w:p>
    <w:p>
      <w:r>
        <w:t>Riscontro visuale specifico: non disponibile tra gli screenshot forniti; il testo resta conservato nel file raw con la riga sorgente indicata.</w:t>
      </w:r>
    </w:p>
    <w:p>
      <w:r>
        <w:rPr>
          <w:b/>
          <w:color w:val="07304D"/>
        </w:rPr>
        <w:t>C0288 · Pina Broccolini</w:t>
      </w:r>
      <w:r>
        <w:rPr>
          <w:i/>
        </w:rPr>
        <w:t xml:space="preserve"> [CONTEMPORANEO / 2016; Bollettino 26 ottobre 2016 e commenti; riga 4573]</w:t>
      </w:r>
    </w:p>
    <w:p>
      <w:pPr>
        <w:spacing w:after="100"/>
        <w:ind w:left="227"/>
      </w:pPr>
      <w:r>
        <w:t>Ascoli4.2 stamattina...aq 3.7 se nn erro.....dormo in auto....ma si si sente e fa paura</w:t>
      </w:r>
    </w:p>
    <w:p>
      <w:r>
        <w:t>Riscontro visuale specifico: non disponibile tra gli screenshot forniti; il testo resta conservato nel file raw con la riga sorgente indicata.</w:t>
      </w:r>
    </w:p>
    <w:p>
      <w:r>
        <w:rPr>
          <w:b/>
          <w:color w:val="07304D"/>
        </w:rPr>
        <w:t>C0343 · Ira Fu</w:t>
      </w:r>
      <w:r>
        <w:rPr>
          <w:i/>
        </w:rPr>
        <w:t xml:space="preserve"> [CONTEMPORANEO / 2016; Bollettino 26 ottobre 2016 e commenti; riga 5191]</w:t>
      </w:r>
    </w:p>
    <w:p>
      <w:pPr>
        <w:spacing w:after="100"/>
        <w:ind w:left="227"/>
      </w:pPr>
      <w:r>
        <w:t>Ci siamo mossi tutti !!!</w:t>
      </w:r>
    </w:p>
    <w:p>
      <w:r>
        <w:t>Riscontro visuale specifico: non disponibile tra gli screenshot forniti; il testo resta conservato nel file raw con la riga sorgente indicata.</w:t>
      </w:r>
    </w:p>
    <w:p>
      <w:r>
        <w:t>Nota: la presenza in questo registro non dimostra un nesso causale fra avviso e salvezza. Identifica casi prioritari per l’audit controfattuale individuale.</w:t>
      </w:r>
    </w:p>
    <w:p>
      <w:pPr>
        <w:pStyle w:val="Heading1"/>
      </w:pPr>
      <w:r>
        <w:t>10. Critiche contemporanee e lezioni per il metodo</w:t>
      </w:r>
    </w:p>
    <w:p>
      <w:r>
        <w:rPr>
          <w:b/>
          <w:color w:val="7D2D32"/>
        </w:rPr>
        <w:t>C0004 · Remo Mori</w:t>
      </w:r>
      <w:r>
        <w:rPr>
          <w:i/>
        </w:rPr>
        <w:t xml:space="preserve"> [RETROSPETTIVO / 2026; Retrospettiva 2026: dormire in macchina; riga 153]</w:t>
      </w:r>
    </w:p>
    <w:p>
      <w:pPr>
        <w:spacing w:after="100"/>
        <w:ind w:left="227"/>
      </w:pPr>
      <w:r>
        <w:t>Io adesso la scarico...ma sappi che sei ad un soffio dal piu grande vaffanculo mai ricevuto...vediamo come va....</w:t>
      </w:r>
    </w:p>
    <w:p>
      <w:r>
        <w:rPr>
          <w:b/>
          <w:color w:val="7D2D32"/>
        </w:rPr>
        <w:t>C0010 · Paolo de Angelis</w:t>
      </w:r>
      <w:r>
        <w:rPr>
          <w:i/>
        </w:rPr>
        <w:t xml:space="preserve"> [RETROSPETTIVO / 2026; Retrospettiva 2026: dormire in macchina; riga 232]</w:t>
      </w:r>
    </w:p>
    <w:p>
      <w:pPr>
        <w:spacing w:after="100"/>
        <w:ind w:left="227"/>
      </w:pPr>
      <w:r>
        <w:t>IO prevedo con certezza, che entro 24 h ci sarà un terremoto di almeno M6. Controllate pure sil sito dell'INGV nei giorni a venire, ma sappiate che io sono un grande scienziato e prevedo i terremoti seguendo il dolore dei miei calli..... o forse prevedo il maltempo con i calli? Boh! comunque ci azzecco sempre</w:t>
      </w:r>
    </w:p>
    <w:p>
      <w:r>
        <w:rPr>
          <w:b/>
          <w:color w:val="7D2D32"/>
        </w:rPr>
        <w:t>C0021 · Stefano Pux</w:t>
      </w:r>
      <w:r>
        <w:rPr>
          <w:i/>
        </w:rPr>
        <w:t xml:space="preserve"> [RETROSPETTIVO / 2026; Retrospettiva 2026: dormire in macchina; riga 371]</w:t>
      </w:r>
    </w:p>
    <w:p>
      <w:pPr>
        <w:spacing w:after="100"/>
        <w:ind w:left="227"/>
      </w:pPr>
      <w:r>
        <w:t>Mi sembra sia diventato un estrazione al lotto, non ci sono piu certezze... si tira a dire... tanto per la legge dei grandi numeri un terremoto ogni tanto viene.. prima era piu scrupolosa benché la percentuale di azzecco era bassa</w:t>
      </w:r>
    </w:p>
    <w:p>
      <w:r>
        <w:rPr>
          <w:b/>
          <w:color w:val="7D2D32"/>
        </w:rPr>
        <w:t>C0093 · Mauro Mindoli</w:t>
      </w:r>
      <w:r>
        <w:rPr>
          <w:i/>
        </w:rPr>
        <w:t xml:space="preserve"> [CONTEMPORANEO / 2016; Bollettino 18 ottobre 2016; riga 1499]</w:t>
      </w:r>
    </w:p>
    <w:p>
      <w:pPr>
        <w:spacing w:after="100"/>
        <w:ind w:left="227"/>
      </w:pPr>
      <w:r>
        <w:t>Questa sarà dunque la prova del 9 di questa teoria. Se, come spero, si tratterà di un falso positivo e quindi non succederà nulla, vorrà dire che siamo ancora in una fase acerba di questa teoria che non è ancora in grado di dare previsioni per grossi sismi. Come è già stato scritto, anche nel recente passato ci sono stati allineamenti di pianeti senza conseguenze. Se invece proprio tra il 27 ottobre e il 28 ottobre si verificherà un grosso sisma ( a questo punto parliamo di magnitudo superiore a 6) allora questa teoria meriterà di essere presa in considerazione dalla comunità scientifica. Io ho ancora forti dubbi per eventuali falsi positivi che già in passato hanno creato allarmi poi sgonfiatisi. Vedremo.</w:t>
      </w:r>
    </w:p>
    <w:p>
      <w:r>
        <w:rPr>
          <w:b/>
          <w:color w:val="7D2D32"/>
        </w:rPr>
        <w:t>C0123 · Loredana Fioravanti</w:t>
      </w:r>
      <w:r>
        <w:rPr>
          <w:i/>
        </w:rPr>
        <w:t xml:space="preserve"> [CONTEMPORANEO / 2016; Bollettino 18 ottobre 2016; riga 1845]</w:t>
      </w:r>
    </w:p>
    <w:p>
      <w:pPr>
        <w:spacing w:after="100"/>
        <w:ind w:left="227"/>
      </w:pPr>
      <w:r>
        <w:t>Mi auguro che non succeda niente per carità......se succede sei da Oscar se non da galera!!</w:t>
      </w:r>
    </w:p>
    <w:p>
      <w:r>
        <w:rPr>
          <w:b/>
          <w:color w:val="7D2D32"/>
        </w:rPr>
        <w:t>C0137 · William Pacetti</w:t>
      </w:r>
      <w:r>
        <w:rPr>
          <w:i/>
        </w:rPr>
        <w:t xml:space="preserve"> [RETROSPETTIVO / DATA RIPUBBLICAZIONE DA VERIFICARE; Ripercorriamo: post del 18 ottobre; riga 2217]</w:t>
      </w:r>
    </w:p>
    <w:p>
      <w:pPr>
        <w:spacing w:after="100"/>
        <w:ind w:left="227"/>
      </w:pPr>
      <w:r>
        <w:t>I PIANETI NON C ENTRANO NULLA CON I TERREMOTI IN ITALIA (o meglio danno solo un piccolo sbalzo al magnitudo di 0.3) IL PROBLEMA DELL ITALIA E' L ENERGIA CHE DAL SUD EST EUROPEO IRAN E PAESI DELL EST EUROPEO EMANANO A OVEST CIOE' DA NOI. SE LI VEDETE UN TERREMOTO DOPO 6/16 ORE LO ABBIAMO IN ITALIA. QUESTA E' UN ALTRA TEORIA NULLA A CHE FARE CON I PIANETI CHE NN SALVANO VITE ANZI...PIU CONTINUATE A GUARDARE SU E PIU INCIAMPERETE MENTRE CAMMINATE. IL TUTTO NASCE DAL PACIFICO, DOPO GIORNI LA PRESSIONE ATTACCA L ASIA PER ANDAR POI IN TURCHIA GRECIA IRAN E PAESI DELL EST EUROPEO. DA QUI IN ITALIA. QUESTA E' SCIENZA NO FANTASCIENZA E CON I PIANETI TU NN SALVI VITE ANZI, DAI CATTIVA INFORMAZIONE</w:t>
      </w:r>
    </w:p>
    <w:p>
      <w:r>
        <w:rPr>
          <w:b/>
          <w:color w:val="7D2D32"/>
        </w:rPr>
        <w:t>C0167 · Donato Nunzi</w:t>
      </w:r>
      <w:r>
        <w:rPr>
          <w:i/>
        </w:rPr>
        <w:t xml:space="preserve"> [CONTEMPORANEO / 2016; Post 27 ottobre 2016 e commenti; riga 2888]</w:t>
      </w:r>
    </w:p>
    <w:p>
      <w:pPr>
        <w:spacing w:after="100"/>
        <w:ind w:left="227"/>
      </w:pPr>
      <w:r>
        <w:t>Wikipedia: Giove Velocità orbitale 13,056 km/s (media) Luna: Velocità orbitale 1 022 m/s[1] (media) Marte Velocità orbitale 24,077 km/s (media) Sole: Velocità orbitale 217 km/s (media) come fanno ad allinearsi se (secondo wikipedia) hanno orbite e velocità astronomiche diverse!? Due oggetti che viaggiano a velocità diverse ma altissime nel caso si allineassero, l'allineamento nonostante la distanza tra i due pianeti sarebbe riscontrabile in qualche centomillessimo di secondo. In quel centomillessimo di secondo la presunta forza gravitazionale (?), fa vibrare prima i sibillini (ora l'area mediterranea) a magnitudo 6? ...solo per capire, altrimenti sono favolette!</w:t>
      </w:r>
    </w:p>
    <w:p>
      <w:r>
        <w:rPr>
          <w:b/>
          <w:color w:val="7D2D32"/>
        </w:rPr>
        <w:t>C0173 · Francesco Fontana</w:t>
      </w:r>
      <w:r>
        <w:rPr>
          <w:i/>
        </w:rPr>
        <w:t xml:space="preserve"> [CONTEMPORANEO / 2016; Post 27 ottobre 2016 e commenti; riga 2977]</w:t>
      </w:r>
    </w:p>
    <w:p>
      <w:pPr>
        <w:spacing w:after="100"/>
        <w:ind w:left="227"/>
      </w:pPr>
      <w:r>
        <w:t>Ma che cosa c'entra i pianeti.... È una barzelletta</w:t>
      </w:r>
    </w:p>
    <w:p>
      <w:r>
        <w:rPr>
          <w:b/>
          <w:color w:val="7D2D32"/>
        </w:rPr>
        <w:t>C0174 · William Pacetti</w:t>
      </w:r>
      <w:r>
        <w:rPr>
          <w:i/>
        </w:rPr>
        <w:t xml:space="preserve"> [CONTEMPORANEO / 2016; Post 27 ottobre 2016 e commenti; riga 2989]</w:t>
      </w:r>
    </w:p>
    <w:p>
      <w:pPr>
        <w:spacing w:after="100"/>
        <w:ind w:left="227"/>
      </w:pPr>
      <w:r>
        <w:t>I PIANETI NON C ENTRANO NULLA CON I TERREMOTI IN ITALIA (o meglio danno solo un piccolo sbalzo al magnitudo di 0.3) IL PROBLEMA DELL ITALIA E' L ENERGIA CHE DAL SUD EST EUROPEO IRAN E PAESI DELL EST EUROPEO EMANANO A OVEST CIOE' DA NOI. SE LI VEDETE UN TERREMOTO DOPO 6/16 ORE LO ABBIAMO IN ITALIA. QUESTA E' UN ALTRA TEORIA NULLA A CHE FARE CON I PIANETI CHE NN SALVANO VITE ANZI...PIU CONTINUATE A GUARDARE SU E PIU INCIAMPERETE MENTRE CAMMINATE. IL TUTTO NASCE DAL PACIFICO, DOPO GIORNI LA PRESSIONE ATTACCA L ASIA PER ANDAR POI IN TURCHIA GRECIA IRAN E PAESI DELL EST EUROPEO. DA QUI IN ITALIA. QUESTA E' SCIENZA NO FANTASCIENZA E CON I PIANETI TU NN SALVI VITE ANZI, DAI CATTIVA INFORMAZIONE</w:t>
      </w:r>
    </w:p>
    <w:p>
      <w:r>
        <w:rPr>
          <w:b/>
          <w:color w:val="7D2D32"/>
        </w:rPr>
        <w:t>C0181 · Tiziana Peruzzi</w:t>
      </w:r>
      <w:r>
        <w:rPr>
          <w:i/>
        </w:rPr>
        <w:t xml:space="preserve"> [CONTEMPORANEO / 2016; Post 27 ottobre 2016 e commenti; riga 3072]</w:t>
      </w:r>
    </w:p>
    <w:p>
      <w:pPr>
        <w:spacing w:after="100"/>
        <w:ind w:left="227"/>
      </w:pPr>
      <w:r>
        <w:t>se sono cazzate allora perché perdere tempo a seguire e a commentare la teoria delle minchiate?</w:t>
      </w:r>
    </w:p>
    <w:p>
      <w:r>
        <w:rPr>
          <w:b/>
          <w:color w:val="7D2D32"/>
        </w:rPr>
        <w:t>C0202 · Stefania Di Pasquale</w:t>
      </w:r>
      <w:r>
        <w:rPr>
          <w:i/>
        </w:rPr>
        <w:t xml:space="preserve"> [CONTEMPORANEO / 2016; Post 27 ottobre 2016 e commenti; riga 3324]</w:t>
      </w:r>
    </w:p>
    <w:p>
      <w:pPr>
        <w:spacing w:after="100"/>
        <w:ind w:left="227"/>
      </w:pPr>
      <w:r>
        <w:t>Il problema é che dopo quello che è successo ieri, ancora la gente non ci crede. E da a voi dei Ciarlatani. Assurdo! Mettono in discussione anche la scienza. Che popolo di capre che siamo!! Nemmeno davanti all'evidenza la gente crede.</w:t>
      </w:r>
    </w:p>
    <w:p>
      <w:r>
        <w:rPr>
          <w:b/>
          <w:color w:val="7D2D32"/>
        </w:rPr>
        <w:t>C0230 · Plinio Vecchio</w:t>
      </w:r>
      <w:r>
        <w:rPr>
          <w:i/>
        </w:rPr>
        <w:t xml:space="preserve"> [CONTEMPORANEO / 2016; Post 27 ottobre 2016 e commenti; riga 3660]</w:t>
      </w:r>
    </w:p>
    <w:p>
      <w:pPr>
        <w:spacing w:after="100"/>
        <w:ind w:left="227"/>
      </w:pPr>
      <w:r>
        <w:t>Si Annalisa Gulino ma capisci anche che dicendo 11.30 17.30 23.30 e considerando un'ora e mezza prima e dopo si copre praticamente l'80% della giornata..e dopo un evento sismico come quello di ieri è facile che nelle 48ore successive possa fare qualcosa tra 4.5 e 5.5 per esempio..poi se addirittura consideriamo tutta l'area del mediterraneo e consideriamo anche un 4.2 non si puo sbagliare. resto affascinato e curioso..ma anche scettico in quanto ho l'impressione che i pianeti si allineino in italia in qualche modo ogni 2/3 mesi ma mica fa sempre il terremoto come ha detto lo stesso stefano..è la prima volta ci azzeccano</w:t>
      </w:r>
    </w:p>
    <w:p>
      <w:r>
        <w:rPr>
          <w:b/>
          <w:color w:val="7D2D32"/>
        </w:rPr>
        <w:t>C0265 · Plinio Vecchio</w:t>
      </w:r>
      <w:r>
        <w:rPr>
          <w:i/>
        </w:rPr>
        <w:t xml:space="preserve"> [CONTEMPORANEO / 2016; Post 27 ottobre 2016 e commenti; riga 4112]</w:t>
      </w:r>
    </w:p>
    <w:p>
      <w:pPr>
        <w:spacing w:after="100"/>
        <w:ind w:left="227"/>
      </w:pPr>
      <w:r>
        <w:t>Sono curioso ma anche scettico..nel senso che anche a gennaio 2016 e i primi giorni di agosto ci furono allineamenti visibili in Italia ma nessun terremoto..come mai?</w:t>
      </w:r>
    </w:p>
    <w:p>
      <w:r>
        <w:rPr>
          <w:b/>
          <w:color w:val="7D2D32"/>
        </w:rPr>
        <w:t>C0269 · Anna Guarino</w:t>
      </w:r>
      <w:r>
        <w:rPr>
          <w:i/>
        </w:rPr>
        <w:t xml:space="preserve"> [CONTEMPORANEO / 2016; Post 27 ottobre 2016 e commenti; riga 4158]</w:t>
      </w:r>
    </w:p>
    <w:p>
      <w:pPr>
        <w:spacing w:after="100"/>
        <w:ind w:left="227"/>
      </w:pPr>
      <w:r>
        <w:t>ma se condividiamo, non cè rischio che blocchino tutto x procurato allarme?</w:t>
      </w:r>
    </w:p>
    <w:p>
      <w:r>
        <w:rPr>
          <w:b/>
          <w:color w:val="7D2D32"/>
        </w:rPr>
        <w:t>C0291 · Gianluca Gubinelli</w:t>
      </w:r>
      <w:r>
        <w:rPr>
          <w:i/>
        </w:rPr>
        <w:t xml:space="preserve"> [CONTEMPORANEO / 2016; Bollettino 26 ottobre 2016 e commenti; riga 4605]</w:t>
      </w:r>
    </w:p>
    <w:p>
      <w:pPr>
        <w:spacing w:after="100"/>
        <w:ind w:left="227"/>
      </w:pPr>
      <w:r>
        <w:t>Gente come calandra andrebbe denunciata...</w:t>
      </w:r>
    </w:p>
    <w:p>
      <w:r>
        <w:rPr>
          <w:b/>
          <w:color w:val="7D2D32"/>
        </w:rPr>
        <w:t>C0292 · Filippo Cerasi</w:t>
      </w:r>
      <w:r>
        <w:rPr>
          <w:i/>
        </w:rPr>
        <w:t xml:space="preserve"> [CONTEMPORANEO / 2016; Bollettino 26 ottobre 2016 e commenti; riga 4616]</w:t>
      </w:r>
    </w:p>
    <w:p>
      <w:pPr>
        <w:spacing w:after="100"/>
        <w:ind w:left="227"/>
      </w:pPr>
      <w:r>
        <w:t>vorrei fare 3 osservazioni a Stefano Calandra: 1. se io sottraggo al 70%, che è la capacità di previsione del suo modello, il 20%...ottengo il 50%, ovvero lanciare una monetina...se io invece aggiungo il 20%, ottengo il 90%, ovvero uno strumento "quasi" perfetto...ecco, il suo metodo è tra una previsione quasi perfetta e un lancio di monetina...2. se lei afferma che non si può ne prevedere il luogo esatto, ne l'orario, mi spiega l'utilità di questo strumento? Non si può evacuare ovviamente un'area vasta quanto il Mediterraneo. 3. mi può spiegare la base della sua teoria, ovvero IN CHE MODO l'allineamento dei pianeti amplificherebbe la forza attrattiva che subisce il nostro pianeta...perchè non ho mai letto ne sentito nulla del genere...perchè se fosse vero, le maree dovrebbero essere PIù POTENTI se c'è un allineamento...cosa che non avviene...o mi sbaglio??</w:t>
      </w:r>
    </w:p>
    <w:p>
      <w:r>
        <w:rPr>
          <w:b/>
          <w:color w:val="7D2D32"/>
        </w:rPr>
        <w:t>C0349 · Maria Elena Rosati</w:t>
      </w:r>
      <w:r>
        <w:rPr>
          <w:i/>
        </w:rPr>
        <w:t xml:space="preserve"> [CONTEMPORANEO / 2016; Bollettino 26 ottobre 2016 e commenti; riga 5257]</w:t>
      </w:r>
    </w:p>
    <w:p>
      <w:pPr>
        <w:spacing w:after="100"/>
        <w:ind w:left="227"/>
      </w:pPr>
      <w:r>
        <w:t>Anche io seguo questa pagina sin dall'inizio.Sono giunta alla conclusione che,anche se ringrazio molto Calandra e il suo collega x il lavoro svolto,penso che forse era il caso di confermare la teoria al 100% prima di divulgare pubblicamente.Perche' la frase " meglio un falso allarme che una strage" in questo caso non regge.L'italia,soprattutto il centro (me compresa) e' gia' molto provata e psicologicamente poco lucida,tanto da modificare il proprio stile di vita in base ad ogni vostra singola parola.Se non vi e' certezza,che si deve fare???Smettere di lavorare?Non mandare i figli a scuola asilo ecc??Dobbiamo vivere quindi con l'ansia di un " forse passa un terremoto che ci butta giu' la casa,ufficio scuola?? Capite da soli che NON si puo' vivere cosi'...Allora forse e' meglio rischiare e non sapere?Da un certo punto di vista,SI. Non si puo' vivere cosi'...Nell'attesa di un probabile sisma,PROBABILE,forse tocca a me forse no.Divulgare una teoria ancora non riconosciuta a mio avviso fa piu' male di un non sapere. La vita deve andare avanti perche' oggi e' oggi.Accertiamoci di vivere in abitazioni sane e viviamo. Signor Calandra,so che voi lo fate x il bene di tutti,ma mi creda secondo me lei sta " rovinando" la quotidianeita' degli italiani. Sta modificando i gesti semplici,la serenita' di tutti.Sembra brutto detto cosi' ma e' la pura verita'. Sto tenendo mio figlio dentro una bolla da giorni...Per cosa??Per un forse terremoto? Riflettete tutti su questo.</w:t>
      </w:r>
    </w:p>
    <w:p>
      <w:r>
        <w:t>Queste critiche sono conservate perché anticipano problemi metodologici oggi centrali: falsi positivi, denominatori, ampiezza delle finestre, utilità geografica, plausibilità fisica e impatto psicologico della comunicazione.</w:t>
      </w:r>
    </w:p>
    <w:p>
      <w:pPr>
        <w:pStyle w:val="Heading1"/>
      </w:pPr>
      <w:r>
        <w:t>11. Scheda di analisi degli aspetti previsivi, del feedback sociale e del possibile contributo protettivo</w:t>
      </w:r>
    </w:p>
    <w:p>
      <w:r>
        <w:t>Nota v0.5: la nuova “Figura 0” in apertura sintetizza la risposta comportamentale delle 11 testimonianze prioritarie. La sua metrica è documentale e non sostituisce l’IDPP, il feedback sociale sugli autori unici o l’analisi controfattuale.</w:t>
      </w:r>
    </w:p>
    <w:p>
      <w:r>
        <w:t>Scopo: produrre indicatori trasparenti sul corpus documentale senza trasformarli in probabilità scientifiche di previsione o in conteggi di vite salvate. I punteggi sono ordinali e descrittivi; servono a esplicitare punti forti, limiti e verifiche mancanti.</w:t>
      </w:r>
    </w:p>
    <w:p>
      <w:pPr>
        <w:pStyle w:val="Heading2"/>
      </w:pPr>
      <w:r>
        <w:t>11.1 Profilo documentale degli aspetti previsivi</w:t>
      </w:r>
    </w:p>
    <w:tbl>
      <w:tblPr>
        <w:tblW w:type="auto" w:w="0"/>
        <w:jc w:val="center"/>
        <w:tblLook w:firstColumn="1" w:firstRow="1" w:lastColumn="0" w:lastRow="0" w:noHBand="0" w:noVBand="1" w:val="04A0"/>
      </w:tblPr>
      <w:tblGrid>
        <w:gridCol w:w="2521"/>
        <w:gridCol w:w="2521"/>
        <w:gridCol w:w="2521"/>
        <w:gridCol w:w="2521"/>
      </w:tblGrid>
      <w:tr>
        <w:tc>
          <w:tcPr>
            <w:tcW w:type="dxa" w:w="2521"/>
            <w:vAlign w:val="top"/>
          </w:tcPr>
          <w:p>
            <w:r>
              <w:rPr>
                <w:sz w:val="17"/>
              </w:rPr>
              <w:t>Dimensione</w:t>
            </w:r>
          </w:p>
        </w:tc>
        <w:tc>
          <w:tcPr>
            <w:tcW w:type="dxa" w:w="2521"/>
            <w:vAlign w:val="top"/>
          </w:tcPr>
          <w:p>
            <w:r>
              <w:rPr>
                <w:sz w:val="17"/>
              </w:rPr>
              <w:t>Punteggio</w:t>
            </w:r>
          </w:p>
        </w:tc>
        <w:tc>
          <w:tcPr>
            <w:tcW w:type="dxa" w:w="2521"/>
            <w:vAlign w:val="top"/>
          </w:tcPr>
          <w:p>
            <w:r>
              <w:rPr>
                <w:sz w:val="17"/>
              </w:rPr>
              <w:t>Motivazione</w:t>
            </w:r>
          </w:p>
        </w:tc>
        <w:tc>
          <w:tcPr>
            <w:tcW w:type="dxa" w:w="2521"/>
            <w:vAlign w:val="top"/>
          </w:tcPr>
          <w:p>
            <w:r>
              <w:rPr>
                <w:sz w:val="17"/>
              </w:rPr>
              <w:t>Stato</w:t>
            </w:r>
          </w:p>
        </w:tc>
      </w:tr>
      <w:tr>
        <w:tc>
          <w:tcPr>
            <w:tcW w:type="dxa" w:w="2521"/>
            <w:vAlign w:val="top"/>
          </w:tcPr>
          <w:p>
            <w:r>
              <w:rPr>
                <w:sz w:val="17"/>
              </w:rPr>
              <w:t>Antecedenza documentale</w:t>
            </w:r>
          </w:p>
        </w:tc>
        <w:tc>
          <w:tcPr>
            <w:tcW w:type="dxa" w:w="2521"/>
            <w:vAlign w:val="top"/>
          </w:tcPr>
          <w:p>
            <w:r>
              <w:rPr>
                <w:sz w:val="17"/>
              </w:rPr>
              <w:t>4/4</w:t>
            </w:r>
          </w:p>
        </w:tc>
        <w:tc>
          <w:tcPr>
            <w:tcW w:type="dxa" w:w="2521"/>
            <w:vAlign w:val="top"/>
          </w:tcPr>
          <w:p>
            <w:r>
              <w:rPr>
                <w:sz w:val="17"/>
              </w:rPr>
              <w:t>Più documenti precedono le scosse: 12, 18, 19, 25 e 26 ottobre.</w:t>
            </w:r>
          </w:p>
        </w:tc>
        <w:tc>
          <w:tcPr>
            <w:tcW w:type="dxa" w:w="2521"/>
            <w:vAlign w:val="top"/>
          </w:tcPr>
          <w:p>
            <w:r>
              <w:rPr>
                <w:sz w:val="17"/>
              </w:rPr>
              <w:t>VALIDATO INTERNAMENTE come cronologia documentale</w:t>
            </w:r>
          </w:p>
        </w:tc>
      </w:tr>
      <w:tr>
        <w:tc>
          <w:tcPr>
            <w:tcW w:type="dxa" w:w="2521"/>
            <w:vAlign w:val="top"/>
          </w:tcPr>
          <w:p>
            <w:r>
              <w:rPr>
                <w:sz w:val="17"/>
              </w:rPr>
              <w:t>Specificità temporale</w:t>
            </w:r>
          </w:p>
        </w:tc>
        <w:tc>
          <w:tcPr>
            <w:tcW w:type="dxa" w:w="2521"/>
            <w:vAlign w:val="top"/>
          </w:tcPr>
          <w:p>
            <w:r>
              <w:rPr>
                <w:sz w:val="17"/>
              </w:rPr>
              <w:t>3/4</w:t>
            </w:r>
          </w:p>
        </w:tc>
        <w:tc>
          <w:tcPr>
            <w:tcW w:type="dxa" w:w="2521"/>
            <w:vAlign w:val="top"/>
          </w:tcPr>
          <w:p>
            <w:r>
              <w:rPr>
                <w:sz w:val="17"/>
              </w:rPr>
              <w:t>Da 21/10-10/11 a 24-28/10, poi sera-notte del 26; fuso/timestamp finale da chiudere.</w:t>
            </w:r>
          </w:p>
        </w:tc>
        <w:tc>
          <w:tcPr>
            <w:tcW w:type="dxa" w:w="2521"/>
            <w:vAlign w:val="top"/>
          </w:tcPr>
          <w:p>
            <w:r>
              <w:rPr>
                <w:sz w:val="17"/>
              </w:rPr>
              <w:t>DA VERIFICARE per confronto orario esatto</w:t>
            </w:r>
          </w:p>
        </w:tc>
      </w:tr>
      <w:tr>
        <w:tc>
          <w:tcPr>
            <w:tcW w:type="dxa" w:w="2521"/>
            <w:vAlign w:val="top"/>
          </w:tcPr>
          <w:p>
            <w:r>
              <w:rPr>
                <w:sz w:val="17"/>
              </w:rPr>
              <w:t>Specificità spaziale</w:t>
            </w:r>
          </w:p>
        </w:tc>
        <w:tc>
          <w:tcPr>
            <w:tcW w:type="dxa" w:w="2521"/>
            <w:vAlign w:val="top"/>
          </w:tcPr>
          <w:p>
            <w:r>
              <w:rPr>
                <w:sz w:val="17"/>
              </w:rPr>
              <w:t>1/4</w:t>
            </w:r>
          </w:p>
        </w:tc>
        <w:tc>
          <w:tcPr>
            <w:tcW w:type="dxa" w:w="2521"/>
            <w:vAlign w:val="top"/>
          </w:tcPr>
          <w:p>
            <w:r>
              <w:rPr>
                <w:sz w:val="17"/>
              </w:rPr>
              <w:t>Area pubblica Mediterranea/Italia molto ampia; Norcia compare in dialoghi privati, non come epicentro certo.</w:t>
            </w:r>
          </w:p>
        </w:tc>
        <w:tc>
          <w:tcPr>
            <w:tcW w:type="dxa" w:w="2521"/>
            <w:vAlign w:val="top"/>
          </w:tcPr>
          <w:p>
            <w:r>
              <w:rPr>
                <w:sz w:val="17"/>
              </w:rPr>
              <w:t>BASSA SPECIFICITÀ</w:t>
            </w:r>
          </w:p>
        </w:tc>
      </w:tr>
      <w:tr>
        <w:tc>
          <w:tcPr>
            <w:tcW w:type="dxa" w:w="2521"/>
            <w:vAlign w:val="top"/>
          </w:tcPr>
          <w:p>
            <w:r>
              <w:rPr>
                <w:sz w:val="17"/>
              </w:rPr>
              <w:t>Specificità magnitudo</w:t>
            </w:r>
          </w:p>
        </w:tc>
        <w:tc>
          <w:tcPr>
            <w:tcW w:type="dxa" w:w="2521"/>
            <w:vAlign w:val="top"/>
          </w:tcPr>
          <w:p>
            <w:r>
              <w:rPr>
                <w:sz w:val="17"/>
              </w:rPr>
              <w:t>1/4</w:t>
            </w:r>
          </w:p>
        </w:tc>
        <w:tc>
          <w:tcPr>
            <w:tcW w:type="dxa" w:w="2521"/>
            <w:vAlign w:val="top"/>
          </w:tcPr>
          <w:p>
            <w:r>
              <w:rPr>
                <w:sz w:val="17"/>
              </w:rPr>
              <w:t>“Evento di un certo rilievo”/rischio alto senza una magnitudo numerica finale affidabile.</w:t>
            </w:r>
          </w:p>
        </w:tc>
        <w:tc>
          <w:tcPr>
            <w:tcW w:type="dxa" w:w="2521"/>
            <w:vAlign w:val="top"/>
          </w:tcPr>
          <w:p>
            <w:r>
              <w:rPr>
                <w:sz w:val="17"/>
              </w:rPr>
              <w:t>BASSA SPECIFICITÀ</w:t>
            </w:r>
          </w:p>
        </w:tc>
      </w:tr>
      <w:tr>
        <w:tc>
          <w:tcPr>
            <w:tcW w:type="dxa" w:w="2521"/>
            <w:vAlign w:val="top"/>
          </w:tcPr>
          <w:p>
            <w:r>
              <w:rPr>
                <w:sz w:val="17"/>
              </w:rPr>
              <w:t>Falsificabilità / falsi allarmi</w:t>
            </w:r>
          </w:p>
        </w:tc>
        <w:tc>
          <w:tcPr>
            <w:tcW w:type="dxa" w:w="2521"/>
            <w:vAlign w:val="top"/>
          </w:tcPr>
          <w:p>
            <w:r>
              <w:rPr>
                <w:sz w:val="17"/>
              </w:rPr>
              <w:t>2/4</w:t>
            </w:r>
          </w:p>
        </w:tc>
        <w:tc>
          <w:tcPr>
            <w:tcW w:type="dxa" w:w="2521"/>
            <w:vAlign w:val="top"/>
          </w:tcPr>
          <w:p>
            <w:r>
              <w:rPr>
                <w:sz w:val="17"/>
              </w:rPr>
              <w:t>Finestre esplicite, ma manca il calendario completo di tutte le finestre e dei periodi senza evento.</w:t>
            </w:r>
          </w:p>
        </w:tc>
        <w:tc>
          <w:tcPr>
            <w:tcW w:type="dxa" w:w="2521"/>
            <w:vAlign w:val="top"/>
          </w:tcPr>
          <w:p>
            <w:r>
              <w:rPr>
                <w:sz w:val="17"/>
              </w:rPr>
              <w:t>DA VERIFICARE</w:t>
            </w:r>
          </w:p>
        </w:tc>
      </w:tr>
    </w:tbl>
    <w:p>
      <w:pPr>
        <w:jc w:val="center"/>
      </w:pPr>
      <w:r>
        <w:drawing>
          <wp:inline xmlns:a="http://schemas.openxmlformats.org/drawingml/2006/main" xmlns:pic="http://schemas.openxmlformats.org/drawingml/2006/picture">
            <wp:extent cx="5486400" cy="3150870"/>
            <wp:docPr id="6" name="Picture 6"/>
            <wp:cNvGraphicFramePr>
              <a:graphicFrameLocks noChangeAspect="1"/>
            </wp:cNvGraphicFramePr>
            <a:graphic>
              <a:graphicData uri="http://schemas.openxmlformats.org/drawingml/2006/picture">
                <pic:pic>
                  <pic:nvPicPr>
                    <pic:cNvPr id="0" name="profilo-previsivo-documentale.png"/>
                    <pic:cNvPicPr/>
                  </pic:nvPicPr>
                  <pic:blipFill>
                    <a:blip r:embed="rId37"/>
                    <a:stretch>
                      <a:fillRect/>
                    </a:stretch>
                  </pic:blipFill>
                  <pic:spPr>
                    <a:xfrm>
                      <a:off x="0" y="0"/>
                      <a:ext cx="5486400" cy="3150870"/>
                    </a:xfrm>
                    <a:prstGeom prst="rect"/>
                  </pic:spPr>
                </pic:pic>
              </a:graphicData>
            </a:graphic>
          </wp:inline>
        </w:drawing>
      </w:r>
    </w:p>
    <w:p>
      <w:r>
        <w:t>Figura 10 - Profilo ordinale documentale. Non è una percentuale di accuratezza e non misura la probabilità di un terremoto.</w:t>
      </w:r>
    </w:p>
    <w:p>
      <w:r>
        <w:t>Sintesi: il caso è forte sul piano dell’antecedenza documentale e discretamente specifico sul tempo nella fase finale; resta debole sul DOVE e sul QUANTO. È quindi storicamente significativo, ma non equivale a una previsione completa tempo-luogo-magnitudo.</w:t>
      </w:r>
    </w:p>
    <w:p>
      <w:pPr>
        <w:pStyle w:val="Heading2"/>
      </w:pPr>
      <w:r>
        <w:t>11.2 Feedback sociale nel corpus Facebook contemporaneo</w:t>
      </w:r>
    </w:p>
    <w:p>
      <w:r>
        <w:t>Per ridurre l’effetto dei commentatori molto attivi, il riepilogo principale usa autori unici del 2016. Tra 76 autori con feedback valenziato, 64 risultano favorevoli/testimoniali, 9 critici/scettici e 3 misti: 84,2% favorevoli fra i soli autori con feedback valenziato. Altri 127 autori del 2016 compaiono solo con domande, segnalazioni o contenuti neutrali e sono esclusi dal rapporto. Il campione è auto-selezionato, interno a un gruppo Facebook e non rappresentativo della popolazione italiana.</w:t>
      </w:r>
    </w:p>
    <w:p>
      <w:pPr>
        <w:jc w:val="center"/>
      </w:pPr>
      <w:r>
        <w:drawing>
          <wp:inline xmlns:a="http://schemas.openxmlformats.org/drawingml/2006/main" xmlns:pic="http://schemas.openxmlformats.org/drawingml/2006/picture">
            <wp:extent cx="5303520" cy="3009207"/>
            <wp:docPr id="7" name="Picture 7"/>
            <wp:cNvGraphicFramePr>
              <a:graphicFrameLocks noChangeAspect="1"/>
            </wp:cNvGraphicFramePr>
            <a:graphic>
              <a:graphicData uri="http://schemas.openxmlformats.org/drawingml/2006/picture">
                <pic:pic>
                  <pic:nvPicPr>
                    <pic:cNvPr id="0" name="feedback-sociale-2016.png"/>
                    <pic:cNvPicPr/>
                  </pic:nvPicPr>
                  <pic:blipFill>
                    <a:blip r:embed="rId38"/>
                    <a:stretch>
                      <a:fillRect/>
                    </a:stretch>
                  </pic:blipFill>
                  <pic:spPr>
                    <a:xfrm>
                      <a:off x="0" y="0"/>
                      <a:ext cx="5303520" cy="3009207"/>
                    </a:xfrm>
                    <a:prstGeom prst="rect"/>
                  </pic:spPr>
                </pic:pic>
              </a:graphicData>
            </a:graphic>
          </wp:inline>
        </w:drawing>
      </w:r>
    </w:p>
    <w:p>
      <w:r>
        <w:t>Esito sociale documentale: PREVALENTEMENTE FAVOREVOLE NEL CORPUS OSSERVATO. Non è corretto trasformarlo in “consenso della popolazione”. I feedback critici e misti restano integralmente nel corpus.</w:t>
      </w:r>
    </w:p>
    <w:p>
      <w:pPr>
        <w:pStyle w:val="Heading2"/>
      </w:pPr>
      <w:r>
        <w:t>11.3 Possibile contributo protettivo: catena di evidenza</w:t>
      </w:r>
    </w:p>
    <w:p>
      <w:r>
        <w:t>La domanda operativa è quanto sia completa la catena necessaria per rendere plausibile un contributo protettivo per singoli destinatari. Scala 0-2: 0 assente, 1 parziale, 2 forte. Questa è una metrica di audit documentale, non una probabilità statistica.</w:t>
      </w:r>
    </w:p>
    <w:p>
      <w:pPr>
        <w:jc w:val="center"/>
      </w:pPr>
      <w:r>
        <w:drawing>
          <wp:inline xmlns:a="http://schemas.openxmlformats.org/drawingml/2006/main" xmlns:pic="http://schemas.openxmlformats.org/drawingml/2006/picture">
            <wp:extent cx="5486400" cy="3291840"/>
            <wp:docPr id="8" name="Picture 8"/>
            <wp:cNvGraphicFramePr>
              <a:graphicFrameLocks noChangeAspect="1"/>
            </wp:cNvGraphicFramePr>
            <a:graphic>
              <a:graphicData uri="http://schemas.openxmlformats.org/drawingml/2006/picture">
                <pic:pic>
                  <pic:nvPicPr>
                    <pic:cNvPr id="0" name="catena-evidenza-protettiva.png"/>
                    <pic:cNvPicPr/>
                  </pic:nvPicPr>
                  <pic:blipFill>
                    <a:blip r:embed="rId39"/>
                    <a:stretch>
                      <a:fillRect/>
                    </a:stretch>
                  </pic:blipFill>
                  <pic:spPr>
                    <a:xfrm>
                      <a:off x="0" y="0"/>
                      <a:ext cx="5486400" cy="3291840"/>
                    </a:xfrm>
                    <a:prstGeom prst="rect"/>
                  </pic:spPr>
                </pic:pic>
              </a:graphicData>
            </a:graphic>
          </wp:inline>
        </w:drawing>
      </w:r>
    </w:p>
    <w:p>
      <w:r>
        <w:t>Indice documentale di plausibilità protettiva (IDPP): 7/10. Componenti: avviso antecedente 2/2; ricezione da destinatari 2/2; cambio di comportamento attribuito all’avviso 2/2; collegamento documentale fra comportamento ed esito dell’abitazione 1/2; esclusione di spiegazioni alternative 0/2. L’IDPP non stima il numero di vite salvate.</w:t>
      </w:r>
    </w:p>
    <w:p>
      <w:r>
        <w:t>Esito: POSITIVO PLAUSIBILE sul piano comportamentale/protettivo per alcuni casi individuali; INDETERMINATO sul piano causale e quantitativo della popolazione. L’assenza di vittime il 26 ottobre resta multifattoriale: evacuazioni e vulnerabilità pregresse, prima M5.4 che fece uscire molte persone, rinforzi edilizi in alcune aree, consapevolezza della sequenza e, per alcuni destinatari, possibili comportamenti anticipati legati alle comunicazioni EqForecast.</w:t>
      </w:r>
    </w:p>
    <w:p>
      <w:pPr>
        <w:pStyle w:val="Heading2"/>
      </w:pPr>
      <w:r>
        <w:t>11.4 Matrice conclusiva</w:t>
      </w:r>
    </w:p>
    <w:tbl>
      <w:tblPr>
        <w:tblW w:type="auto" w:w="0"/>
        <w:jc w:val="center"/>
        <w:tblLook w:firstColumn="1" w:firstRow="1" w:lastColumn="0" w:lastRow="0" w:noHBand="0" w:noVBand="1" w:val="04A0"/>
      </w:tblPr>
      <w:tblGrid>
        <w:gridCol w:w="3362"/>
        <w:gridCol w:w="3362"/>
        <w:gridCol w:w="3362"/>
      </w:tblGrid>
      <w:tr>
        <w:tc>
          <w:tcPr>
            <w:tcW w:type="dxa" w:w="3362"/>
            <w:vAlign w:val="top"/>
          </w:tcPr>
          <w:p>
            <w:r>
              <w:rPr>
                <w:sz w:val="17"/>
              </w:rPr>
              <w:t>Oggetto</w:t>
            </w:r>
          </w:p>
        </w:tc>
        <w:tc>
          <w:tcPr>
            <w:tcW w:type="dxa" w:w="3362"/>
            <w:vAlign w:val="top"/>
          </w:tcPr>
          <w:p>
            <w:r>
              <w:rPr>
                <w:sz w:val="17"/>
              </w:rPr>
              <w:t>Esito</w:t>
            </w:r>
          </w:p>
        </w:tc>
        <w:tc>
          <w:tcPr>
            <w:tcW w:type="dxa" w:w="3362"/>
            <w:vAlign w:val="top"/>
          </w:tcPr>
          <w:p>
            <w:r>
              <w:rPr>
                <w:sz w:val="17"/>
              </w:rPr>
              <w:t>Interpretazione corretta</w:t>
            </w:r>
          </w:p>
        </w:tc>
      </w:tr>
      <w:tr>
        <w:tc>
          <w:tcPr>
            <w:tcW w:type="dxa" w:w="3362"/>
            <w:vAlign w:val="top"/>
          </w:tcPr>
          <w:p>
            <w:r>
              <w:rPr>
                <w:sz w:val="17"/>
              </w:rPr>
              <w:t>Previsione 2016</w:t>
            </w:r>
          </w:p>
        </w:tc>
        <w:tc>
          <w:tcPr>
            <w:tcW w:type="dxa" w:w="3362"/>
            <w:vAlign w:val="top"/>
          </w:tcPr>
          <w:p>
            <w:r>
              <w:rPr>
                <w:sz w:val="17"/>
              </w:rPr>
              <w:t>POSITIVO DOCUMENTALE / PARZIALMENTE SPECIFICO</w:t>
            </w:r>
          </w:p>
        </w:tc>
        <w:tc>
          <w:tcPr>
            <w:tcW w:type="dxa" w:w="3362"/>
            <w:vAlign w:val="top"/>
          </w:tcPr>
          <w:p>
            <w:r>
              <w:rPr>
                <w:sz w:val="17"/>
              </w:rPr>
              <w:t>Documenti ex ante e restringimento temporale presenti; DOVE e magnitudo deboli.</w:t>
            </w:r>
          </w:p>
        </w:tc>
      </w:tr>
      <w:tr>
        <w:tc>
          <w:tcPr>
            <w:tcW w:type="dxa" w:w="3362"/>
            <w:vAlign w:val="top"/>
          </w:tcPr>
          <w:p>
            <w:r>
              <w:rPr>
                <w:sz w:val="17"/>
              </w:rPr>
              <w:t>Ricezione e comportamento</w:t>
            </w:r>
          </w:p>
        </w:tc>
        <w:tc>
          <w:tcPr>
            <w:tcW w:type="dxa" w:w="3362"/>
            <w:vAlign w:val="top"/>
          </w:tcPr>
          <w:p>
            <w:r>
              <w:rPr>
                <w:sz w:val="17"/>
              </w:rPr>
              <w:t>POSITIVO DOCUMENTALE</w:t>
            </w:r>
          </w:p>
        </w:tc>
        <w:tc>
          <w:tcPr>
            <w:tcW w:type="dxa" w:w="3362"/>
            <w:vAlign w:val="top"/>
          </w:tcPr>
          <w:p>
            <w:r>
              <w:rPr>
                <w:sz w:val="17"/>
              </w:rPr>
              <w:t>Esistono testimonianze contemporanee e successive di decisioni concrete.</w:t>
            </w:r>
          </w:p>
        </w:tc>
      </w:tr>
      <w:tr>
        <w:tc>
          <w:tcPr>
            <w:tcW w:type="dxa" w:w="3362"/>
            <w:vAlign w:val="top"/>
          </w:tcPr>
          <w:p>
            <w:r>
              <w:rPr>
                <w:sz w:val="17"/>
              </w:rPr>
              <w:t>Contributo alla protezione</w:t>
            </w:r>
          </w:p>
        </w:tc>
        <w:tc>
          <w:tcPr>
            <w:tcW w:type="dxa" w:w="3362"/>
            <w:vAlign w:val="top"/>
          </w:tcPr>
          <w:p>
            <w:r>
              <w:rPr>
                <w:sz w:val="17"/>
              </w:rPr>
              <w:t>POSITIVO PLAUSIBILE PER SINGOLI CASI</w:t>
            </w:r>
          </w:p>
        </w:tc>
        <w:tc>
          <w:tcPr>
            <w:tcW w:type="dxa" w:w="3362"/>
            <w:vAlign w:val="top"/>
          </w:tcPr>
          <w:p>
            <w:r>
              <w:rPr>
                <w:sz w:val="17"/>
              </w:rPr>
              <w:t>IDPP 7/10; controfattuale individuale e alternative non ancora chiusi.</w:t>
            </w:r>
          </w:p>
        </w:tc>
      </w:tr>
      <w:tr>
        <w:tc>
          <w:tcPr>
            <w:tcW w:type="dxa" w:w="3362"/>
            <w:vAlign w:val="top"/>
          </w:tcPr>
          <w:p>
            <w:r>
              <w:rPr>
                <w:sz w:val="17"/>
              </w:rPr>
              <w:t>Vite salvate complessive</w:t>
            </w:r>
          </w:p>
        </w:tc>
        <w:tc>
          <w:tcPr>
            <w:tcW w:type="dxa" w:w="3362"/>
            <w:vAlign w:val="top"/>
          </w:tcPr>
          <w:p>
            <w:r>
              <w:rPr>
                <w:sz w:val="17"/>
              </w:rPr>
              <w:t>NON QUANTIFICABILE</w:t>
            </w:r>
          </w:p>
        </w:tc>
        <w:tc>
          <w:tcPr>
            <w:tcW w:type="dxa" w:w="3362"/>
            <w:vAlign w:val="top"/>
          </w:tcPr>
          <w:p>
            <w:r>
              <w:rPr>
                <w:sz w:val="17"/>
              </w:rPr>
              <w:t>Non deducibile dall’assenza di vittime né dalle sole testimonianze.</w:t>
            </w:r>
          </w:p>
        </w:tc>
      </w:tr>
      <w:tr>
        <w:tc>
          <w:tcPr>
            <w:tcW w:type="dxa" w:w="3362"/>
            <w:vAlign w:val="top"/>
          </w:tcPr>
          <w:p>
            <w:r>
              <w:rPr>
                <w:sz w:val="17"/>
              </w:rPr>
              <w:t>Feedback sociale 2016</w:t>
            </w:r>
          </w:p>
        </w:tc>
        <w:tc>
          <w:tcPr>
            <w:tcW w:type="dxa" w:w="3362"/>
            <w:vAlign w:val="top"/>
          </w:tcPr>
          <w:p>
            <w:r>
              <w:rPr>
                <w:sz w:val="17"/>
              </w:rPr>
              <w:t>PREVALENTEMENTE FAVOREVOLE NEL CORPUS</w:t>
            </w:r>
          </w:p>
        </w:tc>
        <w:tc>
          <w:tcPr>
            <w:tcW w:type="dxa" w:w="3362"/>
            <w:vAlign w:val="top"/>
          </w:tcPr>
          <w:p>
            <w:r>
              <w:rPr>
                <w:sz w:val="17"/>
              </w:rPr>
              <w:t>84,2% favorevole fra 76 autori con feedback valenziato; campione non rappresentativo.</w:t>
            </w:r>
          </w:p>
        </w:tc>
      </w:tr>
      <w:tr>
        <w:tc>
          <w:tcPr>
            <w:tcW w:type="dxa" w:w="3362"/>
            <w:vAlign w:val="top"/>
          </w:tcPr>
          <w:p>
            <w:r>
              <w:rPr>
                <w:sz w:val="17"/>
              </w:rPr>
              <w:t>Validazione scientifica del modello attuale</w:t>
            </w:r>
          </w:p>
        </w:tc>
        <w:tc>
          <w:tcPr>
            <w:tcW w:type="dxa" w:w="3362"/>
            <w:vAlign w:val="top"/>
          </w:tcPr>
          <w:p>
            <w:r>
              <w:rPr>
                <w:sz w:val="17"/>
              </w:rPr>
              <w:t>NO</w:t>
            </w:r>
          </w:p>
        </w:tc>
        <w:tc>
          <w:tcPr>
            <w:tcW w:type="dxa" w:w="3362"/>
            <w:vAlign w:val="top"/>
          </w:tcPr>
          <w:p>
            <w:r>
              <w:rPr>
                <w:sz w:val="17"/>
              </w:rPr>
              <w:t>Il caso storico non sostituisce D1/D2 né una validazione indipendente.</w:t>
            </w:r>
          </w:p>
        </w:tc>
      </w:tr>
    </w:tbl>
    <w:p>
      <w:pPr>
        <w:pStyle w:val="Heading1"/>
      </w:pPr>
      <w:r>
        <w:t>12. Continuità 2016 -&gt; EqForecast attuale</w:t>
      </w:r>
    </w:p>
    <w:tbl>
      <w:tblPr>
        <w:tblStyle w:val="TableGrid"/>
        <w:tblW w:type="auto" w:w="0"/>
        <w:jc w:val="center"/>
        <w:tblLook w:firstColumn="1" w:firstRow="1" w:lastColumn="0" w:lastRow="0" w:noHBand="0" w:noVBand="1" w:val="04A0"/>
      </w:tblPr>
      <w:tblGrid>
        <w:gridCol w:w="3362"/>
        <w:gridCol w:w="3362"/>
        <w:gridCol w:w="3362"/>
      </w:tblGrid>
      <w:tr>
        <w:tc>
          <w:tcPr>
            <w:tcW w:type="dxa" w:w="3362"/>
            <w:shd w:fill="0B3554"/>
            <w:vAlign w:val="top"/>
          </w:tcPr>
          <w:p>
            <w:r>
              <w:rPr>
                <w:b/>
                <w:color w:val="FFFFFF"/>
                <w:sz w:val="17"/>
              </w:rPr>
              <w:t>Elemento 2016</w:t>
            </w:r>
          </w:p>
        </w:tc>
        <w:tc>
          <w:tcPr>
            <w:tcW w:type="dxa" w:w="3362"/>
            <w:shd w:fill="0B3554"/>
            <w:vAlign w:val="top"/>
          </w:tcPr>
          <w:p>
            <w:r>
              <w:rPr>
                <w:b/>
                <w:color w:val="FFFFFF"/>
                <w:sz w:val="17"/>
              </w:rPr>
              <w:t>Evoluzione successiva</w:t>
            </w:r>
          </w:p>
        </w:tc>
        <w:tc>
          <w:tcPr>
            <w:tcW w:type="dxa" w:w="3362"/>
            <w:shd w:fill="0B3554"/>
            <w:vAlign w:val="top"/>
          </w:tcPr>
          <w:p>
            <w:r>
              <w:rPr>
                <w:b/>
                <w:color w:val="FFFFFF"/>
                <w:sz w:val="17"/>
              </w:rPr>
              <w:t>Stato</w:t>
            </w:r>
          </w:p>
        </w:tc>
      </w:tr>
      <w:tr>
        <w:tc>
          <w:tcPr>
            <w:tcW w:type="dxa" w:w="3362"/>
            <w:tcMar>
              <w:top w:w="65" w:type="dxa"/>
              <w:start w:w="85" w:type="dxa"/>
              <w:bottom w:w="65" w:type="dxa"/>
              <w:end w:w="85" w:type="dxa"/>
            </w:tcMar>
            <w:vAlign w:val="top"/>
          </w:tcPr>
          <w:p>
            <w:r>
              <w:rPr>
                <w:sz w:val="17"/>
              </w:rPr>
              <w:t>Osservazione di configurazioni astronomiche</w:t>
            </w:r>
          </w:p>
        </w:tc>
        <w:tc>
          <w:tcPr>
            <w:tcW w:type="dxa" w:w="3362"/>
            <w:tcMar>
              <w:top w:w="65" w:type="dxa"/>
              <w:start w:w="85" w:type="dxa"/>
              <w:bottom w:w="65" w:type="dxa"/>
              <w:end w:w="85" w:type="dxa"/>
            </w:tcMar>
            <w:vAlign w:val="top"/>
          </w:tcPr>
          <w:p>
            <w:r>
              <w:rPr>
                <w:sz w:val="17"/>
              </w:rPr>
              <w:t>Formalizzazione quantitativa e algoritmica</w:t>
            </w:r>
          </w:p>
        </w:tc>
        <w:tc>
          <w:tcPr>
            <w:tcW w:type="dxa" w:w="3362"/>
            <w:tcMar>
              <w:top w:w="65" w:type="dxa"/>
              <w:start w:w="85" w:type="dxa"/>
              <w:bottom w:w="65" w:type="dxa"/>
              <w:end w:w="85" w:type="dxa"/>
            </w:tcMar>
            <w:vAlign w:val="top"/>
          </w:tcPr>
          <w:p>
            <w:r>
              <w:rPr>
                <w:sz w:val="17"/>
              </w:rPr>
              <w:t>CONTINUITÀ CONCETTUALE / VALIDATO INTERNAMENTE</w:t>
            </w:r>
          </w:p>
        </w:tc>
      </w:tr>
      <w:tr>
        <w:tc>
          <w:tcPr>
            <w:tcW w:type="dxa" w:w="3362"/>
            <w:tcMar>
              <w:top w:w="65" w:type="dxa"/>
              <w:start w:w="85" w:type="dxa"/>
              <w:bottom w:w="65" w:type="dxa"/>
              <w:end w:w="85" w:type="dxa"/>
            </w:tcMar>
            <w:vAlign w:val="top"/>
          </w:tcPr>
          <w:p>
            <w:r>
              <w:rPr>
                <w:sz w:val="17"/>
              </w:rPr>
              <w:t>Finestra temporale manuale</w:t>
            </w:r>
          </w:p>
        </w:tc>
        <w:tc>
          <w:tcPr>
            <w:tcW w:type="dxa" w:w="3362"/>
            <w:tcMar>
              <w:top w:w="65" w:type="dxa"/>
              <w:start w:w="85" w:type="dxa"/>
              <w:bottom w:w="65" w:type="dxa"/>
              <w:end w:w="85" w:type="dxa"/>
            </w:tcMar>
            <w:vAlign w:val="top"/>
          </w:tcPr>
          <w:p>
            <w:r>
              <w:rPr>
                <w:sz w:val="17"/>
              </w:rPr>
              <w:t>Timeline / ATR</w:t>
            </w:r>
          </w:p>
        </w:tc>
        <w:tc>
          <w:tcPr>
            <w:tcW w:type="dxa" w:w="3362"/>
            <w:tcMar>
              <w:top w:w="65" w:type="dxa"/>
              <w:start w:w="85" w:type="dxa"/>
              <w:bottom w:w="65" w:type="dxa"/>
              <w:end w:w="85" w:type="dxa"/>
            </w:tcMar>
            <w:vAlign w:val="top"/>
          </w:tcPr>
          <w:p>
            <w:r>
              <w:rPr>
                <w:sz w:val="17"/>
              </w:rPr>
              <w:t>FUNZIONE ATTUALE CONGELATA; NON RETROAPPLICARE</w:t>
            </w:r>
          </w:p>
        </w:tc>
      </w:tr>
      <w:tr>
        <w:tc>
          <w:tcPr>
            <w:tcW w:type="dxa" w:w="3362"/>
            <w:tcMar>
              <w:top w:w="65" w:type="dxa"/>
              <w:start w:w="85" w:type="dxa"/>
              <w:bottom w:w="65" w:type="dxa"/>
              <w:end w:w="85" w:type="dxa"/>
            </w:tcMar>
            <w:vAlign w:val="top"/>
          </w:tcPr>
          <w:p>
            <w:r>
              <w:rPr>
                <w:sz w:val="17"/>
              </w:rPr>
              <w:t>Problema del DOVE esplicitamente riconosciuto</w:t>
            </w:r>
          </w:p>
        </w:tc>
        <w:tc>
          <w:tcPr>
            <w:tcW w:type="dxa" w:w="3362"/>
            <w:tcMar>
              <w:top w:w="65" w:type="dxa"/>
              <w:start w:w="85" w:type="dxa"/>
              <w:bottom w:w="65" w:type="dxa"/>
              <w:end w:w="85" w:type="dxa"/>
            </w:tcMar>
            <w:vAlign w:val="top"/>
          </w:tcPr>
          <w:p>
            <w:r>
              <w:rPr>
                <w:sz w:val="17"/>
              </w:rPr>
              <w:t>WHERE + microsismicità e moduli integrati</w:t>
            </w:r>
          </w:p>
        </w:tc>
        <w:tc>
          <w:tcPr>
            <w:tcW w:type="dxa" w:w="3362"/>
            <w:tcMar>
              <w:top w:w="65" w:type="dxa"/>
              <w:start w:w="85" w:type="dxa"/>
              <w:bottom w:w="65" w:type="dxa"/>
              <w:end w:w="85" w:type="dxa"/>
            </w:tcMar>
            <w:vAlign w:val="top"/>
          </w:tcPr>
          <w:p>
            <w:r>
              <w:rPr>
                <w:sz w:val="17"/>
              </w:rPr>
              <w:t>SVILUPPATO SUCCESSIVAMENTE</w:t>
            </w:r>
          </w:p>
        </w:tc>
      </w:tr>
      <w:tr>
        <w:tc>
          <w:tcPr>
            <w:tcW w:type="dxa" w:w="3362"/>
            <w:tcMar>
              <w:top w:w="65" w:type="dxa"/>
              <w:start w:w="85" w:type="dxa"/>
              <w:bottom w:w="65" w:type="dxa"/>
              <w:end w:w="85" w:type="dxa"/>
            </w:tcMar>
            <w:vAlign w:val="top"/>
          </w:tcPr>
          <w:p>
            <w:r>
              <w:rPr>
                <w:sz w:val="17"/>
              </w:rPr>
              <w:t>Magnitudo non determinabile nel 2016</w:t>
            </w:r>
          </w:p>
        </w:tc>
        <w:tc>
          <w:tcPr>
            <w:tcW w:type="dxa" w:w="3362"/>
            <w:tcMar>
              <w:top w:w="65" w:type="dxa"/>
              <w:start w:w="85" w:type="dxa"/>
              <w:bottom w:w="65" w:type="dxa"/>
              <w:end w:w="85" w:type="dxa"/>
            </w:tcMar>
            <w:vAlign w:val="top"/>
          </w:tcPr>
          <w:p>
            <w:r>
              <w:rPr>
                <w:sz w:val="17"/>
              </w:rPr>
              <w:t>HOW STRONG e calendari di classe</w:t>
            </w:r>
          </w:p>
        </w:tc>
        <w:tc>
          <w:tcPr>
            <w:tcW w:type="dxa" w:w="3362"/>
            <w:tcMar>
              <w:top w:w="65" w:type="dxa"/>
              <w:start w:w="85" w:type="dxa"/>
              <w:bottom w:w="65" w:type="dxa"/>
              <w:end w:w="85" w:type="dxa"/>
            </w:tcMar>
            <w:vAlign w:val="top"/>
          </w:tcPr>
          <w:p>
            <w:r>
              <w:rPr>
                <w:sz w:val="17"/>
              </w:rPr>
              <w:t>SVILUPPATO SUCCESSIVAMENTE</w:t>
            </w:r>
          </w:p>
        </w:tc>
      </w:tr>
      <w:tr>
        <w:tc>
          <w:tcPr>
            <w:tcW w:type="dxa" w:w="3362"/>
            <w:tcMar>
              <w:top w:w="65" w:type="dxa"/>
              <w:start w:w="85" w:type="dxa"/>
              <w:bottom w:w="65" w:type="dxa"/>
              <w:end w:w="85" w:type="dxa"/>
            </w:tcMar>
            <w:vAlign w:val="top"/>
          </w:tcPr>
          <w:p>
            <w:r>
              <w:rPr>
                <w:sz w:val="17"/>
              </w:rPr>
              <w:t>Ricerca di segnali indipendenti (radon)</w:t>
            </w:r>
          </w:p>
        </w:tc>
        <w:tc>
          <w:tcPr>
            <w:tcW w:type="dxa" w:w="3362"/>
            <w:tcMar>
              <w:top w:w="65" w:type="dxa"/>
              <w:start w:w="85" w:type="dxa"/>
              <w:bottom w:w="65" w:type="dxa"/>
              <w:end w:w="85" w:type="dxa"/>
            </w:tcMar>
            <w:vAlign w:val="top"/>
          </w:tcPr>
          <w:p>
            <w:r>
              <w:rPr>
                <w:sz w:val="17"/>
              </w:rPr>
              <w:t>Principio multi-sensore / convergenza di evidenze</w:t>
            </w:r>
          </w:p>
        </w:tc>
        <w:tc>
          <w:tcPr>
            <w:tcW w:type="dxa" w:w="3362"/>
            <w:tcMar>
              <w:top w:w="65" w:type="dxa"/>
              <w:start w:w="85" w:type="dxa"/>
              <w:bottom w:w="65" w:type="dxa"/>
              <w:end w:w="85" w:type="dxa"/>
            </w:tcMar>
            <w:vAlign w:val="top"/>
          </w:tcPr>
          <w:p>
            <w:r>
              <w:rPr>
                <w:sz w:val="17"/>
              </w:rPr>
              <w:t>SPERIMENTALE / DA VERIFICARE</w:t>
            </w:r>
          </w:p>
        </w:tc>
      </w:tr>
      <w:tr>
        <w:tc>
          <w:tcPr>
            <w:tcW w:type="dxa" w:w="3362"/>
            <w:tcMar>
              <w:top w:w="65" w:type="dxa"/>
              <w:start w:w="85" w:type="dxa"/>
              <w:bottom w:w="65" w:type="dxa"/>
              <w:end w:w="85" w:type="dxa"/>
            </w:tcMar>
            <w:vAlign w:val="top"/>
          </w:tcPr>
          <w:p>
            <w:r>
              <w:rPr>
                <w:sz w:val="17"/>
              </w:rPr>
              <w:t>Opzione 2.6</w:t>
            </w:r>
          </w:p>
        </w:tc>
        <w:tc>
          <w:tcPr>
            <w:tcW w:type="dxa" w:w="3362"/>
            <w:tcMar>
              <w:top w:w="65" w:type="dxa"/>
              <w:start w:w="85" w:type="dxa"/>
              <w:bottom w:w="65" w:type="dxa"/>
              <w:end w:w="85" w:type="dxa"/>
            </w:tcMar>
            <w:vAlign w:val="top"/>
          </w:tcPr>
          <w:p>
            <w:r>
              <w:rPr>
                <w:sz w:val="17"/>
              </w:rPr>
              <w:t>Algoritmo attuale congelato</w:t>
            </w:r>
          </w:p>
        </w:tc>
        <w:tc>
          <w:tcPr>
            <w:tcW w:type="dxa" w:w="3362"/>
            <w:tcMar>
              <w:top w:w="65" w:type="dxa"/>
              <w:start w:w="85" w:type="dxa"/>
              <w:bottom w:w="65" w:type="dxa"/>
              <w:end w:w="85" w:type="dxa"/>
            </w:tcMar>
            <w:vAlign w:val="top"/>
          </w:tcPr>
          <w:p>
            <w:r>
              <w:rPr>
                <w:sz w:val="17"/>
              </w:rPr>
              <w:t>NON MODIFICATO; NON PRESENTE NEL 2016 IN FORMA ATTUALE</w:t>
            </w:r>
          </w:p>
        </w:tc>
      </w:tr>
    </w:tbl>
    <w:p>
      <w:r>
        <w:t>La pagina celebrativa deve far capire questa evoluzione senza attribuire retroattivamente al 2016 le prestazioni o le funzioni del sistema odierno.</w:t>
      </w:r>
    </w:p>
    <w:p>
      <w:pPr>
        <w:pStyle w:val="Heading1"/>
      </w:pPr>
      <w:r>
        <w:t>13. Registro fonti</w:t>
      </w:r>
    </w:p>
    <w:tbl>
      <w:tblPr>
        <w:tblStyle w:val="TableGrid"/>
        <w:tblW w:type="auto" w:w="0"/>
        <w:jc w:val="center"/>
        <w:tblLook w:firstColumn="1" w:firstRow="1" w:lastColumn="0" w:lastRow="0" w:noHBand="0" w:noVBand="1" w:val="04A0"/>
      </w:tblPr>
      <w:tblGrid>
        <w:gridCol w:w="3362"/>
        <w:gridCol w:w="3362"/>
        <w:gridCol w:w="3362"/>
      </w:tblGrid>
      <w:tr>
        <w:tc>
          <w:tcPr>
            <w:tcW w:type="dxa" w:w="3362"/>
            <w:shd w:fill="0B3554"/>
            <w:vAlign w:val="top"/>
          </w:tcPr>
          <w:p>
            <w:r>
              <w:rPr>
                <w:b/>
                <w:color w:val="FFFFFF"/>
                <w:sz w:val="17"/>
              </w:rPr>
              <w:t>ID</w:t>
            </w:r>
          </w:p>
        </w:tc>
        <w:tc>
          <w:tcPr>
            <w:tcW w:type="dxa" w:w="3362"/>
            <w:shd w:fill="0B3554"/>
            <w:vAlign w:val="top"/>
          </w:tcPr>
          <w:p>
            <w:r>
              <w:rPr>
                <w:b/>
                <w:color w:val="FFFFFF"/>
                <w:sz w:val="17"/>
              </w:rPr>
              <w:t>Fonte</w:t>
            </w:r>
          </w:p>
        </w:tc>
        <w:tc>
          <w:tcPr>
            <w:tcW w:type="dxa" w:w="3362"/>
            <w:shd w:fill="0B3554"/>
            <w:vAlign w:val="top"/>
          </w:tcPr>
          <w:p>
            <w:r>
              <w:rPr>
                <w:b/>
                <w:color w:val="FFFFFF"/>
                <w:sz w:val="17"/>
              </w:rPr>
              <w:t>Ruolo</w:t>
            </w:r>
          </w:p>
        </w:tc>
      </w:tr>
      <w:tr>
        <w:tc>
          <w:tcPr>
            <w:tcW w:type="dxa" w:w="3362"/>
            <w:tcMar>
              <w:top w:w="65" w:type="dxa"/>
              <w:start w:w="85" w:type="dxa"/>
              <w:bottom w:w="65" w:type="dxa"/>
              <w:end w:w="85" w:type="dxa"/>
            </w:tcMar>
            <w:vAlign w:val="top"/>
          </w:tcPr>
          <w:p>
            <w:r>
              <w:rPr>
                <w:sz w:val="17"/>
              </w:rPr>
              <w:t>F01</w:t>
            </w:r>
          </w:p>
        </w:tc>
        <w:tc>
          <w:tcPr>
            <w:tcW w:type="dxa" w:w="3362"/>
            <w:tcMar>
              <w:top w:w="65" w:type="dxa"/>
              <w:start w:w="85" w:type="dxa"/>
              <w:bottom w:w="65" w:type="dxa"/>
              <w:end w:w="85" w:type="dxa"/>
            </w:tcMar>
            <w:vAlign w:val="top"/>
          </w:tcPr>
          <w:p>
            <w:r>
              <w:rPr>
                <w:sz w:val="17"/>
              </w:rPr>
              <w:t>Archivio Facebook raw 28/10/2026</w:t>
            </w:r>
          </w:p>
        </w:tc>
        <w:tc>
          <w:tcPr>
            <w:tcW w:type="dxa" w:w="3362"/>
            <w:tcMar>
              <w:top w:w="65" w:type="dxa"/>
              <w:start w:w="85" w:type="dxa"/>
              <w:bottom w:w="65" w:type="dxa"/>
              <w:end w:w="85" w:type="dxa"/>
            </w:tcMar>
            <w:vAlign w:val="top"/>
          </w:tcPr>
          <w:p>
            <w:r>
              <w:rPr>
                <w:sz w:val="17"/>
              </w:rPr>
              <w:t>5659 righe; SHA-256 480d2c52baee0b6e060476f00d332e59588f47e65bce38624f9c54400c50681f; fonte primaria integrale.</w:t>
            </w:r>
          </w:p>
        </w:tc>
      </w:tr>
      <w:tr>
        <w:tc>
          <w:tcPr>
            <w:tcW w:type="dxa" w:w="3362"/>
            <w:tcMar>
              <w:top w:w="65" w:type="dxa"/>
              <w:start w:w="85" w:type="dxa"/>
              <w:bottom w:w="65" w:type="dxa"/>
              <w:end w:w="85" w:type="dxa"/>
            </w:tcMar>
            <w:vAlign w:val="top"/>
          </w:tcPr>
          <w:p>
            <w:r>
              <w:rPr>
                <w:sz w:val="17"/>
              </w:rPr>
              <w:t>F02</w:t>
            </w:r>
          </w:p>
        </w:tc>
        <w:tc>
          <w:tcPr>
            <w:tcW w:type="dxa" w:w="3362"/>
            <w:tcMar>
              <w:top w:w="65" w:type="dxa"/>
              <w:start w:w="85" w:type="dxa"/>
              <w:bottom w:w="65" w:type="dxa"/>
              <w:end w:w="85" w:type="dxa"/>
            </w:tcMar>
            <w:vAlign w:val="top"/>
          </w:tcPr>
          <w:p>
            <w:r>
              <w:rPr>
                <w:sz w:val="17"/>
              </w:rPr>
              <w:t>Archivio commenti strutturato v0.3</w:t>
            </w:r>
          </w:p>
        </w:tc>
        <w:tc>
          <w:tcPr>
            <w:tcW w:type="dxa" w:w="3362"/>
            <w:tcMar>
              <w:top w:w="65" w:type="dxa"/>
              <w:start w:w="85" w:type="dxa"/>
              <w:bottom w:w="65" w:type="dxa"/>
              <w:end w:w="85" w:type="dxa"/>
            </w:tcMar>
            <w:vAlign w:val="top"/>
          </w:tcPr>
          <w:p>
            <w:r>
              <w:rPr>
                <w:sz w:val="17"/>
              </w:rPr>
              <w:t>379 interventi, tutti conservati con ID, autore, sezione e riga sorgente.</w:t>
            </w:r>
          </w:p>
        </w:tc>
      </w:tr>
      <w:tr>
        <w:tc>
          <w:tcPr>
            <w:tcW w:type="dxa" w:w="3362"/>
            <w:tcMar>
              <w:top w:w="65" w:type="dxa"/>
              <w:start w:w="85" w:type="dxa"/>
              <w:bottom w:w="65" w:type="dxa"/>
              <w:end w:w="85" w:type="dxa"/>
            </w:tcMar>
            <w:vAlign w:val="top"/>
          </w:tcPr>
          <w:p>
            <w:r>
              <w:rPr>
                <w:sz w:val="17"/>
              </w:rPr>
              <w:t>F03</w:t>
            </w:r>
          </w:p>
        </w:tc>
        <w:tc>
          <w:tcPr>
            <w:tcW w:type="dxa" w:w="3362"/>
            <w:tcMar>
              <w:top w:w="65" w:type="dxa"/>
              <w:start w:w="85" w:type="dxa"/>
              <w:bottom w:w="65" w:type="dxa"/>
              <w:end w:w="85" w:type="dxa"/>
            </w:tcMar>
            <w:vAlign w:val="top"/>
          </w:tcPr>
          <w:p>
            <w:r>
              <w:rPr>
                <w:sz w:val="17"/>
              </w:rPr>
              <w:t>Screenshot originali autore</w:t>
            </w:r>
          </w:p>
        </w:tc>
        <w:tc>
          <w:tcPr>
            <w:tcW w:type="dxa" w:w="3362"/>
            <w:tcMar>
              <w:top w:w="65" w:type="dxa"/>
              <w:start w:w="85" w:type="dxa"/>
              <w:bottom w:w="65" w:type="dxa"/>
              <w:end w:w="85" w:type="dxa"/>
            </w:tcMar>
            <w:vAlign w:val="top"/>
          </w:tcPr>
          <w:p>
            <w:r>
              <w:rPr>
                <w:sz w:val="17"/>
              </w:rPr>
              <w:t>Doglioni 12/10; vigile 19/10; messaggio 25/10; post e commenti successivi.</w:t>
            </w:r>
          </w:p>
        </w:tc>
      </w:tr>
      <w:tr>
        <w:tc>
          <w:tcPr>
            <w:tcW w:type="dxa" w:w="3362"/>
            <w:tcMar>
              <w:top w:w="65" w:type="dxa"/>
              <w:start w:w="85" w:type="dxa"/>
              <w:bottom w:w="65" w:type="dxa"/>
              <w:end w:w="85" w:type="dxa"/>
            </w:tcMar>
            <w:vAlign w:val="top"/>
          </w:tcPr>
          <w:p>
            <w:r>
              <w:rPr>
                <w:sz w:val="17"/>
              </w:rPr>
              <w:t>F04</w:t>
            </w:r>
          </w:p>
        </w:tc>
        <w:tc>
          <w:tcPr>
            <w:tcW w:type="dxa" w:w="3362"/>
            <w:tcMar>
              <w:top w:w="65" w:type="dxa"/>
              <w:start w:w="85" w:type="dxa"/>
              <w:bottom w:w="65" w:type="dxa"/>
              <w:end w:w="85" w:type="dxa"/>
            </w:tcMar>
            <w:vAlign w:val="top"/>
          </w:tcPr>
          <w:p>
            <w:r>
              <w:rPr>
                <w:sz w:val="16"/>
              </w:rPr>
            </w:r>
            <w:hyperlink r:id="rId40">
              <w:r>
                <w:rPr>
                  <w:color w:val="0563C1"/>
                  <w:u w:val="single"/>
                </w:rPr>
                <w:t>Primo libro EqForecast, 2024</w:t>
              </w:r>
            </w:hyperlink>
          </w:p>
        </w:tc>
        <w:tc>
          <w:tcPr>
            <w:tcW w:type="dxa" w:w="3362"/>
            <w:tcMar>
              <w:top w:w="65" w:type="dxa"/>
              <w:start w:w="85" w:type="dxa"/>
              <w:bottom w:w="65" w:type="dxa"/>
              <w:end w:w="85" w:type="dxa"/>
            </w:tcMar>
            <w:vAlign w:val="top"/>
          </w:tcPr>
          <w:p>
            <w:r>
              <w:rPr>
                <w:sz w:val="17"/>
              </w:rPr>
              <w:t>Fonte autobiografica sulla genesi e interpretazione retrospettiva.</w:t>
            </w:r>
          </w:p>
        </w:tc>
      </w:tr>
      <w:tr>
        <w:tc>
          <w:tcPr>
            <w:tcW w:type="dxa" w:w="3362"/>
            <w:tcMar>
              <w:top w:w="65" w:type="dxa"/>
              <w:start w:w="85" w:type="dxa"/>
              <w:bottom w:w="65" w:type="dxa"/>
              <w:end w:w="85" w:type="dxa"/>
            </w:tcMar>
            <w:vAlign w:val="top"/>
          </w:tcPr>
          <w:p>
            <w:r>
              <w:rPr>
                <w:sz w:val="17"/>
              </w:rPr>
              <w:t>F05</w:t>
            </w:r>
          </w:p>
        </w:tc>
        <w:tc>
          <w:tcPr>
            <w:tcW w:type="dxa" w:w="3362"/>
            <w:tcMar>
              <w:top w:w="65" w:type="dxa"/>
              <w:start w:w="85" w:type="dxa"/>
              <w:bottom w:w="65" w:type="dxa"/>
              <w:end w:w="85" w:type="dxa"/>
            </w:tcMar>
            <w:vAlign w:val="top"/>
          </w:tcPr>
          <w:p>
            <w:r>
              <w:rPr>
                <w:sz w:val="16"/>
              </w:rPr>
            </w:r>
            <w:hyperlink r:id="rId19">
              <w:r>
                <w:rPr>
                  <w:color w:val="0563C1"/>
                  <w:u w:val="single"/>
                </w:rPr>
                <w:t>INGV - aggiornamento 27/10/2016</w:t>
              </w:r>
            </w:hyperlink>
          </w:p>
        </w:tc>
        <w:tc>
          <w:tcPr>
            <w:tcW w:type="dxa" w:w="3362"/>
            <w:tcMar>
              <w:top w:w="65" w:type="dxa"/>
              <w:start w:w="85" w:type="dxa"/>
              <w:bottom w:w="65" w:type="dxa"/>
              <w:end w:w="85" w:type="dxa"/>
            </w:tcMar>
            <w:vAlign w:val="top"/>
          </w:tcPr>
          <w:p>
            <w:r>
              <w:rPr>
                <w:sz w:val="17"/>
              </w:rPr>
              <w:t>Tempi, magnitudo, profondità, localizzazione e sviluppo della sequenza.</w:t>
            </w:r>
          </w:p>
        </w:tc>
      </w:tr>
      <w:tr>
        <w:tc>
          <w:tcPr>
            <w:tcW w:type="dxa" w:w="3362"/>
            <w:tcMar>
              <w:top w:w="65" w:type="dxa"/>
              <w:start w:w="85" w:type="dxa"/>
              <w:bottom w:w="65" w:type="dxa"/>
              <w:end w:w="85" w:type="dxa"/>
            </w:tcMar>
            <w:vAlign w:val="top"/>
          </w:tcPr>
          <w:p>
            <w:r>
              <w:rPr>
                <w:sz w:val="17"/>
              </w:rPr>
              <w:t>F06</w:t>
            </w:r>
          </w:p>
        </w:tc>
        <w:tc>
          <w:tcPr>
            <w:tcW w:type="dxa" w:w="3362"/>
            <w:tcMar>
              <w:top w:w="65" w:type="dxa"/>
              <w:start w:w="85" w:type="dxa"/>
              <w:bottom w:w="65" w:type="dxa"/>
              <w:end w:w="85" w:type="dxa"/>
            </w:tcMar>
            <w:vAlign w:val="top"/>
          </w:tcPr>
          <w:p>
            <w:r>
              <w:rPr>
                <w:sz w:val="16"/>
              </w:rPr>
            </w:r>
            <w:hyperlink r:id="rId20">
              <w:r>
                <w:rPr>
                  <w:color w:val="0563C1"/>
                  <w:u w:val="single"/>
                </w:rPr>
                <w:t>Protezione Civile - Terremoto Centro Italia 2016</w:t>
              </w:r>
            </w:hyperlink>
          </w:p>
        </w:tc>
        <w:tc>
          <w:tcPr>
            <w:tcW w:type="dxa" w:w="3362"/>
            <w:tcMar>
              <w:top w:w="65" w:type="dxa"/>
              <w:start w:w="85" w:type="dxa"/>
              <w:bottom w:w="65" w:type="dxa"/>
              <w:end w:w="85" w:type="dxa"/>
            </w:tcMar>
            <w:vAlign w:val="top"/>
          </w:tcPr>
          <w:p>
            <w:r>
              <w:rPr>
                <w:sz w:val="17"/>
              </w:rPr>
              <w:t>299 vittime il 24 agosto; quadro emergenza; nessuna vittima negli eventi di fine ottobre.</w:t>
            </w:r>
          </w:p>
        </w:tc>
      </w:tr>
      <w:tr>
        <w:tc>
          <w:tcPr>
            <w:tcW w:type="dxa" w:w="3362"/>
            <w:tcMar>
              <w:top w:w="65" w:type="dxa"/>
              <w:start w:w="85" w:type="dxa"/>
              <w:bottom w:w="65" w:type="dxa"/>
              <w:end w:w="85" w:type="dxa"/>
            </w:tcMar>
            <w:vAlign w:val="top"/>
          </w:tcPr>
          <w:p>
            <w:r>
              <w:rPr>
                <w:sz w:val="17"/>
              </w:rPr>
              <w:t>F07</w:t>
            </w:r>
          </w:p>
        </w:tc>
        <w:tc>
          <w:tcPr>
            <w:tcW w:type="dxa" w:w="3362"/>
            <w:tcMar>
              <w:top w:w="65" w:type="dxa"/>
              <w:start w:w="85" w:type="dxa"/>
              <w:bottom w:w="65" w:type="dxa"/>
              <w:end w:w="85" w:type="dxa"/>
            </w:tcMar>
            <w:vAlign w:val="top"/>
          </w:tcPr>
          <w:p>
            <w:r>
              <w:rPr>
                <w:sz w:val="17"/>
              </w:rPr>
              <w:t>Regione Marche</w:t>
            </w:r>
          </w:p>
        </w:tc>
        <w:tc>
          <w:tcPr>
            <w:tcW w:type="dxa" w:w="3362"/>
            <w:tcMar>
              <w:top w:w="65" w:type="dxa"/>
              <w:start w:w="85" w:type="dxa"/>
              <w:bottom w:w="65" w:type="dxa"/>
              <w:end w:w="85" w:type="dxa"/>
            </w:tcMar>
            <w:vAlign w:val="top"/>
          </w:tcPr>
          <w:p>
            <w:r>
              <w:rPr>
                <w:sz w:val="17"/>
              </w:rPr>
              <w:t>Danni e localizzazione degli eventi del 26 e 30 ottobre.</w:t>
            </w:r>
          </w:p>
        </w:tc>
      </w:tr>
      <w:tr>
        <w:tc>
          <w:tcPr>
            <w:tcW w:type="dxa" w:w="3362"/>
            <w:tcMar>
              <w:top w:w="65" w:type="dxa"/>
              <w:start w:w="85" w:type="dxa"/>
              <w:bottom w:w="65" w:type="dxa"/>
              <w:end w:w="85" w:type="dxa"/>
            </w:tcMar>
            <w:vAlign w:val="top"/>
          </w:tcPr>
          <w:p>
            <w:r>
              <w:rPr>
                <w:sz w:val="17"/>
              </w:rPr>
              <w:t>F08</w:t>
            </w:r>
          </w:p>
        </w:tc>
        <w:tc>
          <w:tcPr>
            <w:tcW w:type="dxa" w:w="3362"/>
            <w:tcMar>
              <w:top w:w="65" w:type="dxa"/>
              <w:start w:w="85" w:type="dxa"/>
              <w:bottom w:w="65" w:type="dxa"/>
              <w:end w:w="85" w:type="dxa"/>
            </w:tcMar>
            <w:vAlign w:val="top"/>
          </w:tcPr>
          <w:p>
            <w:r>
              <w:rPr>
                <w:sz w:val="16"/>
              </w:rPr>
            </w:r>
            <w:hyperlink r:id="rId21">
              <w:r>
                <w:rPr>
                  <w:color w:val="0563C1"/>
                  <w:u w:val="single"/>
                </w:rPr>
                <w:t>ANSA - 27/10/2016</w:t>
              </w:r>
            </w:hyperlink>
          </w:p>
        </w:tc>
        <w:tc>
          <w:tcPr>
            <w:tcW w:type="dxa" w:w="3362"/>
            <w:tcMar>
              <w:top w:w="65" w:type="dxa"/>
              <w:start w:w="85" w:type="dxa"/>
              <w:bottom w:w="65" w:type="dxa"/>
              <w:end w:w="85" w:type="dxa"/>
            </w:tcMar>
            <w:vAlign w:val="top"/>
          </w:tcPr>
          <w:p>
            <w:r>
              <w:rPr>
                <w:sz w:val="17"/>
              </w:rPr>
              <w:t>Visso: la prima scossa fece uscire la popolazione prima della seconda.</w:t>
            </w:r>
          </w:p>
        </w:tc>
      </w:tr>
      <w:tr>
        <w:tc>
          <w:tcPr>
            <w:tcW w:type="dxa" w:w="3362"/>
            <w:tcMar>
              <w:top w:w="65" w:type="dxa"/>
              <w:start w:w="85" w:type="dxa"/>
              <w:bottom w:w="65" w:type="dxa"/>
              <w:end w:w="85" w:type="dxa"/>
            </w:tcMar>
            <w:vAlign w:val="top"/>
          </w:tcPr>
          <w:p>
            <w:r>
              <w:rPr>
                <w:sz w:val="17"/>
              </w:rPr>
              <w:t>F09</w:t>
            </w:r>
          </w:p>
        </w:tc>
        <w:tc>
          <w:tcPr>
            <w:tcW w:type="dxa" w:w="3362"/>
            <w:tcMar>
              <w:top w:w="65" w:type="dxa"/>
              <w:start w:w="85" w:type="dxa"/>
              <w:bottom w:w="65" w:type="dxa"/>
              <w:end w:w="85" w:type="dxa"/>
            </w:tcMar>
            <w:vAlign w:val="top"/>
          </w:tcPr>
          <w:p>
            <w:r>
              <w:rPr>
                <w:sz w:val="17"/>
              </w:rPr>
              <w:t>Vigili del Fuoco 27/10/2016</w:t>
            </w:r>
          </w:p>
        </w:tc>
        <w:tc>
          <w:tcPr>
            <w:tcW w:type="dxa" w:w="3362"/>
            <w:tcMar>
              <w:top w:w="65" w:type="dxa"/>
              <w:start w:w="85" w:type="dxa"/>
              <w:bottom w:w="65" w:type="dxa"/>
              <w:end w:w="85" w:type="dxa"/>
            </w:tcMar>
            <w:vAlign w:val="top"/>
          </w:tcPr>
          <w:p>
            <w:r>
              <w:rPr>
                <w:sz w:val="17"/>
              </w:rPr>
              <w:t>Cronaca operativa delle scosse e dispiegamento dei soccorsi.</w:t>
            </w:r>
          </w:p>
        </w:tc>
      </w:tr>
      <w:tr>
        <w:tc>
          <w:tcPr>
            <w:tcW w:type="dxa" w:w="3362"/>
            <w:tcMar>
              <w:top w:w="65" w:type="dxa"/>
              <w:start w:w="85" w:type="dxa"/>
              <w:bottom w:w="65" w:type="dxa"/>
              <w:end w:w="85" w:type="dxa"/>
            </w:tcMar>
            <w:vAlign w:val="top"/>
          </w:tcPr>
          <w:p>
            <w:r>
              <w:rPr>
                <w:sz w:val="17"/>
              </w:rPr>
              <w:t>F10</w:t>
            </w:r>
          </w:p>
        </w:tc>
        <w:tc>
          <w:tcPr>
            <w:tcW w:type="dxa" w:w="3362"/>
            <w:tcMar>
              <w:top w:w="65" w:type="dxa"/>
              <w:start w:w="85" w:type="dxa"/>
              <w:bottom w:w="65" w:type="dxa"/>
              <w:end w:w="85" w:type="dxa"/>
            </w:tcMar>
            <w:vAlign w:val="top"/>
          </w:tcPr>
          <w:p>
            <w:r>
              <w:rPr>
                <w:sz w:val="17"/>
              </w:rPr>
              <w:t>Nuti et al., Bulletin of Earthquake Engineering</w:t>
            </w:r>
          </w:p>
        </w:tc>
        <w:tc>
          <w:tcPr>
            <w:tcW w:type="dxa" w:w="3362"/>
            <w:tcMar>
              <w:top w:w="65" w:type="dxa"/>
              <w:start w:w="85" w:type="dxa"/>
              <w:bottom w:w="65" w:type="dxa"/>
              <w:end w:w="85" w:type="dxa"/>
            </w:tcMar>
            <w:vAlign w:val="top"/>
          </w:tcPr>
          <w:p>
            <w:r>
              <w:rPr>
                <w:sz w:val="17"/>
              </w:rPr>
              <w:t>Ruolo di evacuazioni post-agosto e rafforzamento edilizio nell’assenza di vittime di fine ottobre.</w:t>
            </w:r>
          </w:p>
        </w:tc>
      </w:tr>
      <w:tr>
        <w:tc>
          <w:tcPr>
            <w:tcW w:type="dxa" w:w="3362"/>
            <w:tcMar>
              <w:top w:w="65" w:type="dxa"/>
              <w:start w:w="85" w:type="dxa"/>
              <w:bottom w:w="65" w:type="dxa"/>
              <w:end w:w="85" w:type="dxa"/>
            </w:tcMar>
            <w:vAlign w:val="top"/>
          </w:tcPr>
          <w:p>
            <w:r>
              <w:rPr>
                <w:sz w:val="17"/>
              </w:rPr>
              <w:t>F11</w:t>
            </w:r>
          </w:p>
        </w:tc>
        <w:tc>
          <w:tcPr>
            <w:tcW w:type="dxa" w:w="3362"/>
            <w:tcMar>
              <w:top w:w="65" w:type="dxa"/>
              <w:start w:w="85" w:type="dxa"/>
              <w:bottom w:w="65" w:type="dxa"/>
              <w:end w:w="85" w:type="dxa"/>
            </w:tcMar>
            <w:vAlign w:val="top"/>
          </w:tcPr>
          <w:p>
            <w:r>
              <w:rPr>
                <w:sz w:val="16"/>
              </w:rPr>
            </w:r>
            <w:hyperlink r:id="rId23">
              <w:r>
                <w:rPr>
                  <w:color w:val="0563C1"/>
                  <w:u w:val="single"/>
                </w:rPr>
                <w:t>il Giornale - 28/10/2016</w:t>
              </w:r>
            </w:hyperlink>
          </w:p>
        </w:tc>
        <w:tc>
          <w:tcPr>
            <w:tcW w:type="dxa" w:w="3362"/>
            <w:tcMar>
              <w:top w:w="65" w:type="dxa"/>
              <w:start w:w="85" w:type="dxa"/>
              <w:bottom w:w="65" w:type="dxa"/>
              <w:end w:w="85" w:type="dxa"/>
            </w:tcMar>
            <w:vAlign w:val="top"/>
          </w:tcPr>
          <w:p>
            <w:r>
              <w:rPr>
                <w:sz w:val="17"/>
              </w:rPr>
              <w:t>Fonte terza contemporanea sulla circolazione della previsione e sul problema dei falsi allarmi.</w:t>
            </w:r>
          </w:p>
        </w:tc>
      </w:tr>
      <w:tr>
        <w:tc>
          <w:tcPr>
            <w:tcW w:type="dxa" w:w="3362"/>
            <w:tcMar>
              <w:top w:w="65" w:type="dxa"/>
              <w:start w:w="85" w:type="dxa"/>
              <w:bottom w:w="65" w:type="dxa"/>
              <w:end w:w="85" w:type="dxa"/>
            </w:tcMar>
            <w:vAlign w:val="top"/>
          </w:tcPr>
          <w:p>
            <w:r>
              <w:rPr>
                <w:sz w:val="17"/>
              </w:rPr>
              <w:t>F12</w:t>
            </w:r>
          </w:p>
        </w:tc>
        <w:tc>
          <w:tcPr>
            <w:tcW w:type="dxa" w:w="3362"/>
            <w:tcMar>
              <w:top w:w="65" w:type="dxa"/>
              <w:start w:w="85" w:type="dxa"/>
              <w:bottom w:w="65" w:type="dxa"/>
              <w:end w:w="85" w:type="dxa"/>
            </w:tcMar>
            <w:vAlign w:val="top"/>
          </w:tcPr>
          <w:p>
            <w:r>
              <w:rPr>
                <w:sz w:val="17"/>
              </w:rPr>
              <w:t>Protocollo generale EqForecast v0.7</w:t>
            </w:r>
          </w:p>
        </w:tc>
        <w:tc>
          <w:tcPr>
            <w:tcW w:type="dxa" w:w="3362"/>
            <w:tcMar>
              <w:top w:w="65" w:type="dxa"/>
              <w:start w:w="85" w:type="dxa"/>
              <w:bottom w:w="65" w:type="dxa"/>
              <w:end w:w="85" w:type="dxa"/>
            </w:tcMar>
            <w:vAlign w:val="top"/>
          </w:tcPr>
          <w:p>
            <w:r>
              <w:rPr>
                <w:sz w:val="17"/>
              </w:rPr>
              <w:t>Regole di comunicazione e classificazione.</w:t>
            </w:r>
          </w:p>
        </w:tc>
      </w:tr>
      <w:tr>
        <w:tc>
          <w:tcPr>
            <w:tcW w:type="dxa" w:w="3362"/>
            <w:tcMar>
              <w:top w:w="65" w:type="dxa"/>
              <w:start w:w="85" w:type="dxa"/>
              <w:bottom w:w="65" w:type="dxa"/>
              <w:end w:w="85" w:type="dxa"/>
            </w:tcMar>
            <w:vAlign w:val="top"/>
          </w:tcPr>
          <w:p>
            <w:r>
              <w:rPr>
                <w:sz w:val="17"/>
              </w:rPr>
              <w:t>F13</w:t>
            </w:r>
          </w:p>
        </w:tc>
        <w:tc>
          <w:tcPr>
            <w:tcW w:type="dxa" w:w="3362"/>
            <w:tcMar>
              <w:top w:w="65" w:type="dxa"/>
              <w:start w:w="85" w:type="dxa"/>
              <w:bottom w:w="65" w:type="dxa"/>
              <w:end w:w="85" w:type="dxa"/>
            </w:tcMar>
            <w:vAlign w:val="top"/>
          </w:tcPr>
          <w:p>
            <w:r>
              <w:rPr>
                <w:sz w:val="17"/>
              </w:rPr>
              <w:t>Strategia EqForecast v1.0</w:t>
            </w:r>
          </w:p>
        </w:tc>
        <w:tc>
          <w:tcPr>
            <w:tcW w:type="dxa" w:w="3362"/>
            <w:tcMar>
              <w:top w:w="65" w:type="dxa"/>
              <w:start w:w="85" w:type="dxa"/>
              <w:bottom w:w="65" w:type="dxa"/>
              <w:end w:w="85" w:type="dxa"/>
            </w:tcMar>
            <w:vAlign w:val="top"/>
          </w:tcPr>
          <w:p>
            <w:r>
              <w:rPr>
                <w:sz w:val="17"/>
              </w:rPr>
              <w:t>Gerarchia metodologica, congelamento e validazione D1/D2.</w:t>
            </w:r>
          </w:p>
        </w:tc>
      </w:tr>
      <w:tr>
        <w:tc>
          <w:tcPr>
            <w:tcW w:type="dxa" w:w="3362"/>
            <w:vAlign w:val="top"/>
          </w:tcPr>
          <w:p>
            <w:r>
              <w:rPr>
                <w:sz w:val="17"/>
              </w:rPr>
              <w:t>F14</w:t>
            </w:r>
          </w:p>
        </w:tc>
        <w:tc>
          <w:tcPr>
            <w:tcW w:type="dxa" w:w="3362"/>
            <w:vAlign w:val="top"/>
          </w:tcPr>
          <w:p>
            <w:r>
              <w:rPr>
                <w:sz w:val="16"/>
              </w:rPr>
            </w:r>
            <w:hyperlink r:id="rId27">
              <w:r>
                <w:rPr>
                  <w:color w:val="0563C1"/>
                  <w:u w:val="single"/>
                </w:rPr>
                <w:t>Facebook - 717044518453011</w:t>
              </w:r>
            </w:hyperlink>
          </w:p>
        </w:tc>
        <w:tc>
          <w:tcPr>
            <w:tcW w:type="dxa" w:w="3362"/>
            <w:vAlign w:val="top"/>
          </w:tcPr>
          <w:p>
            <w:r>
              <w:rPr>
                <w:sz w:val="17"/>
              </w:rPr>
              <w:t>Bollettino originale del 18 ottobre 2016; URL diretto fornito e confermato nel materiale.</w:t>
            </w:r>
          </w:p>
        </w:tc>
      </w:tr>
      <w:tr>
        <w:tc>
          <w:tcPr>
            <w:tcW w:type="dxa" w:w="3362"/>
            <w:vAlign w:val="top"/>
          </w:tcPr>
          <w:p>
            <w:r>
              <w:rPr>
                <w:sz w:val="17"/>
              </w:rPr>
              <w:t>F15</w:t>
            </w:r>
          </w:p>
        </w:tc>
        <w:tc>
          <w:tcPr>
            <w:tcW w:type="dxa" w:w="3362"/>
            <w:vAlign w:val="top"/>
          </w:tcPr>
          <w:p>
            <w:r>
              <w:rPr>
                <w:sz w:val="16"/>
              </w:rPr>
            </w:r>
            <w:hyperlink r:id="rId31">
              <w:r>
                <w:rPr>
                  <w:color w:val="0563C1"/>
                  <w:u w:val="single"/>
                </w:rPr>
                <w:t>Facebook - 722019831288813</w:t>
              </w:r>
            </w:hyperlink>
          </w:p>
        </w:tc>
        <w:tc>
          <w:tcPr>
            <w:tcW w:type="dxa" w:w="3362"/>
            <w:vAlign w:val="top"/>
          </w:tcPr>
          <w:p>
            <w:r>
              <w:rPr>
                <w:sz w:val="17"/>
              </w:rPr>
              <w:t>Post del 26 ottobre indicato dall’autore come pubblicato alle 11:43; timestamp/fuso ancora DA VERIFICARE.</w:t>
            </w:r>
          </w:p>
        </w:tc>
      </w:tr>
      <w:tr>
        <w:tc>
          <w:tcPr>
            <w:tcW w:type="dxa" w:w="3362"/>
            <w:vAlign w:val="top"/>
          </w:tcPr>
          <w:p>
            <w:r>
              <w:rPr>
                <w:sz w:val="17"/>
              </w:rPr>
              <w:t>F16</w:t>
            </w:r>
          </w:p>
        </w:tc>
        <w:tc>
          <w:tcPr>
            <w:tcW w:type="dxa" w:w="3362"/>
            <w:vAlign w:val="top"/>
          </w:tcPr>
          <w:p>
            <w:r>
              <w:rPr>
                <w:sz w:val="16"/>
              </w:rPr>
            </w:r>
            <w:hyperlink r:id="rId30">
              <w:r>
                <w:rPr>
                  <w:color w:val="0563C1"/>
                  <w:u w:val="single"/>
                </w:rPr>
                <w:t>Facebook - 722710817886381</w:t>
              </w:r>
            </w:hyperlink>
          </w:p>
        </w:tc>
        <w:tc>
          <w:tcPr>
            <w:tcW w:type="dxa" w:w="3362"/>
            <w:vAlign w:val="top"/>
          </w:tcPr>
          <w:p>
            <w:r>
              <w:rPr>
                <w:sz w:val="17"/>
              </w:rPr>
              <w:t>Post del 27 ottobre 2016 e commenti; fonte primaria della ricezione e delle reazioni successive.</w:t>
            </w:r>
          </w:p>
        </w:tc>
      </w:tr>
      <w:tr>
        <w:tc>
          <w:tcPr>
            <w:tcW w:type="dxa" w:w="3362"/>
            <w:vAlign w:val="top"/>
          </w:tcPr>
          <w:p>
            <w:r>
              <w:rPr>
                <w:sz w:val="17"/>
              </w:rPr>
              <w:t>F17</w:t>
            </w:r>
          </w:p>
        </w:tc>
        <w:tc>
          <w:tcPr>
            <w:tcW w:type="dxa" w:w="3362"/>
            <w:vAlign w:val="top"/>
          </w:tcPr>
          <w:p>
            <w:r>
              <w:rPr>
                <w:sz w:val="16"/>
              </w:rPr>
            </w:r>
            <w:hyperlink r:id="rId26">
              <w:r>
                <w:rPr>
                  <w:color w:val="0563C1"/>
                  <w:u w:val="single"/>
                </w:rPr>
                <w:t>Facebook - 1066506843506775</w:t>
              </w:r>
            </w:hyperlink>
          </w:p>
        </w:tc>
        <w:tc>
          <w:tcPr>
            <w:tcW w:type="dxa" w:w="3362"/>
            <w:vAlign w:val="top"/>
          </w:tcPr>
          <w:p>
            <w:r>
              <w:rPr>
                <w:sz w:val="17"/>
              </w:rPr>
              <w:t>Permalink richiamato nella ricostruzione EqForecast 2022 come riferimento all’allerta/Norcia.</w:t>
            </w:r>
          </w:p>
        </w:tc>
      </w:tr>
      <w:tr>
        <w:tc>
          <w:tcPr>
            <w:tcW w:type="dxa" w:w="3362"/>
            <w:vAlign w:val="top"/>
          </w:tcPr>
          <w:p>
            <w:r>
              <w:rPr>
                <w:sz w:val="17"/>
              </w:rPr>
              <w:t>F18</w:t>
            </w:r>
          </w:p>
        </w:tc>
        <w:tc>
          <w:tcPr>
            <w:tcW w:type="dxa" w:w="3362"/>
            <w:vAlign w:val="top"/>
          </w:tcPr>
          <w:p>
            <w:r>
              <w:rPr>
                <w:sz w:val="16"/>
              </w:rPr>
            </w:r>
            <w:hyperlink r:id="rId25">
              <w:r>
                <w:rPr>
                  <w:color w:val="0563C1"/>
                  <w:u w:val="single"/>
                </w:rPr>
                <w:t>Facebook - 3534453550045413</w:t>
              </w:r>
            </w:hyperlink>
          </w:p>
        </w:tc>
        <w:tc>
          <w:tcPr>
            <w:tcW w:type="dxa" w:w="3362"/>
            <w:vAlign w:val="top"/>
          </w:tcPr>
          <w:p>
            <w:r>
              <w:rPr>
                <w:sz w:val="17"/>
              </w:rPr>
              <w:t>Permalink storico fornito dall’autore; mapping puntuale del contenuto DA VERIFICARE.</w:t>
            </w:r>
          </w:p>
        </w:tc>
      </w:tr>
      <w:tr>
        <w:tc>
          <w:tcPr>
            <w:tcW w:type="dxa" w:w="3362"/>
            <w:vAlign w:val="top"/>
          </w:tcPr>
          <w:p>
            <w:r>
              <w:rPr>
                <w:sz w:val="17"/>
              </w:rPr>
              <w:t>F19</w:t>
            </w:r>
          </w:p>
        </w:tc>
        <w:tc>
          <w:tcPr>
            <w:tcW w:type="dxa" w:w="3362"/>
            <w:vAlign w:val="top"/>
          </w:tcPr>
          <w:p>
            <w:r>
              <w:rPr>
                <w:sz w:val="16"/>
              </w:rPr>
            </w:r>
            <w:hyperlink r:id="rId29">
              <w:r>
                <w:rPr>
                  <w:color w:val="0563C1"/>
                  <w:u w:val="single"/>
                </w:rPr>
                <w:t>Facebook - 722216807935782</w:t>
              </w:r>
            </w:hyperlink>
          </w:p>
        </w:tc>
        <w:tc>
          <w:tcPr>
            <w:tcW w:type="dxa" w:w="3362"/>
            <w:vAlign w:val="top"/>
          </w:tcPr>
          <w:p>
            <w:r>
              <w:rPr>
                <w:sz w:val="17"/>
              </w:rPr>
              <w:t>Permalink storico fornito dall’autore; mapping puntuale del contenuto DA VERIFICARE.</w:t>
            </w:r>
          </w:p>
        </w:tc>
      </w:tr>
      <w:tr>
        <w:tc>
          <w:tcPr>
            <w:tcW w:type="dxa" w:w="3362"/>
            <w:vAlign w:val="top"/>
          </w:tcPr>
          <w:p>
            <w:r>
              <w:rPr>
                <w:sz w:val="17"/>
              </w:rPr>
              <w:t>F20</w:t>
            </w:r>
          </w:p>
        </w:tc>
        <w:tc>
          <w:tcPr>
            <w:tcW w:type="dxa" w:w="3362"/>
            <w:vAlign w:val="top"/>
          </w:tcPr>
          <w:p>
            <w:r>
              <w:rPr>
                <w:sz w:val="16"/>
              </w:rPr>
            </w:r>
            <w:hyperlink r:id="rId28">
              <w:r>
                <w:rPr>
                  <w:color w:val="0563C1"/>
                  <w:u w:val="single"/>
                </w:rPr>
                <w:t>Facebook - 722644601226336</w:t>
              </w:r>
            </w:hyperlink>
          </w:p>
        </w:tc>
        <w:tc>
          <w:tcPr>
            <w:tcW w:type="dxa" w:w="3362"/>
            <w:vAlign w:val="top"/>
          </w:tcPr>
          <w:p>
            <w:r>
              <w:rPr>
                <w:sz w:val="17"/>
              </w:rPr>
              <w:t>Permalink storico fornito dall’autore; mapping puntuale del contenuto DA VERIFICARE.</w:t>
            </w:r>
          </w:p>
        </w:tc>
      </w:tr>
      <w:tr>
        <w:tc>
          <w:tcPr>
            <w:tcW w:type="dxa" w:w="3362"/>
            <w:vAlign w:val="top"/>
          </w:tcPr>
          <w:p>
            <w:r>
              <w:rPr>
                <w:sz w:val="17"/>
              </w:rPr>
              <w:t>F21</w:t>
            </w:r>
          </w:p>
        </w:tc>
        <w:tc>
          <w:tcPr>
            <w:tcW w:type="dxa" w:w="3362"/>
            <w:vAlign w:val="top"/>
          </w:tcPr>
          <w:p>
            <w:r>
              <w:rPr>
                <w:sz w:val="16"/>
              </w:rPr>
            </w:r>
            <w:hyperlink r:id="rId32">
              <w:r>
                <w:rPr>
                  <w:color w:val="0563C1"/>
                  <w:u w:val="single"/>
                </w:rPr>
                <w:t>Facebook - 717046938452769</w:t>
              </w:r>
            </w:hyperlink>
          </w:p>
        </w:tc>
        <w:tc>
          <w:tcPr>
            <w:tcW w:type="dxa" w:w="3362"/>
            <w:vAlign w:val="top"/>
          </w:tcPr>
          <w:p>
            <w:r>
              <w:rPr>
                <w:sz w:val="17"/>
              </w:rPr>
              <w:t>Richiamo retrospettivo al post del 18 ottobre presente nell’archivio testuale.</w:t>
            </w:r>
          </w:p>
        </w:tc>
      </w:tr>
      <w:tr>
        <w:tc>
          <w:tcPr>
            <w:tcW w:type="dxa" w:w="3362"/>
            <w:vAlign w:val="top"/>
          </w:tcPr>
          <w:p>
            <w:r>
              <w:rPr>
                <w:sz w:val="17"/>
              </w:rPr>
              <w:t>F22</w:t>
            </w:r>
          </w:p>
        </w:tc>
        <w:tc>
          <w:tcPr>
            <w:tcW w:type="dxa" w:w="3362"/>
            <w:vAlign w:val="top"/>
          </w:tcPr>
          <w:p>
            <w:r>
              <w:rPr>
                <w:sz w:val="16"/>
              </w:rPr>
            </w:r>
            <w:hyperlink r:id="rId33">
              <w:r>
                <w:rPr>
                  <w:color w:val="0563C1"/>
                  <w:u w:val="single"/>
                </w:rPr>
                <w:t>Facebook - 722248171265979</w:t>
              </w:r>
            </w:hyperlink>
          </w:p>
        </w:tc>
        <w:tc>
          <w:tcPr>
            <w:tcW w:type="dxa" w:w="3362"/>
            <w:vAlign w:val="top"/>
          </w:tcPr>
          <w:p>
            <w:r>
              <w:rPr>
                <w:sz w:val="17"/>
              </w:rPr>
              <w:t>Post/commenti richiamati nell’archivio testuale; descrizione storica puntuale DA VERIFICARE.</w:t>
            </w:r>
          </w:p>
        </w:tc>
      </w:tr>
    </w:tbl>
    <w:p>
      <w:hyperlink r:id="rId19">
        <w:r>
          <w:rPr>
            <w:color w:val="0563C1"/>
            <w:u w:val="single"/>
          </w:rPr>
          <w:t>INGV - aggiornamento 27 ottobre 2016</w:t>
        </w:r>
      </w:hyperlink>
    </w:p>
    <w:p>
      <w:hyperlink r:id="rId20">
        <w:r>
          <w:rPr>
            <w:color w:val="0563C1"/>
            <w:u w:val="single"/>
          </w:rPr>
          <w:t>Protezione Civile - terremoto Centro Italia 2016-2017</w:t>
        </w:r>
      </w:hyperlink>
    </w:p>
    <w:p>
      <w:hyperlink r:id="rId21">
        <w:r>
          <w:rPr>
            <w:color w:val="0563C1"/>
            <w:u w:val="single"/>
          </w:rPr>
          <w:t>ANSA - Crolli, paura e silenzio</w:t>
        </w:r>
      </w:hyperlink>
    </w:p>
    <w:p>
      <w:hyperlink r:id="rId22">
        <w:r>
          <w:rPr>
            <w:color w:val="0563C1"/>
            <w:u w:val="single"/>
          </w:rPr>
          <w:t>Vigili del Fuoco - Macerata 27 ottobre 2016</w:t>
        </w:r>
      </w:hyperlink>
    </w:p>
    <w:p>
      <w:hyperlink r:id="rId23">
        <w:r>
          <w:rPr>
            <w:color w:val="0563C1"/>
            <w:u w:val="single"/>
          </w:rPr>
          <w:t>il Giornale - 28 ottobre 2016</w:t>
        </w:r>
      </w:hyperlink>
    </w:p>
    <w:p>
      <w:hyperlink r:id="rId24">
        <w:r>
          <w:rPr>
            <w:color w:val="0563C1"/>
            <w:u w:val="single"/>
          </w:rPr>
          <w:t>Nuti et al. - Bulletin of Earthquake Engineering</w:t>
        </w:r>
      </w:hyperlink>
    </w:p>
    <w:p>
      <w:pPr>
        <w:pStyle w:val="Heading1"/>
      </w:pPr>
      <w:r>
        <w:t>14. Registro aperto delle verifiche</w:t>
      </w:r>
    </w:p>
    <w:p>
      <w:pPr>
        <w:pStyle w:val="ListBullet"/>
      </w:pPr>
      <w:r>
        <w:t>V-2016-01 - Verificare il timestamp e il fuso originale del post Facebook indicato come 11:43 del 26 ottobre, conservando screenshot/metadata se disponibili.</w:t>
      </w:r>
    </w:p>
    <w:p>
      <w:pPr>
        <w:pStyle w:val="ListBullet"/>
      </w:pPr>
      <w:r>
        <w:t>V-2016-02 - Costruire il calendario completo di tutte le finestre emesse fra agosto e novembre 2016, includendo i periodi senza evento e i falsi allarmi.</w:t>
      </w:r>
    </w:p>
    <w:p>
      <w:pPr>
        <w:pStyle w:val="ListBullet"/>
      </w:pPr>
      <w:r>
        <w:t>V-2016-03 - Audit individuale delle testimonianze di comportamento antecedente alla prima scossa.</w:t>
      </w:r>
    </w:p>
    <w:p>
      <w:pPr>
        <w:pStyle w:val="ListBullet"/>
      </w:pPr>
      <w:r>
        <w:t>V-2016-04 - Verificare eventuali ulteriori telefonate/messaggi privati con data e consenso alla conservazione.</w:t>
      </w:r>
    </w:p>
    <w:p>
      <w:pPr>
        <w:pStyle w:val="ListBullet"/>
      </w:pPr>
      <w:r>
        <w:t>V-2016-05 - Verificare, tramite archivi istituzionali e media contemporanei, quali comunicazioni pubbliche di rischio sismico fossero disponibili prima delle 17:10 UTC del 26 ottobre.</w:t>
      </w:r>
    </w:p>
    <w:p>
      <w:pPr>
        <w:pStyle w:val="ListBullet"/>
      </w:pPr>
      <w:r>
        <w:t>V-2016-06 - Non usare il caso per modificare soglie, formule o Opzione 2.6; nessun tuning retrospettivo.</w:t>
      </w:r>
    </w:p>
    <w:p>
      <w:r/>
    </w:p>
    <w:p/>
    <w:p>
      <w:r>
        <w:rPr>
          <w:b/>
        </w:rPr>
        <w:t xml:space="preserve">Regola di consultazione v0.4. </w:t>
      </w:r>
      <w:r>
        <w:t>I testi dell’appendice sono la trascrizione conservata. Quando il post ha un permalink noto, il relativo URL è riportato nel Registro fonti F14-F22 e, per i commenti classificati, nel collegamento “Post di origine”. Per documenti privati o screenshot senza permalink pubblico, l’immagine costituisce la fonte primaria.</w:t>
      </w:r>
    </w:p>
    <w:p>
      <w:pPr>
        <w:pStyle w:val="Heading1"/>
      </w:pPr>
      <w:r>
        <w:t>APPENDICE A - Testi principali dell’archivio Facebook</w:t>
      </w:r>
    </w:p>
    <w:p>
      <w:r>
        <w:t>Trascrizione dal file raw. Le affermazioni storiche sono conservate per fedeltà documentale; la loro presenza non ne modifica lo stato scientifico attuale.</w:t>
      </w:r>
    </w:p>
    <w:p>
      <w:pPr>
        <w:pStyle w:val="Heading2"/>
      </w:pPr>
      <w:r>
        <w:t>P1 · Retrospettiva 2026 - “Chi dormì in macchina…”</w:t>
      </w:r>
    </w:p>
    <w:p>
      <w:r>
        <w:rPr>
          <w:b/>
          <w:color w:val="B52730"/>
        </w:rPr>
        <w:t>Stato documentale: RETROSPETTIVO 2026</w:t>
      </w:r>
    </w:p>
    <w:p>
      <w:pPr>
        <w:spacing w:after="40" w:line="240" w:lineRule="auto"/>
      </w:pPr>
      <w:r>
        <w:rPr>
          <w:sz w:val="17"/>
        </w:rPr>
        <w:t>Chi dormì in macchina quel 24 ottobre 2016: da fare anche nelle prossime 24 ore?</w:t>
      </w:r>
    </w:p>
    <w:p>
      <w:pPr>
        <w:spacing w:after="40" w:line="240" w:lineRule="auto"/>
      </w:pPr>
      <w:r>
        <w:rPr>
          <w:sz w:val="17"/>
        </w:rPr>
        <w:t>DODICI VITE UMANE SALVATE CON LA PREVISIONE DI EQFORECAST.</w:t>
      </w:r>
    </w:p>
    <w:p>
      <w:pPr>
        <w:spacing w:after="40" w:line="240" w:lineRule="auto"/>
      </w:pPr>
      <w:r>
        <w:rPr>
          <w:sz w:val="17"/>
        </w:rPr>
        <w:t>Io allora dissi in privato a diverse persone che mi interpellavano, che forse sarebbe stato meglio dormire in macchina, se si abitava in zona del centro Italia - Norcia tra il 26 e il 28.10.2016.</w:t>
      </w:r>
    </w:p>
    <w:p>
      <w:pPr>
        <w:spacing w:after="40" w:line="240" w:lineRule="auto"/>
      </w:pPr>
      <w:r>
        <w:rPr>
          <w:sz w:val="17"/>
        </w:rPr>
        <w:t>Molti dormirono in macchina già dalla notte prima.</w:t>
      </w:r>
    </w:p>
    <w:p>
      <w:pPr>
        <w:spacing w:after="40" w:line="240" w:lineRule="auto"/>
      </w:pPr>
      <w:r>
        <w:rPr>
          <w:sz w:val="17"/>
        </w:rPr>
        <w:t>Poi la scossa tremenda M5+ del 26.10.2016 a Castelsantangelo sul Nera e l'incredibile serie di messaggi (alcuni qui allegati) di persone che avevano seguito il consiglio di dormire in macchina ed ebbero così salva la vita.</w:t>
      </w:r>
    </w:p>
    <w:p>
      <w:pPr>
        <w:spacing w:after="40" w:line="240" w:lineRule="auto"/>
      </w:pPr>
      <w:r>
        <w:rPr>
          <w:sz w:val="17"/>
        </w:rPr>
        <w:t>LO DEVO DIRE ANCHE ORA PER LE PROSSIME 48 ORE, DORMITE IN MACCHINA?</w:t>
      </w:r>
    </w:p>
    <w:p>
      <w:pPr>
        <w:spacing w:after="40" w:line="240" w:lineRule="auto"/>
      </w:pPr>
      <w:r>
        <w:rPr>
          <w:sz w:val="17"/>
        </w:rPr>
        <w:t>Le zone a rischio sismico sono chiamate in tempo reale dall'App: ora le condizioni di previsione sono molto più consapevoli e NON abbiamo gli allineamenti planetari di allora (vedete i post qui sotto). Oggi sappiamo che le occasioni nefaste per dormire in auto sono relegate fortunatamente solo a massimo al 3% del tempo (mediamente, max 8-9 giorni in un anno).</w:t>
      </w:r>
    </w:p>
    <w:p>
      <w:pPr>
        <w:spacing w:after="40" w:line="240" w:lineRule="auto"/>
      </w:pPr>
      <w:r>
        <w:rPr>
          <w:sz w:val="17"/>
        </w:rPr>
        <w:t>Ma, come scrissi allora: "meglio un falso allarme in più che una strage".</w:t>
      </w:r>
    </w:p>
    <w:p>
      <w:pPr>
        <w:spacing w:after="40" w:line="240" w:lineRule="auto"/>
      </w:pPr>
      <w:r>
        <w:rPr>
          <w:sz w:val="17"/>
        </w:rPr>
        <w:t>Qui: https://www.facebook.com/.../permalink/717046938452769/ il post del 18 ottobre che preannuciava la tragedia.</w:t>
      </w:r>
    </w:p>
    <w:p>
      <w:pPr>
        <w:spacing w:after="40" w:line="240" w:lineRule="auto"/>
      </w:pPr>
      <w:r>
        <w:rPr>
          <w:sz w:val="17"/>
        </w:rPr>
        <w:t>Qui https://www.facebook.com/.../permalink/722248171265979/ il post successivo alla scossa del 24.10.2016, leggete i commenti.</w:t>
      </w:r>
    </w:p>
    <w:p>
      <w:pPr>
        <w:spacing w:after="40" w:line="240" w:lineRule="auto"/>
      </w:pPr>
      <w:r>
        <w:rPr>
          <w:sz w:val="17"/>
        </w:rPr>
        <w:t>Un caro saluto.</w:t>
      </w:r>
    </w:p>
    <w:p>
      <w:pPr>
        <w:spacing w:after="40" w:line="240" w:lineRule="auto"/>
      </w:pPr>
      <w:r>
        <w:rPr>
          <w:sz w:val="17"/>
        </w:rPr>
        <w:t>Per approfondire --&gt; CHAT UFFICIALE EQFORECAST in tempo reale: https://t.me/+tiGW_kkHYbY0MWNk.</w:t>
      </w:r>
    </w:p>
    <w:p>
      <w:pPr>
        <w:pStyle w:val="Heading2"/>
      </w:pPr>
      <w:r>
        <w:t>P2 · Amarcord - dialogo del 19 ottobre 2016</w:t>
      </w:r>
    </w:p>
    <w:p>
      <w:r>
        <w:rPr>
          <w:b/>
          <w:color w:val="B52730"/>
        </w:rPr>
        <w:t>Stato documentale: RETROSPETTIVO; RICHIAMA DOCUMENTI 2016</w:t>
      </w:r>
    </w:p>
    <w:p>
      <w:pPr>
        <w:spacing w:after="40" w:line="240" w:lineRule="auto"/>
      </w:pPr>
      <w:r>
        <w:rPr>
          <w:sz w:val="17"/>
        </w:rPr>
        <w:t>AMARCORD - QUEL 19 OTTOBRE 2016.</w:t>
      </w:r>
    </w:p>
    <w:p>
      <w:pPr>
        <w:spacing w:after="40" w:line="240" w:lineRule="auto"/>
      </w:pPr>
      <w:r>
        <w:rPr>
          <w:sz w:val="17"/>
        </w:rPr>
        <w:t>RAPPORTO E-EPISTOLARE TRA STEFANO CALANDRA ED UN VIGILE DEL FUOCO SUL PROSSIMO SISMA DI MC E DI NORCIA DEL 26 e 30 OTTOBRE 2016.</w:t>
      </w:r>
    </w:p>
    <w:p>
      <w:pPr>
        <w:spacing w:after="40" w:line="240" w:lineRule="auto"/>
      </w:pPr>
      <w:r>
        <w:rPr>
          <w:sz w:val="17"/>
        </w:rPr>
        <w:t>Qui in allegato trovate un rapporto epistolare “storico”, tratto dal mio archivio di rapporti epistolari che io tenevo con alcune persone.</w:t>
      </w:r>
    </w:p>
    <w:p>
      <w:pPr>
        <w:spacing w:after="40" w:line="240" w:lineRule="auto"/>
      </w:pPr>
      <w:r>
        <w:rPr>
          <w:sz w:val="17"/>
        </w:rPr>
        <w:t>Si tratta dei giorni antecedenti i sismi &gt; 5R di quell’ottobre 2016.</w:t>
      </w:r>
    </w:p>
    <w:p>
      <w:pPr>
        <w:spacing w:after="40" w:line="240" w:lineRule="auto"/>
      </w:pPr>
      <w:r>
        <w:rPr>
          <w:sz w:val="17"/>
        </w:rPr>
        <w:t>Una di queste persone è un vigile del fuoco - che ringrazio per l’autorizzazione a pubblicare- al quale avevo paventato tutte le mie paure relativamente all’incremento forte di probabilità di un sisma pericoloso nei giorni “tra il 21 e il 28 ottobre”.</w:t>
      </w:r>
    </w:p>
    <w:p>
      <w:pPr>
        <w:spacing w:after="40" w:line="240" w:lineRule="auto"/>
      </w:pPr>
      <w:r>
        <w:rPr>
          <w:sz w:val="17"/>
        </w:rPr>
        <w:t>I sismi arrivarono il 26 ed il 30/10.</w:t>
      </w:r>
    </w:p>
    <w:p>
      <w:pPr>
        <w:spacing w:after="40" w:line="240" w:lineRule="auto"/>
      </w:pPr>
      <w:r>
        <w:rPr>
          <w:sz w:val="17"/>
        </w:rPr>
        <w:t>Ero ancora all’inizi di una scoperta che si sarebbe rivelata fondata ed utile per salvare vite umane.</w:t>
      </w:r>
    </w:p>
    <w:p>
      <w:pPr>
        <w:spacing w:after="40" w:line="240" w:lineRule="auto"/>
      </w:pPr>
      <w:r>
        <w:rPr>
          <w:sz w:val="17"/>
        </w:rPr>
        <w:t>In questo scambio epistolare io ancora non potevo dare alcuna certezza sul “dove” esattamente sarebbe capitato il sisma, ma Norcia era tra le località che mi risultavano.</w:t>
      </w:r>
    </w:p>
    <w:p>
      <w:pPr>
        <w:spacing w:after="40" w:line="240" w:lineRule="auto"/>
      </w:pPr>
      <w:r>
        <w:rPr>
          <w:sz w:val="17"/>
        </w:rPr>
        <w:t>Oggi, a quasi 2 anni di distanza, è tutto molto diverso, perché sappiamo anche il DOVE, grazie alle mappe on line.</w:t>
      </w:r>
    </w:p>
    <w:p>
      <w:pPr>
        <w:spacing w:after="40" w:line="240" w:lineRule="auto"/>
      </w:pPr>
      <w:r>
        <w:rPr>
          <w:sz w:val="17"/>
        </w:rPr>
        <w:t>Sempre oggi, con il senno di poi, mi piace pubblicare tutto questo perché ora, rispetto ad allora, conosciamo molto meglio le ragioni di tutto quello che all’epoca avevo intuito.</w:t>
      </w:r>
    </w:p>
    <w:p>
      <w:pPr>
        <w:spacing w:after="40" w:line="240" w:lineRule="auto"/>
      </w:pPr>
      <w:r>
        <w:rPr>
          <w:sz w:val="17"/>
        </w:rPr>
        <w:t>Qui trovate il post pubblicato allora: https://www.facebook.com/groups/EarthquakesForecast/permalink/722019831288813/.</w:t>
      </w:r>
    </w:p>
    <w:p>
      <w:pPr>
        <w:spacing w:after="40" w:line="240" w:lineRule="auto"/>
      </w:pPr>
      <w:r>
        <w:rPr>
          <w:sz w:val="17"/>
        </w:rPr>
        <w:t>Una buona giornata.</w:t>
      </w:r>
    </w:p>
    <w:p>
      <w:pPr>
        <w:spacing w:after="40" w:line="240" w:lineRule="auto"/>
      </w:pPr>
      <w:r>
        <w:rPr>
          <w:sz w:val="17"/>
        </w:rPr>
        <w:t>S. Calandra</w:t>
      </w:r>
    </w:p>
    <w:p>
      <w:pPr>
        <w:spacing w:after="40" w:line="240" w:lineRule="auto"/>
      </w:pPr>
      <w:r>
        <w:rPr>
          <w:sz w:val="17"/>
        </w:rPr>
        <w:t>™Earthquakes Forecast- The Gravitational Theory.</w:t>
      </w:r>
    </w:p>
    <w:p>
      <w:pPr>
        <w:spacing w:after="40" w:line="240" w:lineRule="auto"/>
      </w:pPr>
      <w:r>
        <w:rPr>
          <w:sz w:val="17"/>
        </w:rPr>
        <w:t>#earthquakesforecast</w:t>
      </w:r>
    </w:p>
    <w:p>
      <w:pPr>
        <w:pStyle w:val="Heading2"/>
      </w:pPr>
      <w:r>
        <w:t>P3 · Bollettino del 18 ottobre 2016</w:t>
      </w:r>
    </w:p>
    <w:p>
      <w:r>
        <w:rPr>
          <w:b/>
          <w:color w:val="B52730"/>
        </w:rPr>
        <w:t>Stato documentale: ANTECEDENTE ALL’EVENTO</w:t>
      </w:r>
    </w:p>
    <w:p>
      <w:pPr>
        <w:spacing w:after="40" w:line="240" w:lineRule="auto"/>
      </w:pPr>
      <w:r>
        <w:rPr>
          <w:sz w:val="17"/>
        </w:rPr>
        <w:t>BOLLETTINO 18/10/2016</w:t>
      </w:r>
    </w:p>
    <w:p>
      <w:pPr>
        <w:spacing w:after="40" w:line="240" w:lineRule="auto"/>
      </w:pPr>
      <w:r>
        <w:rPr>
          <w:sz w:val="17"/>
        </w:rPr>
        <w:t>PICCHI SISMICI IN TUTTA ITALIA (a partire da nord) TRA 21/10 e 10/11/2016. ULTIMA FASE SISMICA RILEVANTE IN ITALIA PER IL 2016! (Finalmente!</w:t>
      </w:r>
    </w:p>
    <w:p>
      <w:pPr>
        <w:spacing w:after="40" w:line="240" w:lineRule="auto"/>
      </w:pPr>
      <w:r>
        <w:rPr>
          <w:sz w:val="17"/>
        </w:rPr>
        <w:t>)</w:t>
      </w:r>
    </w:p>
    <w:p>
      <w:pPr>
        <w:spacing w:after="40" w:line="240" w:lineRule="auto"/>
      </w:pPr>
      <w:r>
        <w:rPr>
          <w:sz w:val="17"/>
        </w:rPr>
        <w:t>Avvertenza</w:t>
      </w:r>
    </w:p>
    <w:p>
      <w:pPr>
        <w:spacing w:after="40" w:line="240" w:lineRule="auto"/>
      </w:pPr>
      <w:r>
        <w:rPr>
          <w:sz w:val="17"/>
        </w:rPr>
        <w:t>"Queste previsioni costituiscono solo delle ipotesi pseudo-scientifiche, derivanti da un modello teorico troppo giovane per essere comprovato al 100%. Sebbene, finora, da quando è stato utilizzato (28 agosto 2016) le previsioni del modello teorico si siano verificate per oltre l'80% delle previsioni!</w:t>
      </w:r>
    </w:p>
    <w:p>
      <w:pPr>
        <w:spacing w:after="40" w:line="240" w:lineRule="auto"/>
      </w:pPr>
      <w:r>
        <w:rPr>
          <w:sz w:val="17"/>
        </w:rPr>
        <w:t>L'intento di questo nostro lavoro è di rendere le persone capaci di fare queste previsioni anche da sé, per l'incolumità personale, imparando ad utilizzare il modello esattamente come stiamo facendo noi....</w:t>
      </w:r>
    </w:p>
    <w:p>
      <w:pPr>
        <w:spacing w:after="40" w:line="240" w:lineRule="auto"/>
      </w:pPr>
      <w:r>
        <w:rPr>
          <w:sz w:val="17"/>
        </w:rPr>
        <w:t>Questo perché le Istituzioni (INGV, CNR) sono sorde ai nostri appelli e quindi desideriamo che la gente venga informata "dal basso" sulla possibilità di prevedere con correttezza i terremoti in Italia. La nostra speranza è di poter riuscire a combinare i nostri studi con quelli di Giampaolo Giuliani, al fine di precisare anche il luogo dove avverrà il sisma.</w:t>
      </w:r>
    </w:p>
    <w:p>
      <w:pPr>
        <w:spacing w:after="40" w:line="240" w:lineRule="auto"/>
      </w:pPr>
      <w:r>
        <w:rPr>
          <w:sz w:val="17"/>
        </w:rPr>
        <w:t>Preciso infine, che dedico quanto del mio tempo posso ogni giorno a questa attività di previsione, ma tenete conto che la mia vita lavorativa è tutta in un altro settore e fintanto che avrò pochi mezzi e le istituzioni non ci ascoltano, con il poco tempo a disposizione, le mie previsioni purtroppo non potranno essere frequenti negli aggiornamenti e non potranno fornire GARANZIA di essere affidabili. Anche solo per la mia mancanza di tempo o imperizia di interpretare correttamente il modello teorico. Lo dico per onestà intellettuale ed a scanso di equivoci."</w:t>
      </w:r>
    </w:p>
    <w:p>
      <w:pPr>
        <w:spacing w:after="40" w:line="240" w:lineRule="auto"/>
      </w:pPr>
      <w:r>
        <w:rPr>
          <w:sz w:val="17"/>
        </w:rPr>
        <w:t>------------------------------------------</w:t>
      </w:r>
    </w:p>
    <w:p>
      <w:pPr>
        <w:spacing w:after="40" w:line="240" w:lineRule="auto"/>
      </w:pPr>
      <w:r>
        <w:rPr>
          <w:sz w:val="17"/>
        </w:rPr>
        <w:t>PICCHI SISMICI IN TUTTA ITALIA (a partire da nord) TRA 21/10 e 10/11/2016. ULTIMA FASE SISMICA RILEVANTE IN ITALIA PER IL 2016! (Finalmente!</w:t>
      </w:r>
    </w:p>
    <w:p>
      <w:pPr>
        <w:spacing w:after="40" w:line="240" w:lineRule="auto"/>
      </w:pPr>
      <w:r>
        <w:rPr>
          <w:sz w:val="17"/>
        </w:rPr>
        <w:t>)</w:t>
      </w:r>
    </w:p>
    <w:p>
      <w:pPr>
        <w:spacing w:after="40" w:line="240" w:lineRule="auto"/>
      </w:pPr>
      <w:r>
        <w:rPr>
          <w:sz w:val="17"/>
        </w:rPr>
        <w:t>Questo bollettino non conterrà le previsioni dettagliate giorno per giorno. Io ed il collega Gagliardi siamo stati fino ad oggi infatti persino molto in forse se pubblicare questo bollettino, con il quale si descrive la previsione dell'ultima lunga scia sismica di una certa entità in Italia del 2016.</w:t>
      </w:r>
    </w:p>
    <w:p>
      <w:pPr>
        <w:spacing w:after="40" w:line="240" w:lineRule="auto"/>
      </w:pPr>
      <w:r>
        <w:rPr>
          <w:sz w:val="17"/>
        </w:rPr>
        <w:t>Essa avverrà nel periodo 21/10-10/11/2016.</w:t>
      </w:r>
    </w:p>
    <w:p>
      <w:pPr>
        <w:spacing w:after="40" w:line="240" w:lineRule="auto"/>
      </w:pPr>
      <w:r>
        <w:rPr>
          <w:sz w:val="17"/>
        </w:rPr>
        <w:t>In base alla teoria dei pianeti allineati gagliardi calandra i prossimi picchi sismici in Italia saranno forti e ripetuti, partiranno, pare, dal nord (altezza Veneto), ma poi picchi sismici continui saranno presenti al centro e fino al sud Italia, percorrendo tutta la faglia.</w:t>
      </w:r>
    </w:p>
    <w:p>
      <w:pPr>
        <w:spacing w:after="40" w:line="240" w:lineRule="auto"/>
      </w:pPr>
      <w:r>
        <w:rPr>
          <w:sz w:val="17"/>
        </w:rPr>
        <w:t>La serie più intensa è prevista con massima probabilità tra il 24 ed il 28 ottobre 2016, con scie sismiche forti e ripetute come al solito ogni 11 ore, ossia in corrispondenza della luna sul nostro meridiano o agli antipodi di esso.</w:t>
      </w:r>
    </w:p>
    <w:p>
      <w:pPr>
        <w:spacing w:after="40" w:line="240" w:lineRule="auto"/>
      </w:pPr>
      <w:r>
        <w:rPr>
          <w:sz w:val="17"/>
        </w:rPr>
        <w:t>PERCHÈ SONO COSÌ PRUDENTE E NON DIAMO UN CALENDARIO EVENTI ANALITICO?</w:t>
      </w:r>
    </w:p>
    <w:p>
      <w:pPr>
        <w:spacing w:after="40" w:line="240" w:lineRule="auto"/>
      </w:pPr>
      <w:r>
        <w:rPr>
          <w:sz w:val="17"/>
        </w:rPr>
        <w:t>Perchè quello che si verificherà in particolare il giorno 27, la notte e la mattina del 28/10/2016 nel nostro sistema solare è un fenomeno che io non ho mai visto prima d'ora.</w:t>
      </w:r>
    </w:p>
    <w:p>
      <w:pPr>
        <w:spacing w:after="40" w:line="240" w:lineRule="auto"/>
      </w:pPr>
      <w:r>
        <w:rPr>
          <w:sz w:val="17"/>
        </w:rPr>
        <w:t>È infatti una situazione totalmente straordinaria, che vede in quei 20 giorni allinearsi progressivamente ed a volte simultaneamente il "PARCO" COMPLETO DEI 5 PIANETI maggiormente responsabili dei picchi sismici più rilevanti degli ultimi 100 anni in Italia!</w:t>
      </w:r>
    </w:p>
    <w:p>
      <w:pPr>
        <w:spacing w:after="40" w:line="240" w:lineRule="auto"/>
      </w:pPr>
      <w:r>
        <w:rPr>
          <w:sz w:val="17"/>
        </w:rPr>
        <w:t>SI VEDA IMMAGINE!</w:t>
      </w:r>
    </w:p>
    <w:p>
      <w:pPr>
        <w:spacing w:after="40" w:line="240" w:lineRule="auto"/>
      </w:pPr>
      <w:r>
        <w:rPr>
          <w:sz w:val="17"/>
        </w:rPr>
        <w:t>La quantità di allineamenti CONTEMPORANEI (ben 4!) e precisione degli allineamenti che interesseranno i pianeti (sotto descritti in elenco e si veda immagine) con la Terra, tra il 24 ed il 28 invece, non si è registrata mai negli ultimi 100 anni e nemmeno per il terremoto di Amatrice (erano solo 2 allineamenti!).</w:t>
      </w:r>
    </w:p>
    <w:p>
      <w:pPr>
        <w:spacing w:after="40" w:line="240" w:lineRule="auto"/>
      </w:pPr>
      <w:r>
        <w:rPr>
          <w:sz w:val="17"/>
        </w:rPr>
        <w:t>Stiamo parlando di allineamenti praticamente perfetti, in alcuni casi minori di 1° come precisione, sia in altezza che in azimut.</w:t>
      </w:r>
    </w:p>
    <w:p>
      <w:pPr>
        <w:spacing w:after="40" w:line="240" w:lineRule="auto"/>
      </w:pPr>
      <w:r>
        <w:rPr>
          <w:sz w:val="17"/>
        </w:rPr>
        <w:t>L'allineamento perfetto di cui ho parlato qualche giorno fa per la Grecia, che ha visto Urano e Sole essere allineati con uno scarto minore di mezzo grado, ha prodotto l'effetto che sappiamo in Grecia: 5.2 il 15/10 u.s. In un luogo tra l'altro che geologi non sospettavano minimamente potesse essere a rischio sismico. Si veda http://cnt.rm.ingv.it/event/8530021.</w:t>
      </w:r>
    </w:p>
    <w:p>
      <w:pPr>
        <w:spacing w:after="40" w:line="240" w:lineRule="auto"/>
      </w:pPr>
      <w:r>
        <w:rPr>
          <w:sz w:val="17"/>
        </w:rPr>
        <w:t>Come ho spiegato nel post di ieri, questo allineamento perfetto "al minuto di grado" di Sole ed Urano, CON LINEA PASSANTE PER L'EPICENTRO DEL SISMA CON SCARTO INFERIORE AL GRADO SIA IN ALTEZZA CHE IN AZIMUT, mi ha consentito di fare una scoperta enorme.</w:t>
      </w:r>
    </w:p>
    <w:p>
      <w:pPr>
        <w:spacing w:after="40" w:line="240" w:lineRule="auto"/>
      </w:pPr>
      <w:r>
        <w:rPr>
          <w:sz w:val="17"/>
        </w:rPr>
        <w:t>È la scoperta che comprova matematicamente che l'allineamento perfetto tra Urano e Sole ha provocato quella forza gravitazionale in un unico punto (epicentro del sisma), tale da provocare a sua volta quel sisma (del 15/10, h. 22:14, 5.2) in quel punto e non poteva crearlo -in quel momento- in nessun altro luogo che in quel punto della Grecia!</w:t>
      </w:r>
    </w:p>
    <w:p>
      <w:pPr>
        <w:spacing w:after="40" w:line="240" w:lineRule="auto"/>
      </w:pPr>
      <w:r>
        <w:rPr>
          <w:sz w:val="17"/>
        </w:rPr>
        <w:t>Il legame causa (allineamenti planetari con l'asse terra Luna)- effetto (il sisma in Grecia di 5.2) è ora matematicamente dimostrato e lo esporrò pubblicamente nelle prossime settimane.</w:t>
      </w:r>
    </w:p>
    <w:p>
      <w:pPr>
        <w:spacing w:after="40" w:line="240" w:lineRule="auto"/>
      </w:pPr>
      <w:r>
        <w:rPr>
          <w:sz w:val="17"/>
        </w:rPr>
        <w:t>Io ed il collega Gagliardi a questo punto non vogliamo nemmeno tentare di abbozzare una previsione in termini di Richter per il sisma che vede non una ma almeno due linee di allineamento precise "al minuto di grado" su 4 linee totali, tra i giorni 27 e 28/10 inclusi, con massima probabilità la notte del 27 e la mattina del 28 al CENTRO ITALIA.</w:t>
      </w:r>
    </w:p>
    <w:p>
      <w:pPr>
        <w:spacing w:after="40" w:line="240" w:lineRule="auto"/>
      </w:pPr>
      <w:r>
        <w:rPr>
          <w:sz w:val="17"/>
        </w:rPr>
        <w:t>Io e Gagliardi non staremo a scrivere la solita lista di picchi sismici che, ogni 11 ore per effetto del passaggio lunare sul nostro meridiano (AQ1) o agli antipodi (AQ2) sI realizzerà, secondo quanto prevede il nostro modello teorico, per quanto concerne l'effetto mareale della luna che, in allineamento con gli altri pianeti, causa il sisma.</w:t>
      </w:r>
    </w:p>
    <w:p>
      <w:pPr>
        <w:spacing w:after="40" w:line="240" w:lineRule="auto"/>
      </w:pPr>
      <w:r>
        <w:rPr>
          <w:sz w:val="17"/>
        </w:rPr>
        <w:t>Ho deciso personalmente di lasciare invece a voi tutti lettori la possibilità di vedere e verificare da soli nelle tabelle (che vedete in foto) quanto l'allineamento o la posizione dei pianeti messi nel riquadro e circoletti colorati siano indicativi di queste allineamenti così precisi!</w:t>
      </w:r>
    </w:p>
    <w:p>
      <w:pPr>
        <w:spacing w:after="40" w:line="240" w:lineRule="auto"/>
      </w:pPr>
      <w:r>
        <w:rPr>
          <w:sz w:val="17"/>
        </w:rPr>
        <w:t>Temendo infatti un evento o anche forse più eventi che potranno interessare tutta la penisola da nord a sud con molta frequenza e violenza, io preferisco non esprimermi perché non ne ho le competenze. Nè voglio espormi finché la comunità scientifica non avrà approvato il modello teorico.</w:t>
      </w:r>
    </w:p>
    <w:p>
      <w:pPr>
        <w:spacing w:after="40" w:line="240" w:lineRule="auto"/>
      </w:pPr>
      <w:r>
        <w:rPr>
          <w:sz w:val="17"/>
        </w:rPr>
        <w:t>SI TRATTA INFATTI DI UN EVENTO TALMENTE STRAORDINARIO ASTRONOMICAMENTE CHE NON MI PERMETTE PUBBLICAMENTE DI DIRE NULLA DI PIÙ. Solamente: SAVE THE DATE!</w:t>
      </w:r>
    </w:p>
    <w:p>
      <w:pPr>
        <w:spacing w:after="40" w:line="240" w:lineRule="auto"/>
      </w:pPr>
      <w:r>
        <w:rPr>
          <w:sz w:val="17"/>
        </w:rPr>
        <w:t>Domanda: "Se io abitassi in una zona sismica del centro Italia, cosa devo fare?"</w:t>
      </w:r>
    </w:p>
    <w:p>
      <w:pPr>
        <w:spacing w:after="40" w:line="240" w:lineRule="auto"/>
      </w:pPr>
      <w:r>
        <w:rPr>
          <w:sz w:val="17"/>
        </w:rPr>
        <w:t>Mia personale risposta: "dagli studi fatti, quello che sicuramente potrei dire è di stare molto attenti dal 27 a tutta la mattina del 28. Ma questo lo dico per me stesso, non posso diramare allarmi certi e non posso azzardare nessuna ipotesi precisa finché la comunità scientifica non mi comprova questo modello teorico.</w:t>
      </w:r>
    </w:p>
    <w:p>
      <w:pPr>
        <w:spacing w:after="40" w:line="240" w:lineRule="auto"/>
      </w:pPr>
      <w:r>
        <w:rPr>
          <w:sz w:val="17"/>
        </w:rPr>
        <w:t>Ho interessato il Ricercatore Giampaolo Giuliani con i sui rivelatori di Radon per riuscire ad avere una certezza qualche ora prima dell'evento sismico. Di più non posso fare. Ma il modello teorico è giusto e parla chiaro, lo può leggere chiunque autonomamente, però pubblicamente non posso scrivere di più."</w:t>
      </w:r>
    </w:p>
    <w:p>
      <w:pPr>
        <w:spacing w:after="40" w:line="240" w:lineRule="auto"/>
      </w:pPr>
      <w:r>
        <w:rPr>
          <w:sz w:val="17"/>
        </w:rPr>
        <w:t>"Cosa significa 'allineamento preciso'?</w:t>
      </w:r>
    </w:p>
    <w:p>
      <w:pPr>
        <w:spacing w:after="40" w:line="240" w:lineRule="auto"/>
      </w:pPr>
      <w:r>
        <w:rPr>
          <w:sz w:val="17"/>
        </w:rPr>
        <w:t>Risposta: "Allineamento preciso vuol dire che la forza di gravità di quei pianeti si somma per la legge di Newton nel punto in cui una retta che li unisce va a colpire la Terra… Come se io puntassi un raggio laser dal pianeta più lontano all'altro pianeta più lontano passando attraverso la Terra. Il punto esatto in cui passa il raggio attraverso la terra è il punto di massima attrazione gravitazionale e quindi del sisma causato dalla crosta terrestre smossa dalla gravità."</w:t>
      </w:r>
    </w:p>
    <w:p>
      <w:pPr>
        <w:spacing w:after="40" w:line="240" w:lineRule="auto"/>
      </w:pPr>
      <w:r>
        <w:rPr>
          <w:sz w:val="17"/>
        </w:rPr>
        <w:t>Nella SCHEDA 1 vedete le effemeridi del 28/10, ossia le coordinate astronomiche dei pianeti interessati dai quattro allineamenti in quella data precisa in cui, con la Luna in AQ1 sarebbe prevista "la botta" più consistente.</w:t>
      </w:r>
    </w:p>
    <w:p>
      <w:pPr>
        <w:spacing w:after="40" w:line="240" w:lineRule="auto"/>
      </w:pPr>
      <w:r>
        <w:rPr>
          <w:sz w:val="17"/>
        </w:rPr>
        <w:t>"Di quanti gradi Richter pensa che sarà il picco sismico laddove avverrà?"</w:t>
      </w:r>
    </w:p>
    <w:p>
      <w:pPr>
        <w:spacing w:after="40" w:line="240" w:lineRule="auto"/>
      </w:pPr>
      <w:r>
        <w:rPr>
          <w:sz w:val="17"/>
        </w:rPr>
        <w:t>Risposta:"non voglio pronunciarmi espressamente: posso solo dire che da solo Urano (pianeta piccolissimo) allineato con precisione con il Sole ha prodotto 5.2 il 15/10 in Grecia e 4.0 a Norcia il 16/10....".</w:t>
      </w:r>
    </w:p>
    <w:p>
      <w:pPr>
        <w:spacing w:after="40" w:line="240" w:lineRule="auto"/>
      </w:pPr>
      <w:r>
        <w:rPr>
          <w:sz w:val="17"/>
        </w:rPr>
        <w:t>Nei riquadri colorati trovate evidenziate le coordinate di altitudine ed azimutali.</w:t>
      </w:r>
    </w:p>
    <w:p>
      <w:pPr>
        <w:spacing w:after="40" w:line="240" w:lineRule="auto"/>
      </w:pPr>
      <w:r>
        <w:rPr>
          <w:sz w:val="17"/>
        </w:rPr>
        <w:t>Riquadri dello stesso colore indicano l'allineamento. Quattro colori = quattro allineamenti.</w:t>
      </w:r>
    </w:p>
    <w:p>
      <w:pPr>
        <w:spacing w:after="40" w:line="240" w:lineRule="auto"/>
      </w:pPr>
      <w:r>
        <w:rPr>
          <w:sz w:val="17"/>
        </w:rPr>
        <w:t>Calcolate le distanze azimutale e distanza di altitudine separatamente, calcolando la differenza tra gradi dei pianeti colorati con lo stesso colore nella SCHEDA 1. Vedrete che il massimo scarto e di 2-3 gradi, mai di più, tranne nell'unico allineamento Marte Plutone, che arriva anche a scarti di 6 gradi (che sono sempre pochi!)</w:t>
      </w:r>
    </w:p>
    <w:p>
      <w:pPr>
        <w:spacing w:after="40" w:line="240" w:lineRule="auto"/>
      </w:pPr>
      <w:r>
        <w:rPr>
          <w:sz w:val="17"/>
        </w:rPr>
        <w:t>Un allineamento perfetto dal punto di vista astronomico!</w:t>
      </w:r>
    </w:p>
    <w:p>
      <w:pPr>
        <w:spacing w:after="40" w:line="240" w:lineRule="auto"/>
      </w:pPr>
      <w:r>
        <w:rPr>
          <w:sz w:val="17"/>
        </w:rPr>
        <w:t>Più i valori di altitudine azimut dei vari pianeti interessati da un allineamento sono vicini tra di loro, più l'allineamento è perfetto. Potete vedere come nel caso dell'allineamento sole e mercurio i gradi di scarto siano inferiori a uno.</w:t>
      </w:r>
    </w:p>
    <w:p>
      <w:pPr>
        <w:spacing w:after="40" w:line="240" w:lineRule="auto"/>
      </w:pPr>
      <w:r>
        <w:rPr>
          <w:sz w:val="17"/>
        </w:rPr>
        <w:t>Questo capita anche per Venere Saturno Terra (in fieri il 28, ma destinato a perfezionarsi nei giorni successivi - ed anche forse il più pericoloso come forza gravitazionale!).</w:t>
      </w:r>
    </w:p>
    <w:p>
      <w:pPr>
        <w:spacing w:after="40" w:line="240" w:lineRule="auto"/>
      </w:pPr>
      <w:r>
        <w:rPr>
          <w:sz w:val="17"/>
        </w:rPr>
        <w:t>Luna e Giove sono allineati ancor di più di come lo erano, nel terremoto di Amatrice, Giove e Venere: solo 2-3 gradi di scarto al max.</w:t>
      </w:r>
    </w:p>
    <w:p>
      <w:pPr>
        <w:spacing w:after="40" w:line="240" w:lineRule="auto"/>
      </w:pPr>
      <w:r>
        <w:rPr>
          <w:sz w:val="17"/>
        </w:rPr>
        <w:t>Guardate e poi, per confronto, la SCHEDA 2, che mostra le coordinate astronomiche dei pianeti interessati ai 2 allineamenti del terremoto del 24 agosto 2016 e vedete come gli scarti fra le posizioni dei pianeti siano superiori (sempre di solito di 3 gradi o più) generalmente agli scarti che abbiamo visto sopra del terremoto previsto per il 28 ottobre prossimo.</w:t>
      </w:r>
    </w:p>
    <w:p>
      <w:pPr>
        <w:spacing w:after="40" w:line="240" w:lineRule="auto"/>
      </w:pPr>
      <w:r>
        <w:rPr>
          <w:sz w:val="17"/>
        </w:rPr>
        <w:t>Cioè, in pratica, i pianeti Per il terremoto di Amatrice erano allineati con meno precisione di quanto accadrà il 28 ottobre. E ciò comunque ha generato un picco sismico di 6.0!</w:t>
      </w:r>
    </w:p>
    <w:p>
      <w:pPr>
        <w:spacing w:after="40" w:line="240" w:lineRule="auto"/>
      </w:pPr>
      <w:r>
        <w:rPr>
          <w:sz w:val="17"/>
        </w:rPr>
        <w:t>Si realizzeranno quindi 5 allineamenti consecutivi! (V. Foto) di magnitudine gravitazionale (Newton) abbastanza elevata a causa della presenza IN LINEE di 5 su 5 pianeti maggiori (sole, Giove, Saturno, Marte, Venere):</w:t>
      </w:r>
    </w:p>
    <w:p>
      <w:pPr>
        <w:spacing w:after="40" w:line="240" w:lineRule="auto"/>
      </w:pPr>
      <w:r>
        <w:rPr>
          <w:sz w:val="17"/>
        </w:rPr>
        <w:t>1- Allineamento Plutone Marte terra Luna dal 21:10, H. 5:00 con Luna in AQ1, fino al 28/10;</w:t>
      </w:r>
    </w:p>
    <w:p>
      <w:pPr>
        <w:spacing w:after="40" w:line="240" w:lineRule="auto"/>
      </w:pPr>
      <w:r>
        <w:rPr>
          <w:sz w:val="17"/>
        </w:rPr>
        <w:t>2- Allineamento Saturno Venere terra dal 24/10 al 01/11;</w:t>
      </w:r>
    </w:p>
    <w:p>
      <w:pPr>
        <w:spacing w:after="40" w:line="240" w:lineRule="auto"/>
      </w:pPr>
      <w:r>
        <w:rPr>
          <w:sz w:val="17"/>
        </w:rPr>
        <w:t>3- Allineamento Mercurio Sole terra dal 25/10 al 4/11;</w:t>
      </w:r>
    </w:p>
    <w:p>
      <w:pPr>
        <w:spacing w:after="40" w:line="240" w:lineRule="auto"/>
      </w:pPr>
      <w:r>
        <w:rPr>
          <w:sz w:val="17"/>
        </w:rPr>
        <w:t>4- Giove Luna in AQ1 Terra, 28/10, h. 10 -+ 6h;</w:t>
      </w:r>
    </w:p>
    <w:p>
      <w:pPr>
        <w:spacing w:after="40" w:line="240" w:lineRule="auto"/>
      </w:pPr>
      <w:r>
        <w:rPr>
          <w:sz w:val="17"/>
        </w:rPr>
        <w:t>5- Allineamento Urano Terra Giove dal 1/11 al 10/11.</w:t>
      </w:r>
    </w:p>
    <w:p>
      <w:pPr>
        <w:spacing w:after="40" w:line="240" w:lineRule="auto"/>
      </w:pPr>
      <w:r>
        <w:rPr>
          <w:sz w:val="17"/>
        </w:rPr>
        <w:t>Per quanto scritto sopra il giorno e l'ora che vedranno 4 su 5 allineamenti CONTEMPORANEAMENTE presenti con Luna in AQ2 saranno le h. 22 +- 6h. del 27/10 e luna in AQ1 alle h. 10:00-+ 6 h.  del 28/10 2016!</w:t>
      </w:r>
    </w:p>
    <w:p>
      <w:pPr>
        <w:spacing w:after="40" w:line="240" w:lineRule="auto"/>
      </w:pPr>
      <w:r>
        <w:rPr>
          <w:sz w:val="17"/>
        </w:rPr>
        <w:t>Il disallineamento completo dei pianeti non avverrà prima del 20 novembre 2016.</w:t>
      </w:r>
    </w:p>
    <w:p>
      <w:pPr>
        <w:spacing w:after="40" w:line="240" w:lineRule="auto"/>
      </w:pPr>
      <w:r>
        <w:rPr>
          <w:sz w:val="17"/>
        </w:rPr>
        <w:t>Lascio a voi lettori e partecipanti a questo gruppo di studio la volontà di studiare e pensare al da farsi. Io il mio l'ho fatto.</w:t>
      </w:r>
    </w:p>
    <w:p>
      <w:pPr>
        <w:spacing w:after="40" w:line="240" w:lineRule="auto"/>
      </w:pPr>
      <w:r>
        <w:rPr>
          <w:sz w:val="17"/>
        </w:rPr>
        <w:t>Le Istituzioni interpellate tacciono.</w:t>
      </w:r>
    </w:p>
    <w:p>
      <w:pPr>
        <w:spacing w:after="40" w:line="240" w:lineRule="auto"/>
      </w:pPr>
      <w:r>
        <w:rPr>
          <w:sz w:val="17"/>
        </w:rPr>
        <w:t>Ciascuno per sé decida come comportarsi. Spero di essere stato utile e di poter rendere più preciso il modello nel prossimo futuro.</w:t>
      </w:r>
    </w:p>
    <w:p>
      <w:pPr>
        <w:spacing w:after="40" w:line="240" w:lineRule="auto"/>
      </w:pPr>
      <w:r>
        <w:rPr>
          <w:sz w:val="17"/>
        </w:rPr>
        <w:t>Ricordo in ogni caso che queste previsioni non possono essere sicure al 100%, perché non sono approfondite da uno staff sufficientemente ampio di teste pensanti e soprattutto non sono certificate dalla Comunità Scientifica.</w:t>
      </w:r>
    </w:p>
    <w:p>
      <w:pPr>
        <w:spacing w:after="40" w:line="240" w:lineRule="auto"/>
      </w:pPr>
      <w:r>
        <w:rPr>
          <w:sz w:val="17"/>
        </w:rPr>
        <w:t>Il modello si è dimostrato corretto, ma questo non vuol dire avere la sfera di cristallo e predire il futuro con esattezza. Almeno per ora. Poi c'è l'errore umano che legge il modello: il mio errore.</w:t>
      </w:r>
    </w:p>
    <w:p>
      <w:pPr>
        <w:spacing w:after="40" w:line="240" w:lineRule="auto"/>
      </w:pPr>
      <w:r>
        <w:rPr>
          <w:sz w:val="17"/>
        </w:rPr>
        <w:t>Scusateci. Meglio un falso allarme che una strage!</w:t>
      </w:r>
    </w:p>
    <w:p>
      <w:pPr>
        <w:spacing w:after="40" w:line="240" w:lineRule="auto"/>
      </w:pPr>
      <w:r>
        <w:rPr>
          <w:sz w:val="17"/>
        </w:rPr>
        <w:t>Restiamo eventualmente a disposizione in privato, via Facebook, a rispondere a domande specifiche.</w:t>
      </w:r>
    </w:p>
    <w:p>
      <w:pPr>
        <w:spacing w:after="40" w:line="240" w:lineRule="auto"/>
      </w:pPr>
      <w:r>
        <w:rPr>
          <w:sz w:val="17"/>
        </w:rPr>
        <w:t>Cordiali saluti.</w:t>
      </w:r>
    </w:p>
    <w:p>
      <w:pPr>
        <w:spacing w:after="40" w:line="240" w:lineRule="auto"/>
      </w:pPr>
      <w:r>
        <w:rPr>
          <w:sz w:val="17"/>
        </w:rPr>
        <w:t>Stefano Calandra</w:t>
      </w:r>
    </w:p>
    <w:p>
      <w:pPr>
        <w:spacing w:after="40" w:line="240" w:lineRule="auto"/>
      </w:pPr>
      <w:r>
        <w:rPr>
          <w:sz w:val="17"/>
        </w:rPr>
        <w:t>Stefano Gagliardi</w:t>
      </w:r>
    </w:p>
    <w:p>
      <w:pPr>
        <w:pStyle w:val="Heading2"/>
      </w:pPr>
      <w:r>
        <w:t>P4 · Ripubblicazione del bollettino del 18 ottobre</w:t>
      </w:r>
    </w:p>
    <w:p>
      <w:r>
        <w:rPr>
          <w:b/>
          <w:color w:val="B52730"/>
        </w:rPr>
        <w:t>Stato documentale: RETROSPETTIVO</w:t>
      </w:r>
    </w:p>
    <w:p>
      <w:pPr>
        <w:spacing w:after="40" w:line="240" w:lineRule="auto"/>
      </w:pPr>
      <w:r>
        <w:rPr>
          <w:sz w:val="17"/>
        </w:rPr>
        <w:t>RIPERCORRIAMO...ERA IL 18 OTTOBRE...</w:t>
      </w:r>
    </w:p>
    <w:p>
      <w:pPr>
        <w:spacing w:after="40" w:line="240" w:lineRule="auto"/>
      </w:pPr>
      <w:r>
        <w:rPr>
          <w:sz w:val="17"/>
        </w:rPr>
        <w:t>l'allarme pubblicato per il 28/10 fu poi corretto, successivamente, al 26/10.</w:t>
      </w:r>
    </w:p>
    <w:p>
      <w:pPr>
        <w:spacing w:after="40" w:line="240" w:lineRule="auto"/>
      </w:pPr>
      <w:r>
        <w:rPr>
          <w:sz w:val="17"/>
        </w:rPr>
        <w:t>Post condiviso di Stefano Calandra</w:t>
      </w:r>
    </w:p>
    <w:p>
      <w:pPr>
        <w:spacing w:after="40" w:line="240" w:lineRule="auto"/>
      </w:pPr>
      <w:r>
        <w:rPr>
          <w:sz w:val="17"/>
        </w:rPr>
        <w:t>Earthquakes Forecast - The Gravitational Theory</w:t>
      </w:r>
    </w:p>
    <w:p>
      <w:pPr>
        <w:spacing w:after="40" w:line="240" w:lineRule="auto"/>
      </w:pPr>
      <w:r>
        <w:rPr>
          <w:sz w:val="17"/>
        </w:rPr>
        <w:t>Stefano Calandra</w:t>
      </w:r>
    </w:p>
    <w:p>
      <w:pPr>
        <w:spacing w:after="40" w:line="240" w:lineRule="auto"/>
      </w:pPr>
      <w:r>
        <w:rPr>
          <w:sz w:val="17"/>
        </w:rPr>
        <w:t>·</w:t>
      </w:r>
    </w:p>
    <w:p>
      <w:pPr>
        <w:spacing w:after="40" w:line="240" w:lineRule="auto"/>
      </w:pPr>
      <w:r>
        <w:rPr>
          <w:sz w:val="17"/>
        </w:rPr>
        <w:t>Amministratore</w:t>
      </w:r>
    </w:p>
    <w:p>
      <w:pPr>
        <w:spacing w:after="40" w:line="240" w:lineRule="auto"/>
      </w:pPr>
      <w:r>
        <w:rPr>
          <w:sz w:val="17"/>
        </w:rPr>
        <w:t>Voce più popolare</w:t>
      </w:r>
    </w:p>
    <w:p>
      <w:pPr>
        <w:spacing w:after="40" w:line="240" w:lineRule="auto"/>
      </w:pPr>
      <w:r>
        <w:rPr>
          <w:sz w:val="17"/>
        </w:rPr>
        <w:t>·</w:t>
      </w:r>
    </w:p>
    <w:p>
      <w:pPr>
        <w:spacing w:after="40" w:line="240" w:lineRule="auto"/>
      </w:pPr>
      <w:r>
        <w:rPr>
          <w:sz w:val="17"/>
        </w:rPr>
        <w:t>·</w:t>
      </w:r>
    </w:p>
    <w:p>
      <w:pPr>
        <w:spacing w:after="40" w:line="240" w:lineRule="auto"/>
      </w:pPr>
      <w:r>
        <w:rPr>
          <w:sz w:val="17"/>
        </w:rPr>
        <w:t>PICCHI SISMICI IN TUTTA ITALIA (a partire da nord) TRA 21/10 e 10/11/2016. ULTIMA FASE SISMICA RILEVANTE IN ITALIA PER IL 2016! (Finalmente!</w:t>
      </w:r>
    </w:p>
    <w:p>
      <w:pPr>
        <w:spacing w:after="40" w:line="240" w:lineRule="auto"/>
      </w:pPr>
      <w:r>
        <w:rPr>
          <w:sz w:val="17"/>
        </w:rPr>
        <w:t>)</w:t>
      </w:r>
    </w:p>
    <w:p>
      <w:pPr>
        <w:spacing w:after="40" w:line="240" w:lineRule="auto"/>
      </w:pPr>
      <w:r>
        <w:rPr>
          <w:sz w:val="17"/>
        </w:rPr>
        <w:t>Una straordinaria sequenza (mai vista nelle analisi degli ultimi 100 anni di terremoti in Italia!) di ben 5 allineamenti planetari stanno per realizzarsi.</w:t>
      </w:r>
    </w:p>
    <w:p>
      <w:pPr>
        <w:spacing w:after="40" w:line="240" w:lineRule="auto"/>
      </w:pPr>
      <w:r>
        <w:rPr>
          <w:sz w:val="17"/>
        </w:rPr>
        <w:t>Alcuni sono talmente "diritti" che rasentano l'incredibile.</w:t>
      </w:r>
    </w:p>
    <w:p>
      <w:pPr>
        <w:spacing w:after="40" w:line="240" w:lineRule="auto"/>
      </w:pPr>
      <w:r>
        <w:rPr>
          <w:sz w:val="17"/>
        </w:rPr>
        <w:t>Maggiori informazioni qui: https://www.facebook.com/groups/EarthquakesForecast/permalink/717044518453011/</w:t>
      </w:r>
    </w:p>
    <w:p>
      <w:pPr>
        <w:pStyle w:val="Heading2"/>
      </w:pPr>
      <w:r>
        <w:t>P5 · Post del 26 ottobre 2016, ore 15:30 UTC</w:t>
      </w:r>
    </w:p>
    <w:p>
      <w:r>
        <w:rPr>
          <w:b/>
          <w:color w:val="B52730"/>
        </w:rPr>
        <w:t>Stato documentale: ANTECEDENTE ALLA PRIMA SCOSSA ITALIANA</w:t>
      </w:r>
    </w:p>
    <w:p>
      <w:pPr>
        <w:spacing w:after="40" w:line="240" w:lineRule="auto"/>
      </w:pPr>
      <w:r>
        <w:rPr>
          <w:sz w:val="17"/>
        </w:rPr>
        <w:t>H. 15:30 UTC del 26/10/2016.</w:t>
      </w:r>
    </w:p>
    <w:p>
      <w:pPr>
        <w:spacing w:after="40" w:line="240" w:lineRule="auto"/>
      </w:pPr>
      <w:r>
        <w:rPr>
          <w:sz w:val="17"/>
        </w:rPr>
        <w:t>IN Turkmenistan 5.7, il PICCO PIÙ ALTO IN AREA MEDITERRANEA DAL 24/08/2016 (AMATRICE).</w:t>
      </w:r>
    </w:p>
    <w:p>
      <w:pPr>
        <w:spacing w:after="40" w:line="240" w:lineRule="auto"/>
      </w:pPr>
      <w:r>
        <w:rPr>
          <w:sz w:val="17"/>
        </w:rPr>
        <w:t>NB.</w:t>
      </w:r>
    </w:p>
    <w:p>
      <w:pPr>
        <w:spacing w:after="40" w:line="240" w:lineRule="auto"/>
      </w:pPr>
      <w:r>
        <w:rPr>
          <w:sz w:val="17"/>
        </w:rPr>
        <w:t>In tutta l'area non c'era stato nulla di così forte da Amatrice in poi, tranne un'unica scossa in Romania di settembre in concomitanza di un allineamento. (V. Post https://www.facebook.com/groups/EarthquakesForecast/permalink/702349696589160/).</w:t>
      </w:r>
    </w:p>
    <w:p>
      <w:pPr>
        <w:spacing w:after="40" w:line="240" w:lineRule="auto"/>
      </w:pPr>
      <w:r>
        <w:rPr>
          <w:sz w:val="17"/>
        </w:rPr>
        <w:t>Vedi figure allegate.</w:t>
      </w:r>
    </w:p>
    <w:p>
      <w:pPr>
        <w:spacing w:after="40" w:line="240" w:lineRule="auto"/>
      </w:pPr>
      <w:r>
        <w:rPr>
          <w:sz w:val="17"/>
        </w:rPr>
        <w:t>Vorrei dire solo una cosa: per me, Gagliardi e collaboratori con questa scossa così elevata il modello teorico per quanto concerne la giornata di oggi è già verificato.</w:t>
      </w:r>
    </w:p>
    <w:p>
      <w:pPr>
        <w:spacing w:after="40" w:line="240" w:lineRule="auto"/>
      </w:pPr>
      <w:r>
        <w:rPr>
          <w:sz w:val="17"/>
        </w:rPr>
        <w:t>S. Calandra</w:t>
      </w:r>
    </w:p>
    <w:p>
      <w:pPr>
        <w:spacing w:after="40" w:line="240" w:lineRule="auto"/>
      </w:pPr>
      <w:r>
        <w:rPr>
          <w:sz w:val="17"/>
        </w:rPr>
        <w:t>S.Gagliardi.</w:t>
      </w:r>
    </w:p>
    <w:p>
      <w:pPr>
        <w:pStyle w:val="Heading2"/>
      </w:pPr>
      <w:r>
        <w:t>P6 · Post del 27 ottobre 2016 - picchi successivi</w:t>
      </w:r>
    </w:p>
    <w:p>
      <w:r>
        <w:rPr>
          <w:b/>
          <w:color w:val="B52730"/>
        </w:rPr>
        <w:t>Stato documentale: SUCCESSIVO ALLE SCOSSE DEL 26</w:t>
      </w:r>
    </w:p>
    <w:p>
      <w:pPr>
        <w:spacing w:after="40" w:line="240" w:lineRule="auto"/>
      </w:pPr>
      <w:r>
        <w:rPr>
          <w:sz w:val="17"/>
        </w:rPr>
        <w:t>PROSSIMI PROBABILI PICCHI SISMICI IN MEDITERRANEO CAUSATI DAGLI ALLINEAMENTI PLANETARI.</w:t>
      </w:r>
    </w:p>
    <w:p>
      <w:pPr>
        <w:spacing w:after="40" w:line="240" w:lineRule="auto"/>
      </w:pPr>
      <w:r>
        <w:rPr>
          <w:sz w:val="17"/>
        </w:rPr>
        <w:t>Nota: Il modello teorico non consente per adesso di misurare preventivamente il grado Richter nè la località con precisione, ma solo l'area geografica descritta (AREA:Mediterraneo).</w:t>
      </w:r>
    </w:p>
    <w:p>
      <w:pPr>
        <w:spacing w:after="40" w:line="240" w:lineRule="auto"/>
      </w:pPr>
      <w:r>
        <w:rPr>
          <w:sz w:val="17"/>
        </w:rPr>
        <w:t>27/10</w:t>
      </w:r>
    </w:p>
    <w:p>
      <w:pPr>
        <w:spacing w:after="40" w:line="240" w:lineRule="auto"/>
      </w:pPr>
      <w:r>
        <w:rPr>
          <w:sz w:val="17"/>
        </w:rPr>
        <w:t>Intorno alle h. 11:30</w:t>
      </w:r>
    </w:p>
    <w:p>
      <w:pPr>
        <w:spacing w:after="40" w:line="240" w:lineRule="auto"/>
      </w:pPr>
      <w:r>
        <w:rPr>
          <w:sz w:val="17"/>
        </w:rPr>
        <w:t>Intorno alle h. 17:30</w:t>
      </w:r>
    </w:p>
    <w:p>
      <w:pPr>
        <w:spacing w:after="40" w:line="240" w:lineRule="auto"/>
      </w:pPr>
      <w:r>
        <w:rPr>
          <w:sz w:val="17"/>
        </w:rPr>
        <w:t>INIZIO FASE MASSIMA PER ALLINEAMENTI E RISCHIO:</w:t>
      </w:r>
    </w:p>
    <w:p>
      <w:pPr>
        <w:spacing w:after="40" w:line="240" w:lineRule="auto"/>
      </w:pPr>
      <w:r>
        <w:rPr>
          <w:sz w:val="17"/>
        </w:rPr>
        <w:t>Intorno alle h. 23:30</w:t>
      </w:r>
    </w:p>
    <w:p>
      <w:pPr>
        <w:spacing w:after="40" w:line="240" w:lineRule="auto"/>
      </w:pPr>
      <w:r>
        <w:rPr>
          <w:sz w:val="17"/>
        </w:rPr>
        <w:t>28/10</w:t>
      </w:r>
    </w:p>
    <w:p>
      <w:pPr>
        <w:spacing w:after="40" w:line="240" w:lineRule="auto"/>
      </w:pPr>
      <w:r>
        <w:rPr>
          <w:sz w:val="17"/>
        </w:rPr>
        <w:t>Intorno alle h. 5:30</w:t>
      </w:r>
    </w:p>
    <w:p>
      <w:pPr>
        <w:spacing w:after="40" w:line="240" w:lineRule="auto"/>
      </w:pPr>
      <w:r>
        <w:rPr>
          <w:sz w:val="17"/>
        </w:rPr>
        <w:t>Intorno alle h. 11:30</w:t>
      </w:r>
    </w:p>
    <w:p>
      <w:pPr>
        <w:spacing w:after="40" w:line="240" w:lineRule="auto"/>
      </w:pPr>
      <w:r>
        <w:rPr>
          <w:sz w:val="17"/>
        </w:rPr>
        <w:t>Intorno alle h. 17:30</w:t>
      </w:r>
    </w:p>
    <w:p>
      <w:pPr>
        <w:spacing w:after="40" w:line="240" w:lineRule="auto"/>
      </w:pPr>
      <w:r>
        <w:rPr>
          <w:sz w:val="17"/>
        </w:rPr>
        <w:t>RISCHIO FORTE MA IN DECRESCITA</w:t>
      </w:r>
    </w:p>
    <w:p>
      <w:pPr>
        <w:spacing w:after="40" w:line="240" w:lineRule="auto"/>
      </w:pPr>
      <w:r>
        <w:rPr>
          <w:sz w:val="17"/>
        </w:rPr>
        <w:t>PIANETI IN DISALLINEAMENTO:</w:t>
      </w:r>
    </w:p>
    <w:p>
      <w:pPr>
        <w:spacing w:after="40" w:line="240" w:lineRule="auto"/>
      </w:pPr>
      <w:r>
        <w:rPr>
          <w:sz w:val="17"/>
        </w:rPr>
        <w:t>Intorno alle h. 23:30</w:t>
      </w:r>
    </w:p>
    <w:p>
      <w:pPr>
        <w:spacing w:after="40" w:line="240" w:lineRule="auto"/>
      </w:pPr>
      <w:r>
        <w:rPr>
          <w:sz w:val="17"/>
        </w:rPr>
        <w:t>29/10</w:t>
      </w:r>
    </w:p>
    <w:p>
      <w:pPr>
        <w:spacing w:after="40" w:line="240" w:lineRule="auto"/>
      </w:pPr>
      <w:r>
        <w:rPr>
          <w:sz w:val="17"/>
        </w:rPr>
        <w:t>Intorno alle h. 5:30.</w:t>
      </w:r>
    </w:p>
    <w:p>
      <w:pPr>
        <w:spacing w:after="40" w:line="240" w:lineRule="auto"/>
      </w:pPr>
      <w:r>
        <w:rPr>
          <w:sz w:val="17"/>
        </w:rPr>
        <w:t>Per approfondimenti vedete tabella allegata.</w:t>
      </w:r>
    </w:p>
    <w:p>
      <w:pPr>
        <w:spacing w:after="40" w:line="240" w:lineRule="auto"/>
      </w:pPr>
      <w:r>
        <w:rPr>
          <w:sz w:val="17"/>
        </w:rPr>
        <w:t>SEGUIRÀ BOLLETTINO PER I GIORNI 29 e seguenti.</w:t>
      </w:r>
    </w:p>
    <w:p>
      <w:pPr>
        <w:spacing w:after="40" w:line="240" w:lineRule="auto"/>
      </w:pPr>
      <w:r>
        <w:rPr>
          <w:sz w:val="17"/>
        </w:rPr>
        <w:t>Siamo vicini alla popolazione colpita e costernati dai danni causati dal sisma.</w:t>
      </w:r>
    </w:p>
    <w:p>
      <w:pPr>
        <w:spacing w:after="40" w:line="240" w:lineRule="auto"/>
      </w:pPr>
      <w:r>
        <w:rPr>
          <w:sz w:val="17"/>
        </w:rPr>
        <w:t>Lieti di aver contribuito a salvare vite umane: era ed è lo scopo che ci eravamo prefissati.</w:t>
      </w:r>
    </w:p>
    <w:p>
      <w:pPr>
        <w:spacing w:after="40" w:line="240" w:lineRule="auto"/>
      </w:pPr>
      <w:r>
        <w:rPr>
          <w:sz w:val="17"/>
        </w:rPr>
        <w:t>W gli Alpini!</w:t>
      </w:r>
    </w:p>
    <w:p>
      <w:pPr>
        <w:spacing w:after="40" w:line="240" w:lineRule="auto"/>
      </w:pPr>
      <w:r>
        <w:rPr>
          <w:sz w:val="17"/>
        </w:rPr>
        <w:t>Saluti.</w:t>
      </w:r>
    </w:p>
    <w:p>
      <w:pPr>
        <w:spacing w:after="40" w:line="240" w:lineRule="auto"/>
      </w:pPr>
      <w:r>
        <w:rPr>
          <w:sz w:val="17"/>
        </w:rPr>
        <w:t>S. Calandra</w:t>
      </w:r>
    </w:p>
    <w:p>
      <w:pPr>
        <w:spacing w:after="40" w:line="240" w:lineRule="auto"/>
      </w:pPr>
      <w:r>
        <w:rPr>
          <w:sz w:val="17"/>
        </w:rPr>
        <w:t>S. Gagliardi</w:t>
      </w:r>
    </w:p>
    <w:p>
      <w:pPr>
        <w:pStyle w:val="Heading2"/>
      </w:pPr>
      <w:r>
        <w:t>P7 · Bollettino del 26 ottobre 2016 - incremento rischio sera/notte</w:t>
      </w:r>
    </w:p>
    <w:p>
      <w:r>
        <w:rPr>
          <w:b/>
          <w:color w:val="B52730"/>
        </w:rPr>
        <w:t>Stato documentale: ANTECEDENTE ALLE SCOSSE; TIMESTAMP/FUSO DA VERIFICARE</w:t>
      </w:r>
    </w:p>
    <w:p>
      <w:pPr>
        <w:spacing w:after="40" w:line="240" w:lineRule="auto"/>
      </w:pPr>
      <w:r>
        <w:rPr>
          <w:sz w:val="17"/>
        </w:rPr>
        <w:t>BOLLETTINO 26/10/2016.</w:t>
      </w:r>
    </w:p>
    <w:p>
      <w:pPr>
        <w:spacing w:after="40" w:line="240" w:lineRule="auto"/>
      </w:pPr>
      <w:r>
        <w:rPr>
          <w:sz w:val="17"/>
        </w:rPr>
        <w:t>ORARI DI PROBABILI PICCHI SISMICI IN ITALIA ED AREA MEDITERRANEA 26-28/10/2016 - AGGIORNAMENTO:</w:t>
      </w:r>
    </w:p>
    <w:p>
      <w:pPr>
        <w:spacing w:after="40" w:line="240" w:lineRule="auto"/>
      </w:pPr>
      <w:r>
        <w:rPr>
          <w:sz w:val="17"/>
        </w:rPr>
        <w:t>INCREMENTO RISCHIO SISMICO PER SERA-NOTTE DEL 26/10!</w:t>
      </w:r>
    </w:p>
    <w:p>
      <w:pPr>
        <w:spacing w:after="40" w:line="240" w:lineRule="auto"/>
      </w:pPr>
      <w:r>
        <w:rPr>
          <w:sz w:val="17"/>
        </w:rPr>
        <w:t>Avvertenza</w:t>
      </w:r>
    </w:p>
    <w:p>
      <w:pPr>
        <w:spacing w:after="40" w:line="240" w:lineRule="auto"/>
      </w:pPr>
      <w:r>
        <w:rPr>
          <w:sz w:val="17"/>
        </w:rPr>
        <w:t>"Queste previsioni costituiscono solo delle ipotesi pseudo-scientifiche, derivanti da un modello teorico troppo giovane per essere comprovato al 100%. Sebbene, finora, da quando è stato utilizzato (28 agosto 2016) le previsioni del modello teorico si siano verificate per oltre il 70% delle previsioni.</w:t>
      </w:r>
    </w:p>
    <w:p>
      <w:pPr>
        <w:spacing w:after="40" w:line="240" w:lineRule="auto"/>
      </w:pPr>
      <w:r>
        <w:rPr>
          <w:sz w:val="17"/>
        </w:rPr>
        <w:t>L'intento di questo nostro lavoro è di rendere le persone capaci di fare queste previsioni anche da sé, per l'incolumità personale, imparando ad utilizzare il modello esattamente come stiamo facendo noi....</w:t>
      </w:r>
    </w:p>
    <w:p>
      <w:pPr>
        <w:spacing w:after="40" w:line="240" w:lineRule="auto"/>
      </w:pPr>
      <w:r>
        <w:rPr>
          <w:sz w:val="17"/>
        </w:rPr>
        <w:t>Gli allineamenti planetari quando si realizzano interessano zone della Terra che vanno dalla Spagna alla Russia, per dire, magari a determinate latitudini ma por sempre in longitudine in un'area vasta così…</w:t>
      </w:r>
    </w:p>
    <w:p>
      <w:pPr>
        <w:spacing w:after="40" w:line="240" w:lineRule="auto"/>
      </w:pPr>
      <w:r>
        <w:rPr>
          <w:sz w:val="17"/>
        </w:rPr>
        <w:t>Quindi è impossibile dare una previsione anche a solo 100 chilometri di raggio… Per farlo ci vogliono i rivelatori Radon di Giuliani o la mappa delle previsioni del rischio sismico, che trovate a questo link:</w:t>
      </w:r>
    </w:p>
    <w:p>
      <w:pPr>
        <w:spacing w:after="40" w:line="240" w:lineRule="auto"/>
      </w:pPr>
      <w:r>
        <w:rPr>
          <w:sz w:val="17"/>
        </w:rPr>
        <w:t>http://www.6aprile.it/.../terremoti-ecco-le-previsioni...</w:t>
      </w:r>
    </w:p>
    <w:p>
      <w:pPr>
        <w:spacing w:after="40" w:line="240" w:lineRule="auto"/>
      </w:pPr>
      <w:r>
        <w:rPr>
          <w:sz w:val="17"/>
        </w:rPr>
        <w:t>Inoltre, per capire se da noi in Italia potrà succedere un sisma nelle prossime ore, guardate questo link:  http://m.emsc.eu/earthquake/map_latest.php</w:t>
      </w:r>
    </w:p>
    <w:p>
      <w:pPr>
        <w:spacing w:after="40" w:line="240" w:lineRule="auto"/>
      </w:pPr>
      <w:r>
        <w:rPr>
          <w:sz w:val="17"/>
        </w:rPr>
        <w:t>Se nelle 3-24 ore  ore precedenti ci sono stati sismi rilevanti in Grecia o Turchia,</w:t>
      </w:r>
    </w:p>
    <w:p>
      <w:pPr>
        <w:spacing w:after="40" w:line="240" w:lineRule="auto"/>
      </w:pPr>
      <w:r>
        <w:rPr>
          <w:sz w:val="17"/>
        </w:rPr>
        <w:t>a mio modesto avviso allora potrebbe essere a rischio alla stessa latitudine di quel sisma anche l'Italia, con circa 1° Richter in meno di picco sismico.</w:t>
      </w:r>
    </w:p>
    <w:p>
      <w:pPr>
        <w:spacing w:after="40" w:line="240" w:lineRule="auto"/>
      </w:pPr>
      <w:r>
        <w:rPr>
          <w:sz w:val="17"/>
        </w:rPr>
        <w:t>Cercate di capire che non sono un cartomante, un mago o un imbonitore… Qui si sta cercando di fare Ricerca in maniera seria, pur senza gli strumenti scientifici classici, ma proprio per questo stiamo pubblicando i risultati in un GRUPPO DI STUDIO, NON È UN MEDIA.</w:t>
      </w:r>
    </w:p>
    <w:p>
      <w:pPr>
        <w:spacing w:after="40" w:line="240" w:lineRule="auto"/>
      </w:pPr>
      <w:r>
        <w:rPr>
          <w:sz w:val="17"/>
        </w:rPr>
        <w:t>Lo dico per evitare fraintendimenti, false aspettative e strumentalizzazioni!</w:t>
      </w:r>
    </w:p>
    <w:p>
      <w:pPr>
        <w:spacing w:after="40" w:line="240" w:lineRule="auto"/>
      </w:pPr>
      <w:r>
        <w:rPr>
          <w:sz w:val="17"/>
        </w:rPr>
        <w:t>C'è un allineamento planetario con influenze gravitazionali non su uno spazio ristretto, ma in un'area geografica intera, dicevo.</w:t>
      </w:r>
    </w:p>
    <w:p>
      <w:pPr>
        <w:spacing w:after="40" w:line="240" w:lineRule="auto"/>
      </w:pPr>
      <w:r>
        <w:rPr>
          <w:sz w:val="17"/>
        </w:rPr>
        <w:t>Non è detto quindi che l'Italia venga colpita: magari viene colpita la Grecia… Ma le date sono quelle... in quelle date capiterà qualcosa di importante in Mediterraneo…</w:t>
      </w:r>
    </w:p>
    <w:p>
      <w:pPr>
        <w:spacing w:after="40" w:line="240" w:lineRule="auto"/>
      </w:pPr>
      <w:r>
        <w:rPr>
          <w:sz w:val="17"/>
        </w:rPr>
        <w:t>Preciso infine, che dedico quanto del mio tempo posso ogni giorno a questa attività di previsione, ma tenete conto che la mia vita lavorativa è tutta in un altro settore e fintanto che avrò pochi mezzi e le istituzioni non ci ascoltano, con il poco tempo a disposizione, le mie previsioni purtroppo non potranno essere frequenti negli aggiornamenti e non potranno fornire GARANZIA di essere affidabili. Anche solo per la mia mancanza di tempo o imperizia di interpretare correttamente il modello teorico. Lo dico per onestà intellettuale ed a scanso di equivoci."</w:t>
      </w:r>
    </w:p>
    <w:p>
      <w:pPr>
        <w:spacing w:after="40" w:line="240" w:lineRule="auto"/>
      </w:pPr>
      <w:r>
        <w:rPr>
          <w:sz w:val="17"/>
        </w:rPr>
        <w:t>------------------------------------------</w:t>
      </w:r>
    </w:p>
    <w:p>
      <w:pPr>
        <w:spacing w:after="40" w:line="240" w:lineRule="auto"/>
      </w:pPr>
      <w:r>
        <w:rPr>
          <w:sz w:val="17"/>
        </w:rPr>
        <w:t>AGGIORNAMENTO - INCREMENTO RISCHIO SISMICO</w:t>
      </w:r>
    </w:p>
    <w:p>
      <w:pPr>
        <w:spacing w:after="40" w:line="240" w:lineRule="auto"/>
      </w:pPr>
      <w:r>
        <w:rPr>
          <w:sz w:val="17"/>
        </w:rPr>
        <w:t>In base al modello teorico per la serata e nottata del 26/10, A partire dalle ore 17:30, si raccomanda un'attenzione particolare perché alcuni parametri fanno pensare a un possibile evento sismico di un certo rilievo in AREA MEDITERRANEA.</w:t>
      </w:r>
    </w:p>
    <w:p>
      <w:pPr>
        <w:spacing w:after="40" w:line="240" w:lineRule="auto"/>
      </w:pPr>
      <w:r>
        <w:rPr>
          <w:sz w:val="17"/>
        </w:rPr>
        <w:t>PREVISIONE</w:t>
      </w:r>
    </w:p>
    <w:p>
      <w:pPr>
        <w:spacing w:after="40" w:line="240" w:lineRule="auto"/>
      </w:pPr>
      <w:r>
        <w:rPr>
          <w:sz w:val="17"/>
        </w:rPr>
        <w:t>26/10 sera-notte</w:t>
      </w:r>
    </w:p>
    <w:p>
      <w:pPr>
        <w:spacing w:after="40" w:line="240" w:lineRule="auto"/>
      </w:pPr>
      <w:r>
        <w:rPr>
          <w:sz w:val="17"/>
        </w:rPr>
        <w:t>Infatti l'affollamento di coincidenze di pianeti in linea a 0° di scarto, BEN 10 come numero di eventi, sia in altitudine che in azimut, risultante dalla sequenza già pubblicata nel precedente bollettino (e che evidenziamo di nuovo qui in allegato con CIRCOLETTO ROSSO), essendo una situazione mai vista prima da tutti i nostri rilevamenti, fa pensare ad un potenziale rischio sismico molto alto, quasi massimo, da quel 24/08 del terremoto di Amatrice in poi.</w:t>
      </w:r>
    </w:p>
    <w:p>
      <w:pPr>
        <w:spacing w:after="40" w:line="240" w:lineRule="auto"/>
      </w:pPr>
      <w:r>
        <w:rPr>
          <w:sz w:val="17"/>
        </w:rPr>
        <w:t>27/10 sera-notte, 28/10 mattina.</w:t>
      </w:r>
    </w:p>
    <w:p>
      <w:pPr>
        <w:spacing w:after="40" w:line="240" w:lineRule="auto"/>
      </w:pPr>
      <w:r>
        <w:rPr>
          <w:sz w:val="17"/>
        </w:rPr>
        <w:t>SI INCREMENTA RAGGIUNGENDO IL NUMERO MASSIMO, l'affollamento di coincidenze di pianeti in linea a 0° di scarto, BEN 13 come numero di eventi, sia in altitudine che in azimut, risultante dalla sequenza già pubblicata nel precedente bollettino (e che evidenziamo di nuovo qui in allegato con CIRCOLETTO AZZURRO), essendo una situazione mai vista prima da tutti i nostri rilevamenti, fa pensare ad un POTENZIALE RISCHIO SISMICO MASSIMO da Amatrice in poi.</w:t>
      </w:r>
    </w:p>
    <w:p>
      <w:pPr>
        <w:spacing w:after="40" w:line="240" w:lineRule="auto"/>
      </w:pPr>
      <w:r>
        <w:rPr>
          <w:sz w:val="17"/>
        </w:rPr>
        <w:t>EVIDENZE TRASCORSE</w:t>
      </w:r>
    </w:p>
    <w:p>
      <w:pPr>
        <w:spacing w:after="40" w:line="240" w:lineRule="auto"/>
      </w:pPr>
      <w:r>
        <w:rPr>
          <w:sz w:val="17"/>
        </w:rPr>
        <w:t>25/10 FIRENZE</w:t>
      </w:r>
    </w:p>
    <w:p>
      <w:pPr>
        <w:spacing w:after="40" w:line="240" w:lineRule="auto"/>
      </w:pPr>
      <w:r>
        <w:rPr>
          <w:sz w:val="17"/>
        </w:rPr>
        <w:t>Evidenziamo anche con un CIRCOLETTO GIALLO la situazione di scarto azimutale e di altitudine in corrispondenza del picco sismico di 3.9 che si è manifestato vicino a FIRENZE ieri sera: in una fascia oraria simile gli scarti a zero erano solo 4!</w:t>
      </w:r>
    </w:p>
    <w:p>
      <w:pPr>
        <w:spacing w:after="40" w:line="240" w:lineRule="auto"/>
      </w:pPr>
      <w:r>
        <w:rPr>
          <w:sz w:val="17"/>
        </w:rPr>
        <w:t>24/08 AMATRICE</w:t>
      </w:r>
    </w:p>
    <w:p>
      <w:pPr>
        <w:spacing w:after="40" w:line="240" w:lineRule="auto"/>
      </w:pPr>
      <w:r>
        <w:rPr>
          <w:sz w:val="17"/>
        </w:rPr>
        <w:t>Evidenziamo anche con un CIRCOLETTO ROSSO la situazione di scarto azimutale e di altitudine in corrispondenza del picco sismico di 6.0 che si è manifestato AD AMATRICE il 24/08/2016 intorno all'orario in cui avvenne (h. 3:36): gli scarti a zero erano solo 5!</w:t>
      </w:r>
    </w:p>
    <w:p>
      <w:pPr>
        <w:spacing w:after="40" w:line="240" w:lineRule="auto"/>
      </w:pPr>
      <w:r>
        <w:rPr>
          <w:sz w:val="17"/>
        </w:rPr>
        <w:t>E prima e dopo quell'ora ad Amatrice non avvenne PIÙ una serie così numerosa di zeri.</w:t>
      </w:r>
    </w:p>
    <w:p>
      <w:pPr>
        <w:spacing w:after="40" w:line="240" w:lineRule="auto"/>
      </w:pPr>
      <w:r>
        <w:rPr>
          <w:sz w:val="17"/>
        </w:rPr>
        <w:t>Vi garantisco che non posso dire pubblicamente di più sulla portata di queste affermazioni, lascio a voi tutti giudicare ciascuno secondo la propria sensibilità, mancando dati storici deterministici di riferimento sufficienti a dare pubblicamente certezza all'evento.</w:t>
      </w:r>
    </w:p>
    <w:p>
      <w:pPr>
        <w:spacing w:after="40" w:line="240" w:lineRule="auto"/>
      </w:pPr>
      <w:r>
        <w:rPr>
          <w:sz w:val="17"/>
        </w:rPr>
        <w:t>La mia personale impressione è che siamo di fronte ad un evento eccezionale dal punto di vista dell'esattezza e perfezione degli allineamenti planetari: su una scala così vasta come il sistema solare, vedere allineamenti a zero doppi è come tirare una linea retta fra questi pianeti e la Terra.....</w:t>
      </w:r>
    </w:p>
    <w:p>
      <w:pPr>
        <w:spacing w:after="40" w:line="240" w:lineRule="auto"/>
      </w:pPr>
      <w:r>
        <w:rPr>
          <w:sz w:val="17"/>
        </w:rPr>
        <w:t>Molto di voi sono in grado ora di calcolare autonomamente sulla propria posizione di longitudine e latitudine il rischio sismico derivante da queste affermazioni, a seguito degli insegnamenti da noi ricevuti negli ultimi giorni…</w:t>
      </w:r>
    </w:p>
    <w:p>
      <w:pPr>
        <w:spacing w:after="40" w:line="240" w:lineRule="auto"/>
      </w:pPr>
      <w:r>
        <w:rPr>
          <w:sz w:val="17"/>
        </w:rPr>
        <w:t>Per quanto riguarda il rischio sismico per località vi allego ulteriormente le piantine dei sismi avvenuti in tutta Italia negli ultimi 20 giorni, con la leggenda dei simboli perché ognuno possa farsi un'idea personale. La fonte è quella ufficiale dell'INGV.</w:t>
      </w:r>
    </w:p>
    <w:p>
      <w:pPr>
        <w:spacing w:after="40" w:line="240" w:lineRule="auto"/>
      </w:pPr>
      <w:r>
        <w:rPr>
          <w:sz w:val="17"/>
        </w:rPr>
        <w:t>Oppure consultate la mappa del rischio sismico: http://www.6aprile.it/.../terremoti-ecco-le-previsioni....</w:t>
      </w:r>
    </w:p>
    <w:p>
      <w:pPr>
        <w:spacing w:after="40" w:line="240" w:lineRule="auto"/>
      </w:pPr>
      <w:r>
        <w:rPr>
          <w:sz w:val="17"/>
        </w:rPr>
        <w:t>PREVISIONE PER AREA MEDITERRANEA E ITALIA</w:t>
      </w:r>
    </w:p>
    <w:p>
      <w:pPr>
        <w:spacing w:after="40" w:line="240" w:lineRule="auto"/>
      </w:pPr>
      <w:r>
        <w:rPr>
          <w:sz w:val="17"/>
        </w:rPr>
        <w:t>Non riusciamo a determinare i gradi Richter dei picchi sismici che dovrebbero verificarsi in corrispondenza degli orari sotto descritti, per mancanza di una strumentazione adeguata.</w:t>
      </w:r>
    </w:p>
    <w:p>
      <w:pPr>
        <w:spacing w:after="40" w:line="240" w:lineRule="auto"/>
      </w:pPr>
      <w:r>
        <w:rPr>
          <w:sz w:val="17"/>
        </w:rPr>
        <w:t>Ad ogni orario indicato sotto potrebbe essere associato un picco sismico in AREA MEDITERRANEA. Indico orario e causa.</w:t>
      </w:r>
    </w:p>
    <w:p>
      <w:pPr>
        <w:spacing w:after="40" w:line="240" w:lineRule="auto"/>
      </w:pPr>
      <w:r>
        <w:rPr>
          <w:sz w:val="17"/>
        </w:rPr>
        <w:t>Allineamenti:</w:t>
      </w:r>
    </w:p>
    <w:p>
      <w:pPr>
        <w:spacing w:after="40" w:line="240" w:lineRule="auto"/>
      </w:pPr>
      <w:r>
        <w:rPr>
          <w:sz w:val="17"/>
        </w:rPr>
        <w:t>Giove Luna Terra</w:t>
      </w:r>
    </w:p>
    <w:p>
      <w:pPr>
        <w:spacing w:after="40" w:line="240" w:lineRule="auto"/>
      </w:pPr>
      <w:r>
        <w:rPr>
          <w:sz w:val="17"/>
        </w:rPr>
        <w:t>Saturno Venere Terra</w:t>
      </w:r>
    </w:p>
    <w:p>
      <w:pPr>
        <w:spacing w:after="40" w:line="240" w:lineRule="auto"/>
      </w:pPr>
      <w:r>
        <w:rPr>
          <w:sz w:val="17"/>
        </w:rPr>
        <w:t>Mercurio sole Terra</w:t>
      </w:r>
    </w:p>
    <w:p>
      <w:pPr>
        <w:spacing w:after="40" w:line="240" w:lineRule="auto"/>
      </w:pPr>
      <w:r>
        <w:rPr>
          <w:sz w:val="17"/>
        </w:rPr>
        <w:t>Effetti fino a fine mese almeno. Ma sto studiando le sequenze… In un prossimo bollettino potrò dire cosa succederà nei giorni successivi al 28/10.</w:t>
      </w:r>
    </w:p>
    <w:p>
      <w:pPr>
        <w:spacing w:after="40" w:line="240" w:lineRule="auto"/>
      </w:pPr>
      <w:r>
        <w:rPr>
          <w:sz w:val="17"/>
        </w:rPr>
        <w:t>ALLEGATO: LA SEQUENZA DEL RISCHIO SISMICO, CON GLI SCARTI AZIMUTALI E DI ALTITUDINE OGNI 6 ORE DEI PIANETI IN ALLINEAMENTO.</w:t>
      </w:r>
    </w:p>
    <w:p>
      <w:pPr>
        <w:spacing w:after="40" w:line="240" w:lineRule="auto"/>
      </w:pPr>
      <w:r>
        <w:rPr>
          <w:sz w:val="17"/>
        </w:rPr>
        <w:t>Sull'asse delle ordinate trovate lo scarto azimutale e di altitudine dei pianeti, in ascissa le ore ed i giorni di riferimento.</w:t>
      </w:r>
    </w:p>
    <w:p>
      <w:pPr>
        <w:spacing w:after="40" w:line="240" w:lineRule="auto"/>
      </w:pPr>
      <w:r>
        <w:rPr>
          <w:sz w:val="17"/>
        </w:rPr>
        <w:t>Nelle caselline Excel trovate gli scarti espressi in numeri riferiti, per ogni riga, ad uno specifico allineamento.</w:t>
      </w:r>
    </w:p>
    <w:p>
      <w:pPr>
        <w:spacing w:after="40" w:line="240" w:lineRule="auto"/>
      </w:pPr>
      <w:r>
        <w:rPr>
          <w:sz w:val="17"/>
        </w:rPr>
        <w:t>NB. PERUGIA È SOLO UN ESEMPIO, LE LOCALITÀ INTERESSATE SONO TUTTE QUELLE A RISCHIO IN AREA MEDITERRANEA!</w:t>
      </w:r>
    </w:p>
    <w:p>
      <w:pPr>
        <w:spacing w:after="40" w:line="240" w:lineRule="auto"/>
      </w:pPr>
      <w:r>
        <w:rPr>
          <w:sz w:val="17"/>
        </w:rPr>
        <w:t>--------------</w:t>
      </w:r>
    </w:p>
    <w:p>
      <w:pPr>
        <w:spacing w:after="40" w:line="240" w:lineRule="auto"/>
      </w:pPr>
      <w:r>
        <w:rPr>
          <w:sz w:val="17"/>
        </w:rPr>
        <w:t>ORARI DI MAGGIORE RISCHIO SISMICO:</w:t>
      </w:r>
    </w:p>
    <w:p>
      <w:pPr>
        <w:spacing w:after="40" w:line="240" w:lineRule="auto"/>
      </w:pPr>
      <w:r>
        <w:rPr>
          <w:sz w:val="17"/>
        </w:rPr>
        <w:t>26-27/10</w:t>
      </w:r>
    </w:p>
    <w:p>
      <w:pPr>
        <w:spacing w:after="40" w:line="240" w:lineRule="auto"/>
      </w:pPr>
      <w:r>
        <w:rPr>
          <w:sz w:val="17"/>
        </w:rPr>
        <w:t>QUASI MASSIMO RISCHIO SISMICO</w:t>
      </w:r>
    </w:p>
    <w:p>
      <w:pPr>
        <w:spacing w:after="40" w:line="240" w:lineRule="auto"/>
      </w:pPr>
      <w:r>
        <w:rPr>
          <w:sz w:val="17"/>
        </w:rPr>
        <w:t>a causa di 10 sequenze successive di scarto azimutali e di altitudine a zero tra:</w:t>
      </w:r>
    </w:p>
    <w:p>
      <w:pPr>
        <w:spacing w:after="40" w:line="240" w:lineRule="auto"/>
      </w:pPr>
      <w:r>
        <w:rPr>
          <w:sz w:val="17"/>
        </w:rPr>
        <w:t>h. 17:30-23:59 del 26/10, con luna in AQ2.</w:t>
      </w:r>
    </w:p>
    <w:p>
      <w:pPr>
        <w:spacing w:after="40" w:line="240" w:lineRule="auto"/>
      </w:pPr>
      <w:r>
        <w:rPr>
          <w:sz w:val="17"/>
        </w:rPr>
        <w:t>h. 00:00-10:30 del 27/10, con luna in AQ1.</w:t>
      </w:r>
    </w:p>
    <w:p>
      <w:pPr>
        <w:spacing w:after="40" w:line="240" w:lineRule="auto"/>
      </w:pPr>
      <w:r>
        <w:rPr>
          <w:sz w:val="17"/>
        </w:rPr>
        <w:t>27/10</w:t>
      </w:r>
    </w:p>
    <w:p>
      <w:pPr>
        <w:spacing w:after="40" w:line="240" w:lineRule="auto"/>
      </w:pPr>
      <w:r>
        <w:rPr>
          <w:sz w:val="17"/>
        </w:rPr>
        <w:t>MASSIMO RISCHIO SISMICO</w:t>
      </w:r>
    </w:p>
    <w:p>
      <w:pPr>
        <w:spacing w:after="40" w:line="240" w:lineRule="auto"/>
      </w:pPr>
      <w:r>
        <w:rPr>
          <w:sz w:val="17"/>
        </w:rPr>
        <w:t>Incremento ulteriore del rischio sismico per allineamento dei pianeti descritto oramai perfetto.</w:t>
      </w:r>
    </w:p>
    <w:p>
      <w:pPr>
        <w:spacing w:after="40" w:line="240" w:lineRule="auto"/>
      </w:pPr>
      <w:r>
        <w:rPr>
          <w:sz w:val="17"/>
        </w:rPr>
        <w:t>Massimo rischio del periodo di ottobre a causa di Luna in AQ2 a partire dalle ore 22:00.</w:t>
      </w:r>
    </w:p>
    <w:p>
      <w:pPr>
        <w:spacing w:after="40" w:line="240" w:lineRule="auto"/>
      </w:pPr>
      <w:r>
        <w:rPr>
          <w:sz w:val="17"/>
        </w:rPr>
        <w:t>h. 00:00-10:30 con luna in AQ1</w:t>
      </w:r>
    </w:p>
    <w:p>
      <w:pPr>
        <w:spacing w:after="40" w:line="240" w:lineRule="auto"/>
      </w:pPr>
      <w:r>
        <w:rPr>
          <w:sz w:val="17"/>
        </w:rPr>
        <w:t>h. 17:30-23:59, con luna in AQ2 massimo rischio del periodo di ottobre.</w:t>
      </w:r>
    </w:p>
    <w:p>
      <w:pPr>
        <w:spacing w:after="40" w:line="240" w:lineRule="auto"/>
      </w:pPr>
      <w:r>
        <w:rPr>
          <w:sz w:val="17"/>
        </w:rPr>
        <w:t>28/10</w:t>
      </w:r>
    </w:p>
    <w:p>
      <w:pPr>
        <w:spacing w:after="40" w:line="240" w:lineRule="auto"/>
      </w:pPr>
      <w:r>
        <w:rPr>
          <w:sz w:val="17"/>
        </w:rPr>
        <w:t>MASSIMO RISCHIO SISMICO</w:t>
      </w:r>
    </w:p>
    <w:p>
      <w:pPr>
        <w:spacing w:after="40" w:line="240" w:lineRule="auto"/>
      </w:pPr>
      <w:r>
        <w:rPr>
          <w:sz w:val="17"/>
        </w:rPr>
        <w:t>Ultimo incremento del rischio sismico per allineamento dei pianeti descritto oramai perfetto. Massimo rischio del periodo di ottobre a causa di Luna in AQ2 a partire dalle ore 22:00.</w:t>
      </w:r>
    </w:p>
    <w:p>
      <w:pPr>
        <w:spacing w:after="40" w:line="240" w:lineRule="auto"/>
      </w:pPr>
      <w:r>
        <w:rPr>
          <w:sz w:val="17"/>
        </w:rPr>
        <w:t>h. 00:00-17:30 con luna in AQ1 alle h. 11:30, massimo rischio del periodo di ottobre.</w:t>
      </w:r>
    </w:p>
    <w:p>
      <w:pPr>
        <w:spacing w:after="40" w:line="240" w:lineRule="auto"/>
      </w:pPr>
      <w:r>
        <w:rPr>
          <w:sz w:val="17"/>
        </w:rPr>
        <w:t>h. 17:30-5:30 del 29/10, con luna in AQ2 alle h. 23:30. Rischio alto, in decremento.</w:t>
      </w:r>
    </w:p>
    <w:p>
      <w:pPr>
        <w:spacing w:after="40" w:line="240" w:lineRule="auto"/>
      </w:pPr>
      <w:r>
        <w:rPr>
          <w:sz w:val="17"/>
        </w:rPr>
        <w:t>FINE COMUNICATO.</w:t>
      </w:r>
    </w:p>
    <w:p>
      <w:pPr>
        <w:spacing w:after="40" w:line="240" w:lineRule="auto"/>
      </w:pPr>
      <w:r>
        <w:rPr>
          <w:sz w:val="17"/>
        </w:rPr>
        <w:t>Nota:</w:t>
      </w:r>
    </w:p>
    <w:p>
      <w:pPr>
        <w:spacing w:after="40" w:line="240" w:lineRule="auto"/>
      </w:pPr>
      <w:r>
        <w:rPr>
          <w:sz w:val="17"/>
        </w:rPr>
        <w:t>Vi preghiamo di non scriverci in privato se non per domande veramente importanti. Non abbiamo nessun tipo di informazioni più precise di questa al momento! Se ne avremo le pubblicheremo, grazie!</w:t>
      </w:r>
    </w:p>
    <w:p>
      <w:pPr>
        <w:spacing w:after="40" w:line="240" w:lineRule="auto"/>
      </w:pPr>
      <w:r>
        <w:rPr>
          <w:sz w:val="17"/>
        </w:rPr>
        <w:t>Salute a tutti.</w:t>
      </w:r>
    </w:p>
    <w:p>
      <w:pPr>
        <w:spacing w:after="40" w:line="240" w:lineRule="auto"/>
      </w:pPr>
      <w:r>
        <w:rPr>
          <w:sz w:val="17"/>
        </w:rPr>
        <w:t>S. CALANDRA</w:t>
      </w:r>
    </w:p>
    <w:p>
      <w:pPr>
        <w:spacing w:after="40" w:line="240" w:lineRule="auto"/>
      </w:pPr>
      <w:r>
        <w:rPr>
          <w:sz w:val="17"/>
        </w:rPr>
        <w:t>S. GAGLIARDI</w:t>
      </w:r>
    </w:p>
    <w:p>
      <w:r/>
    </w:p>
    <w:p>
      <w:pPr>
        <w:pStyle w:val="Heading1"/>
      </w:pPr>
      <w:r>
        <w:t>APPENDICE B - Permalink e documenti collegati</w:t>
      </w:r>
    </w:p>
    <w:p>
      <w:hyperlink r:id="rId25">
        <w:r>
          <w:rPr>
            <w:color w:val="0563C1"/>
            <w:u w:val="single"/>
          </w:rPr>
          <w:t>Facebook 3534453550045413</w:t>
        </w:r>
      </w:hyperlink>
    </w:p>
    <w:p>
      <w:hyperlink r:id="rId26">
        <w:r>
          <w:rPr>
            <w:color w:val="0563C1"/>
            <w:u w:val="single"/>
          </w:rPr>
          <w:t>Facebook 1066506843506775</w:t>
        </w:r>
      </w:hyperlink>
    </w:p>
    <w:p>
      <w:hyperlink r:id="rId27">
        <w:r>
          <w:rPr>
            <w:color w:val="0563C1"/>
            <w:u w:val="single"/>
          </w:rPr>
          <w:t>Facebook 717044518453011</w:t>
        </w:r>
      </w:hyperlink>
    </w:p>
    <w:p>
      <w:hyperlink r:id="rId28">
        <w:r>
          <w:rPr>
            <w:color w:val="0563C1"/>
            <w:u w:val="single"/>
          </w:rPr>
          <w:t>Facebook 722644601226336</w:t>
        </w:r>
      </w:hyperlink>
    </w:p>
    <w:p>
      <w:hyperlink r:id="rId29">
        <w:r>
          <w:rPr>
            <w:color w:val="0563C1"/>
            <w:u w:val="single"/>
          </w:rPr>
          <w:t>Facebook 722216807935782</w:t>
        </w:r>
      </w:hyperlink>
    </w:p>
    <w:p>
      <w:hyperlink r:id="rId30">
        <w:r>
          <w:rPr>
            <w:color w:val="0563C1"/>
            <w:u w:val="single"/>
          </w:rPr>
          <w:t>Facebook 722710817886381 - post del 27/10</w:t>
        </w:r>
      </w:hyperlink>
    </w:p>
    <w:p>
      <w:hyperlink r:id="rId31">
        <w:r>
          <w:rPr>
            <w:color w:val="0563C1"/>
            <w:u w:val="single"/>
          </w:rPr>
          <w:t>Facebook 722019831288813 - post indicato 11:43 del 26/10</w:t>
        </w:r>
      </w:hyperlink>
    </w:p>
    <w:p>
      <w:hyperlink r:id="rId32">
        <w:r>
          <w:rPr>
            <w:color w:val="0563C1"/>
            <w:u w:val="single"/>
          </w:rPr>
          <w:t>Facebook 717046938452769 - riferimento retrospettivo</w:t>
        </w:r>
      </w:hyperlink>
    </w:p>
    <w:p>
      <w:hyperlink r:id="rId33">
        <w:r>
          <w:rPr>
            <w:color w:val="0563C1"/>
            <w:u w:val="single"/>
          </w:rPr>
          <w:t>Facebook 722248171265979 - riferimento commenti</w:t>
        </w:r>
      </w:hyperlink>
    </w:p>
    <w:p>
      <w:r>
        <w:t>Nota: alcuni permalink non sono accessibili senza login o non sono leggibili dai sistemi automatici. Il file raw e gli screenshot forniti dall’autore sono quindi conservati come copie documentali locali.</w:t>
      </w:r>
    </w:p>
    <w:p>
      <w:r/>
    </w:p>
    <w:p>
      <w:pPr>
        <w:pStyle w:val="Heading1"/>
      </w:pPr>
      <w:r>
        <w:t>APPENDICE C - Archivio completo dei 379 commenti/interventi</w:t>
      </w:r>
    </w:p>
    <w:p>
      <w:r>
        <w:t>Tutti i 379 record estratti sono riprodotti qui. La classificazione serve esclusivamente a ricerca e recupero. Per conservare anche il contesto originario, ogni record mantiene sezione/post, riga del file raw e temporalità. Il file raw integrale resta la fonte di ultima istanza.</w:t>
      </w:r>
    </w:p>
    <w:p>
      <w:pPr>
        <w:pStyle w:val="Heading2"/>
      </w:pPr>
      <w:r>
        <w:t>TESTIMONIANZA DI COMPORTAMENTO / RICEZIONE</w:t>
      </w:r>
    </w:p>
    <w:p>
      <w:pPr>
        <w:spacing w:after="20"/>
      </w:pPr>
      <w:r>
        <w:rPr>
          <w:b/>
          <w:color w:val="07304D"/>
          <w:sz w:val="17"/>
        </w:rPr>
        <w:t>C0003 · Artemisia Alti</w:t>
      </w:r>
      <w:r>
        <w:rPr>
          <w:i/>
          <w:color w:val="5A6E7D"/>
          <w:sz w:val="14"/>
        </w:rPr>
        <w:t xml:space="preserve">  [RETROSPETTIVO / 2026; Retrospettiva 2026: dormire in macchina; riga 140]</w:t>
      </w:r>
    </w:p>
    <w:p>
      <w:pPr>
        <w:spacing w:after="80" w:line="240" w:lineRule="auto"/>
        <w:ind w:left="198"/>
      </w:pPr>
      <w:r>
        <w:rPr>
          <w:sz w:val="16"/>
        </w:rPr>
        <w:t>Ho dormito in macchina sia nel 2009, che nel 2026, nel teramano. Ora che faccia ciò che vuole, resto a casa!</w:t>
      </w:r>
    </w:p>
    <w:p>
      <w:pPr>
        <w:spacing w:after="20"/>
      </w:pPr>
      <w:r>
        <w:rPr>
          <w:b/>
          <w:color w:val="07304D"/>
          <w:sz w:val="17"/>
        </w:rPr>
        <w:t>C0012 · Dori Sagi</w:t>
      </w:r>
      <w:r>
        <w:rPr>
          <w:i/>
          <w:color w:val="5A6E7D"/>
          <w:sz w:val="14"/>
        </w:rPr>
        <w:t xml:space="preserve">  [RETROSPETTIVO / 2026; Retrospettiva 2026: dormire in macchina; riga 256]</w:t>
      </w:r>
    </w:p>
    <w:p>
      <w:pPr>
        <w:spacing w:after="80" w:line="240" w:lineRule="auto"/>
        <w:ind w:left="198"/>
      </w:pPr>
      <w:r>
        <w:rPr>
          <w:sz w:val="16"/>
        </w:rPr>
        <w:t>Grazie a te ero preparata...pronta x scappare</w:t>
      </w:r>
    </w:p>
    <w:p>
      <w:pPr>
        <w:spacing w:after="20"/>
      </w:pPr>
      <w:r>
        <w:rPr>
          <w:b/>
          <w:color w:val="07304D"/>
          <w:sz w:val="17"/>
        </w:rPr>
        <w:t>C0050 · Alessandra Felici</w:t>
      </w:r>
      <w:r>
        <w:rPr>
          <w:i/>
          <w:color w:val="5A6E7D"/>
          <w:sz w:val="14"/>
        </w:rPr>
        <w:t xml:space="preserve">  [RETROSPETTIVO / DATA RIPUBBLICAZIONE DA VERIFICARE; Amarcord 19 ottobre 2016 / dialogo vigile del fuoco; riga 853]</w:t>
      </w:r>
    </w:p>
    <w:p>
      <w:pPr>
        <w:spacing w:after="80" w:line="240" w:lineRule="auto"/>
        <w:ind w:left="198"/>
      </w:pPr>
      <w:r>
        <w:rPr>
          <w:sz w:val="16"/>
        </w:rPr>
        <w:t>Grazie noi abbiamo parlato con lei al telefono e ci ha salvato grazie mille</w:t>
      </w:r>
    </w:p>
    <w:p>
      <w:pPr>
        <w:spacing w:after="20"/>
      </w:pPr>
      <w:r>
        <w:rPr>
          <w:b/>
          <w:color w:val="07304D"/>
          <w:sz w:val="17"/>
        </w:rPr>
        <w:t>C0051 · Rita De Giglio</w:t>
      </w:r>
      <w:r>
        <w:rPr>
          <w:i/>
          <w:color w:val="5A6E7D"/>
          <w:sz w:val="14"/>
        </w:rPr>
        <w:t xml:space="preserve">  [RETROSPETTIVO / DATA RIPUBBLICAZIONE DA VERIFICARE; Amarcord 19 ottobre 2016 / dialogo vigile del fuoco; riga 864]</w:t>
      </w:r>
    </w:p>
    <w:p>
      <w:pPr>
        <w:spacing w:after="80" w:line="240" w:lineRule="auto"/>
        <w:ind w:left="198"/>
      </w:pPr>
      <w:r>
        <w:rPr>
          <w:sz w:val="16"/>
        </w:rPr>
        <w:t>Fantastico! La precisione.... Ricordo che in quei giorni ho preso tre giorni di ferie x stare con mia mamma anziana</w:t>
      </w:r>
    </w:p>
    <w:p>
      <w:pPr>
        <w:spacing w:after="20"/>
      </w:pPr>
      <w:r>
        <w:rPr>
          <w:b/>
          <w:color w:val="07304D"/>
          <w:sz w:val="17"/>
        </w:rPr>
        <w:t>C0063 · Ludmila Felici</w:t>
      </w:r>
      <w:r>
        <w:rPr>
          <w:i/>
          <w:color w:val="5A6E7D"/>
          <w:sz w:val="14"/>
        </w:rPr>
        <w:t xml:space="preserve">  [RETROSPETTIVO / DATA RIPUBBLICAZIONE DA VERIFICARE; Amarcord 19 ottobre 2016 / dialogo vigile del fuoco; riga 989]</w:t>
      </w:r>
    </w:p>
    <w:p>
      <w:pPr>
        <w:spacing w:after="80" w:line="240" w:lineRule="auto"/>
        <w:ind w:left="198"/>
      </w:pPr>
      <w:r>
        <w:rPr>
          <w:sz w:val="16"/>
        </w:rPr>
        <w:t>Noi abbiamo tenuto conto delle sue previsioni Stefano ..e ci siamo salvati!!!</w:t>
      </w:r>
    </w:p>
    <w:p>
      <w:pPr>
        <w:spacing w:after="20"/>
      </w:pPr>
      <w:r>
        <w:rPr>
          <w:b/>
          <w:color w:val="07304D"/>
          <w:sz w:val="17"/>
        </w:rPr>
        <w:t>C0074 · Cristina Federici</w:t>
      </w:r>
      <w:r>
        <w:rPr>
          <w:i/>
          <w:color w:val="5A6E7D"/>
          <w:sz w:val="14"/>
        </w:rPr>
        <w:t xml:space="preserve">  [RETROSPETTIVO / DATA RIPUBBLICAZIONE DA VERIFICARE; Amarcord 19 ottobre 2016 / dialogo vigile del fuoco; riga 1109]</w:t>
      </w:r>
    </w:p>
    <w:p>
      <w:pPr>
        <w:spacing w:after="80" w:line="240" w:lineRule="auto"/>
        <w:ind w:left="198"/>
      </w:pPr>
      <w:r>
        <w:rPr>
          <w:sz w:val="16"/>
        </w:rPr>
        <w:t>Ti ringraziamo tutti di averci salvato la vita xche' anche chi era scettico dal 26 ottobre eravamo tutti in macchina o luoghi di fortuna a dormire....grazie mille Stefano!!!!</w:t>
      </w:r>
    </w:p>
    <w:p>
      <w:pPr>
        <w:spacing w:after="20"/>
      </w:pPr>
      <w:r>
        <w:rPr>
          <w:b/>
          <w:color w:val="07304D"/>
          <w:sz w:val="17"/>
        </w:rPr>
        <w:t>C0101 · Gaetano Di Filippo</w:t>
      </w:r>
      <w:r>
        <w:rPr>
          <w:i/>
          <w:color w:val="5A6E7D"/>
          <w:sz w:val="14"/>
        </w:rPr>
        <w:t xml:space="preserve">  [CONTEMPORANEO / 2016; Bollettino 18 ottobre 2016; riga 1596]</w:t>
      </w:r>
    </w:p>
    <w:p>
      <w:pPr>
        <w:spacing w:after="80" w:line="240" w:lineRule="auto"/>
        <w:ind w:left="198"/>
      </w:pPr>
      <w:r>
        <w:rPr>
          <w:sz w:val="16"/>
        </w:rPr>
        <w:t>...credo che quella notte dormiró fuori cn la mia famiglia,perché fin ora questo studio si é rivelato molto efficiente...ottimo lavoro,continuate cosí!Se accadrá cio che avete previsto vi spetta il Nobel!</w:t>
      </w:r>
    </w:p>
    <w:p>
      <w:pPr>
        <w:spacing w:after="20"/>
      </w:pPr>
      <w:r>
        <w:rPr>
          <w:b/>
          <w:color w:val="07304D"/>
          <w:sz w:val="17"/>
        </w:rPr>
        <w:t>C0204 · Davide Tassotto</w:t>
      </w:r>
      <w:r>
        <w:rPr>
          <w:i/>
          <w:color w:val="5A6E7D"/>
          <w:sz w:val="14"/>
        </w:rPr>
        <w:t xml:space="preserve">  [CONTEMPORANEO / 2016; Post 27 ottobre 2016 e commenti; riga 3348]</w:t>
      </w:r>
    </w:p>
    <w:p>
      <w:pPr>
        <w:spacing w:after="80" w:line="240" w:lineRule="auto"/>
        <w:ind w:left="198"/>
      </w:pPr>
      <w:r>
        <w:rPr>
          <w:sz w:val="16"/>
        </w:rPr>
        <w:t>Se puo aiutare DOPO Amatrice il sig.Calandra mi ha consigliato di scaricare un app per android " solar walk 2 free" per vedere anche per i piu inesperti almeno l allineamento dei pianeti che in ogni grande terremoto si evidenziano.... e anche io da inesperto con curiosita ho notato la sfilza di pianeti in questo periodo in linea con la Terra... Qui parlano di nuove faglie... ok ci sono nn si nega...ma per me (inesperto) vengono attivate dall allineamento dei pianeti!</w:t>
      </w:r>
    </w:p>
    <w:p>
      <w:pPr>
        <w:spacing w:after="20"/>
      </w:pPr>
      <w:r>
        <w:rPr>
          <w:b/>
          <w:color w:val="07304D"/>
          <w:sz w:val="17"/>
        </w:rPr>
        <w:t>C0234 · Alessandra Mazzon</w:t>
      </w:r>
      <w:r>
        <w:rPr>
          <w:i/>
          <w:color w:val="5A6E7D"/>
          <w:sz w:val="14"/>
        </w:rPr>
        <w:t xml:space="preserve">  [CONTEMPORANEO / 2016; Post 27 ottobre 2016 e commenti; riga 3712]</w:t>
      </w:r>
    </w:p>
    <w:p>
      <w:pPr>
        <w:spacing w:after="80" w:line="240" w:lineRule="auto"/>
        <w:ind w:left="198"/>
      </w:pPr>
      <w:r>
        <w:rPr>
          <w:sz w:val="16"/>
        </w:rPr>
        <w:t>Io sono andata via di casa sono venuta al mare da mia madre qui ringraziando il signore nn abbiamo sentito nulla mentre dove abito io si... C'è veramente molta paura.. Speriamo finisca presto questo incubo..</w:t>
      </w:r>
    </w:p>
    <w:p>
      <w:pPr>
        <w:spacing w:after="20"/>
      </w:pPr>
      <w:r>
        <w:rPr>
          <w:b/>
          <w:color w:val="07304D"/>
          <w:sz w:val="17"/>
        </w:rPr>
        <w:t>C0288 · Pina Broccolini</w:t>
      </w:r>
      <w:r>
        <w:rPr>
          <w:i/>
          <w:color w:val="5A6E7D"/>
          <w:sz w:val="14"/>
        </w:rPr>
        <w:t xml:space="preserve">  [CONTEMPORANEO / 2016; Bollettino 26 ottobre 2016 e commenti; riga 4573]</w:t>
      </w:r>
    </w:p>
    <w:p>
      <w:pPr>
        <w:spacing w:after="80" w:line="240" w:lineRule="auto"/>
        <w:ind w:left="198"/>
      </w:pPr>
      <w:r>
        <w:rPr>
          <w:sz w:val="16"/>
        </w:rPr>
        <w:t>Ascoli4.2 stamattina...aq 3.7 se nn erro.....dormo in auto....ma si si sente e fa paura</w:t>
      </w:r>
    </w:p>
    <w:p>
      <w:pPr>
        <w:spacing w:after="20"/>
      </w:pPr>
      <w:r>
        <w:rPr>
          <w:b/>
          <w:color w:val="07304D"/>
          <w:sz w:val="17"/>
        </w:rPr>
        <w:t>C0343 · Ira Fu</w:t>
      </w:r>
      <w:r>
        <w:rPr>
          <w:i/>
          <w:color w:val="5A6E7D"/>
          <w:sz w:val="14"/>
        </w:rPr>
        <w:t xml:space="preserve">  [CONTEMPORANEO / 2016; Bollettino 26 ottobre 2016 e commenti; riga 5191]</w:t>
      </w:r>
    </w:p>
    <w:p>
      <w:pPr>
        <w:spacing w:after="80" w:line="240" w:lineRule="auto"/>
        <w:ind w:left="198"/>
      </w:pPr>
      <w:r>
        <w:rPr>
          <w:sz w:val="16"/>
        </w:rPr>
        <w:t>Ci siamo mossi tutti !!!</w:t>
      </w:r>
    </w:p>
    <w:p>
      <w:pPr>
        <w:pStyle w:val="Heading2"/>
      </w:pPr>
      <w:r>
        <w:t>POSITIVO / SOSTEGNO</w:t>
      </w:r>
    </w:p>
    <w:p>
      <w:pPr>
        <w:spacing w:after="20"/>
      </w:pPr>
      <w:r>
        <w:rPr>
          <w:b/>
          <w:color w:val="07304D"/>
          <w:sz w:val="17"/>
        </w:rPr>
        <w:t>C0007 · Anna Teresa Mazzocchetti</w:t>
      </w:r>
      <w:r>
        <w:rPr>
          <w:i/>
          <w:color w:val="5A6E7D"/>
          <w:sz w:val="14"/>
        </w:rPr>
        <w:t xml:space="preserve">  [RETROSPETTIVO / 2026; Retrospettiva 2026: dormire in macchina; riga 193]</w:t>
      </w:r>
    </w:p>
    <w:p>
      <w:pPr>
        <w:spacing w:after="80" w:line="240" w:lineRule="auto"/>
        <w:ind w:left="198"/>
      </w:pPr>
      <w:r>
        <w:rPr>
          <w:sz w:val="16"/>
        </w:rPr>
        <w:t>Ciao Stefano come fare x iscrivermi grazie</w:t>
      </w:r>
    </w:p>
    <w:p>
      <w:pPr>
        <w:spacing w:after="20"/>
      </w:pPr>
      <w:r>
        <w:rPr>
          <w:b/>
          <w:color w:val="07304D"/>
          <w:sz w:val="17"/>
        </w:rPr>
        <w:t>C0013 · Elena Anto</w:t>
      </w:r>
      <w:r>
        <w:rPr>
          <w:i/>
          <w:color w:val="5A6E7D"/>
          <w:sz w:val="14"/>
        </w:rPr>
        <w:t xml:space="preserve">  [RETROSPETTIVO / 2026; Retrospettiva 2026: dormire in macchina; riga 269]</w:t>
      </w:r>
    </w:p>
    <w:p>
      <w:pPr>
        <w:spacing w:after="80" w:line="240" w:lineRule="auto"/>
        <w:ind w:left="198"/>
      </w:pPr>
      <w:r>
        <w:rPr>
          <w:sz w:val="16"/>
        </w:rPr>
        <w:t>Grazie!!!</w:t>
      </w:r>
    </w:p>
    <w:p>
      <w:pPr>
        <w:spacing w:after="20"/>
      </w:pPr>
      <w:r>
        <w:rPr>
          <w:b/>
          <w:color w:val="07304D"/>
          <w:sz w:val="17"/>
        </w:rPr>
        <w:t>C0016 · Nadi Nady</w:t>
      </w:r>
      <w:r>
        <w:rPr>
          <w:i/>
          <w:color w:val="5A6E7D"/>
          <w:sz w:val="14"/>
        </w:rPr>
        <w:t xml:space="preserve">  [RETROSPETTIVO / 2026; Retrospettiva 2026: dormire in macchina; riga 312]</w:t>
      </w:r>
    </w:p>
    <w:p>
      <w:pPr>
        <w:spacing w:after="80" w:line="240" w:lineRule="auto"/>
        <w:ind w:left="198"/>
      </w:pPr>
      <w:r>
        <w:rPr>
          <w:sz w:val="16"/>
        </w:rPr>
        <w:t>Salve, di che zona state parlando? Grazie</w:t>
      </w:r>
    </w:p>
    <w:p>
      <w:pPr>
        <w:spacing w:after="20"/>
      </w:pPr>
      <w:r>
        <w:rPr>
          <w:b/>
          <w:color w:val="07304D"/>
          <w:sz w:val="17"/>
        </w:rPr>
        <w:t>C0027 · Elena Linx</w:t>
      </w:r>
      <w:r>
        <w:rPr>
          <w:i/>
          <w:color w:val="5A6E7D"/>
          <w:sz w:val="14"/>
        </w:rPr>
        <w:t xml:space="preserve">  [RETROSPETTIVO / 2026; Retrospettiva 2026: dormire in macchina; riga 445]</w:t>
      </w:r>
    </w:p>
    <w:p>
      <w:pPr>
        <w:spacing w:after="80" w:line="240" w:lineRule="auto"/>
        <w:ind w:left="198"/>
      </w:pPr>
      <w:r>
        <w:rPr>
          <w:sz w:val="16"/>
        </w:rPr>
        <w:t>Il fatto è che i terremoti ci sono da sempre e da qualche tempo ormai c'è una persona, non riconosciuta né sovvenzionata da enti ufficiali che, di suo, porta avanti uno studio su questi fenomeni nonostante tutto. È giusto e corretto che, se si vuole restare informati, si riconosca almeno qualcosa a chi dedica il suo tempo con grande impegno a questo. Se ci si pensa bene tutti i servizi hanno un valore e si pagano e per questo viene chiesto veramente poco in confronto a quanto si spende per cose inutili. Non si può pretendere di avere le cose a sbafo solo in certi momenti.</w:t>
      </w:r>
    </w:p>
    <w:p>
      <w:pPr>
        <w:spacing w:after="20"/>
      </w:pPr>
      <w:r>
        <w:rPr>
          <w:b/>
          <w:color w:val="07304D"/>
          <w:sz w:val="17"/>
        </w:rPr>
        <w:t>C0033 · Elena Linx</w:t>
      </w:r>
      <w:r>
        <w:rPr>
          <w:i/>
          <w:color w:val="5A6E7D"/>
          <w:sz w:val="14"/>
        </w:rPr>
        <w:t xml:space="preserve">  [RETROSPETTIVO / 2026; Retrospettiva 2026: dormire in macchina; riga 522]</w:t>
      </w:r>
    </w:p>
    <w:p>
      <w:pPr>
        <w:spacing w:after="80" w:line="240" w:lineRule="auto"/>
        <w:ind w:left="198"/>
      </w:pPr>
      <w:r>
        <w:rPr>
          <w:sz w:val="16"/>
        </w:rPr>
        <w:t>Se si ha l'app si possono avere più notizie, dando anche un contributo per questa utile ricerca, che è veramente piccolo in confronto alle informazioni ricevute.</w:t>
      </w:r>
    </w:p>
    <w:p>
      <w:pPr>
        <w:spacing w:after="20"/>
      </w:pPr>
      <w:r>
        <w:rPr>
          <w:b/>
          <w:color w:val="07304D"/>
          <w:sz w:val="17"/>
        </w:rPr>
        <w:t>C0043 · Sabrina Mondaini</w:t>
      </w:r>
      <w:r>
        <w:rPr>
          <w:i/>
          <w:color w:val="5A6E7D"/>
          <w:sz w:val="14"/>
        </w:rPr>
        <w:t xml:space="preserve">  [RETROSPETTIVO / DATA RIPUBBLICAZIONE DA VERIFICARE; Amarcord 19 ottobre 2016 / dialogo vigile del fuoco; riga 767]</w:t>
      </w:r>
    </w:p>
    <w:p>
      <w:pPr>
        <w:spacing w:after="80" w:line="240" w:lineRule="auto"/>
        <w:ind w:left="198"/>
      </w:pPr>
      <w:r>
        <w:rPr>
          <w:sz w:val="16"/>
        </w:rPr>
        <w:t>Bravissimi!!!! Grazie</w:t>
      </w:r>
    </w:p>
    <w:p>
      <w:pPr>
        <w:spacing w:after="20"/>
      </w:pPr>
      <w:r>
        <w:rPr>
          <w:b/>
          <w:color w:val="07304D"/>
          <w:sz w:val="17"/>
        </w:rPr>
        <w:t>C0044 · Celestina Nicoletti</w:t>
      </w:r>
      <w:r>
        <w:rPr>
          <w:i/>
          <w:color w:val="5A6E7D"/>
          <w:sz w:val="14"/>
        </w:rPr>
        <w:t xml:space="preserve">  [RETROSPETTIVO / DATA RIPUBBLICAZIONE DA VERIFICARE; Amarcord 19 ottobre 2016 / dialogo vigile del fuoco; riga 787]</w:t>
      </w:r>
    </w:p>
    <w:p>
      <w:pPr>
        <w:spacing w:after="80" w:line="240" w:lineRule="auto"/>
        <w:ind w:left="198"/>
      </w:pPr>
      <w:r>
        <w:rPr>
          <w:sz w:val="16"/>
        </w:rPr>
        <w:t>Grazie</w:t>
      </w:r>
    </w:p>
    <w:p>
      <w:pPr>
        <w:spacing w:after="20"/>
      </w:pPr>
      <w:r>
        <w:rPr>
          <w:b/>
          <w:color w:val="07304D"/>
          <w:sz w:val="17"/>
        </w:rPr>
        <w:t>C0045 · Raffaelina Celardo</w:t>
      </w:r>
      <w:r>
        <w:rPr>
          <w:i/>
          <w:color w:val="5A6E7D"/>
          <w:sz w:val="14"/>
        </w:rPr>
        <w:t xml:space="preserve">  [RETROSPETTIVO / DATA RIPUBBLICAZIONE DA VERIFICARE; Amarcord 19 ottobre 2016 / dialogo vigile del fuoco; riga 799]</w:t>
      </w:r>
    </w:p>
    <w:p>
      <w:pPr>
        <w:spacing w:after="80" w:line="240" w:lineRule="auto"/>
        <w:ind w:left="198"/>
      </w:pPr>
      <w:r>
        <w:rPr>
          <w:sz w:val="16"/>
        </w:rPr>
        <w:t>Grazie mille a tutti voi buona domenica</w:t>
      </w:r>
    </w:p>
    <w:p>
      <w:pPr>
        <w:spacing w:after="20"/>
      </w:pPr>
      <w:r>
        <w:rPr>
          <w:b/>
          <w:color w:val="07304D"/>
          <w:sz w:val="17"/>
        </w:rPr>
        <w:t>C0047 · Monica Ferrara</w:t>
      </w:r>
      <w:r>
        <w:rPr>
          <w:i/>
          <w:color w:val="5A6E7D"/>
          <w:sz w:val="14"/>
        </w:rPr>
        <w:t xml:space="preserve">  [RETROSPETTIVO / DATA RIPUBBLICAZIONE DA VERIFICARE; Amarcord 19 ottobre 2016 / dialogo vigile del fuoco; riga 820]</w:t>
      </w:r>
    </w:p>
    <w:p>
      <w:pPr>
        <w:spacing w:after="80" w:line="240" w:lineRule="auto"/>
        <w:ind w:left="198"/>
      </w:pPr>
      <w:r>
        <w:rPr>
          <w:sz w:val="16"/>
        </w:rPr>
        <w:t>Stefano sei un ricercatore con la "R" maiuscola...ti adoro da sempre!Grazie della tua grande missione x la salvezza di tutti noi</w:t>
      </w:r>
    </w:p>
    <w:p>
      <w:pPr>
        <w:spacing w:after="20"/>
      </w:pPr>
      <w:r>
        <w:rPr>
          <w:b/>
          <w:color w:val="07304D"/>
          <w:sz w:val="17"/>
        </w:rPr>
        <w:t>C0048 · Agapito Malteni</w:t>
      </w:r>
      <w:r>
        <w:rPr>
          <w:i/>
          <w:color w:val="5A6E7D"/>
          <w:sz w:val="14"/>
        </w:rPr>
        <w:t xml:space="preserve">  [RETROSPETTIVO / DATA RIPUBBLICAZIONE DA VERIFICARE; Amarcord 19 ottobre 2016 / dialogo vigile del fuoco; riga 830]</w:t>
      </w:r>
    </w:p>
    <w:p>
      <w:pPr>
        <w:spacing w:after="80" w:line="240" w:lineRule="auto"/>
        <w:ind w:left="198"/>
      </w:pPr>
      <w:r>
        <w:rPr>
          <w:sz w:val="16"/>
        </w:rPr>
        <w:t>Continuate così grazie mille</w:t>
      </w:r>
    </w:p>
    <w:p>
      <w:pPr>
        <w:spacing w:after="20"/>
      </w:pPr>
      <w:r>
        <w:rPr>
          <w:b/>
          <w:color w:val="07304D"/>
          <w:sz w:val="17"/>
        </w:rPr>
        <w:t>C0049 · Stefania Di Paolo</w:t>
      </w:r>
      <w:r>
        <w:rPr>
          <w:i/>
          <w:color w:val="5A6E7D"/>
          <w:sz w:val="14"/>
        </w:rPr>
        <w:t xml:space="preserve">  [RETROSPETTIVO / DATA RIPUBBLICAZIONE DA VERIFICARE; Amarcord 19 ottobre 2016 / dialogo vigile del fuoco; riga 840]</w:t>
      </w:r>
    </w:p>
    <w:p>
      <w:pPr>
        <w:spacing w:after="80" w:line="240" w:lineRule="auto"/>
        <w:ind w:left="198"/>
      </w:pPr>
      <w:r>
        <w:rPr>
          <w:sz w:val="16"/>
        </w:rPr>
        <w:t>Grazie mille!!!!!</w:t>
      </w:r>
    </w:p>
    <w:p>
      <w:pPr>
        <w:spacing w:after="20"/>
      </w:pPr>
      <w:r>
        <w:rPr>
          <w:b/>
          <w:color w:val="07304D"/>
          <w:sz w:val="17"/>
        </w:rPr>
        <w:t>C0053 · Mari Vagnozzi</w:t>
      </w:r>
      <w:r>
        <w:rPr>
          <w:i/>
          <w:color w:val="5A6E7D"/>
          <w:sz w:val="14"/>
        </w:rPr>
        <w:t xml:space="preserve">  [RETROSPETTIVO / DATA RIPUBBLICAZIONE DA VERIFICARE; Amarcord 19 ottobre 2016 / dialogo vigile del fuoco; riga 884]</w:t>
      </w:r>
    </w:p>
    <w:p>
      <w:pPr>
        <w:spacing w:after="80" w:line="240" w:lineRule="auto"/>
        <w:ind w:left="198"/>
      </w:pPr>
      <w:r>
        <w:rPr>
          <w:sz w:val="16"/>
        </w:rPr>
        <w:t>Massima, incondizionata stima!</w:t>
      </w:r>
    </w:p>
    <w:p>
      <w:pPr>
        <w:spacing w:after="20"/>
      </w:pPr>
      <w:r>
        <w:rPr>
          <w:b/>
          <w:color w:val="07304D"/>
          <w:sz w:val="17"/>
        </w:rPr>
        <w:t>C0054 · Luciano Golia</w:t>
      </w:r>
      <w:r>
        <w:rPr>
          <w:i/>
          <w:color w:val="5A6E7D"/>
          <w:sz w:val="14"/>
        </w:rPr>
        <w:t xml:space="preserve">  [RETROSPETTIVO / DATA RIPUBBLICAZIONE DA VERIFICARE; Amarcord 19 ottobre 2016 / dialogo vigile del fuoco; riga 894]</w:t>
      </w:r>
    </w:p>
    <w:p>
      <w:pPr>
        <w:spacing w:after="80" w:line="240" w:lineRule="auto"/>
        <w:ind w:left="198"/>
      </w:pPr>
      <w:r>
        <w:rPr>
          <w:sz w:val="16"/>
        </w:rPr>
        <w:t>Un ringraziamento grande per quello che fai. Vorrei farti un domanda se possibile.....Ma per il Vesuvio e/O campi Flegrei come la vedi ? Potrebbe eruttare?</w:t>
      </w:r>
    </w:p>
    <w:p>
      <w:pPr>
        <w:spacing w:after="20"/>
      </w:pPr>
      <w:r>
        <w:rPr>
          <w:b/>
          <w:color w:val="07304D"/>
          <w:sz w:val="17"/>
        </w:rPr>
        <w:t>C0055 · Cucciola Serena</w:t>
      </w:r>
      <w:r>
        <w:rPr>
          <w:i/>
          <w:color w:val="5A6E7D"/>
          <w:sz w:val="14"/>
        </w:rPr>
        <w:t xml:space="preserve">  [RETROSPETTIVO / DATA RIPUBBLICAZIONE DA VERIFICARE; Amarcord 19 ottobre 2016 / dialogo vigile del fuoco; riga 904]</w:t>
      </w:r>
    </w:p>
    <w:p>
      <w:pPr>
        <w:spacing w:after="80" w:line="240" w:lineRule="auto"/>
        <w:ind w:left="198"/>
      </w:pPr>
      <w:r>
        <w:rPr>
          <w:sz w:val="16"/>
        </w:rPr>
        <w:t>2 lacrime bagnano i miei occhi .. grazie per ciò che fate</w:t>
      </w:r>
    </w:p>
    <w:p>
      <w:pPr>
        <w:spacing w:after="20"/>
      </w:pPr>
      <w:r>
        <w:rPr>
          <w:b/>
          <w:color w:val="07304D"/>
          <w:sz w:val="17"/>
        </w:rPr>
        <w:t>C0056 · Raffaelina Celardo</w:t>
      </w:r>
      <w:r>
        <w:rPr>
          <w:i/>
          <w:color w:val="5A6E7D"/>
          <w:sz w:val="14"/>
        </w:rPr>
        <w:t xml:space="preserve">  [RETROSPETTIVO / DATA RIPUBBLICAZIONE DA VERIFICARE; Amarcord 19 ottobre 2016 / dialogo vigile del fuoco; riga 914]</w:t>
      </w:r>
    </w:p>
    <w:p>
      <w:pPr>
        <w:spacing w:after="80" w:line="240" w:lineRule="auto"/>
        <w:ind w:left="198"/>
      </w:pPr>
      <w:r>
        <w:rPr>
          <w:sz w:val="16"/>
        </w:rPr>
        <w:t>Grazie mille Buon pomeriggio</w:t>
      </w:r>
    </w:p>
    <w:p>
      <w:pPr>
        <w:spacing w:after="20"/>
      </w:pPr>
      <w:r>
        <w:rPr>
          <w:b/>
          <w:color w:val="07304D"/>
          <w:sz w:val="17"/>
        </w:rPr>
        <w:t>C0057 · Manuela Raccogli</w:t>
      </w:r>
      <w:r>
        <w:rPr>
          <w:i/>
          <w:color w:val="5A6E7D"/>
          <w:sz w:val="14"/>
        </w:rPr>
        <w:t xml:space="preserve">  [RETROSPETTIVO / DATA RIPUBBLICAZIONE DA VERIFICARE; Amarcord 19 ottobre 2016 / dialogo vigile del fuoco; riga 924]</w:t>
      </w:r>
    </w:p>
    <w:p>
      <w:pPr>
        <w:spacing w:after="80" w:line="240" w:lineRule="auto"/>
        <w:ind w:left="198"/>
      </w:pPr>
      <w:r>
        <w:rPr>
          <w:sz w:val="16"/>
        </w:rPr>
        <w:t>Ricordo quei giorni come se fosse ieri... La sua disponibilità nel rispondere anche ai tanti messaggi privati, io sono una di quelle persone!! Grazie grazie</w:t>
      </w:r>
    </w:p>
    <w:p>
      <w:pPr>
        <w:spacing w:after="20"/>
      </w:pPr>
      <w:r>
        <w:rPr>
          <w:b/>
          <w:color w:val="07304D"/>
          <w:sz w:val="17"/>
        </w:rPr>
        <w:t>C0058 · Flaminia Padroni</w:t>
      </w:r>
      <w:r>
        <w:rPr>
          <w:i/>
          <w:color w:val="5A6E7D"/>
          <w:sz w:val="14"/>
        </w:rPr>
        <w:t xml:space="preserve">  [RETROSPETTIVO / DATA RIPUBBLICAZIONE DA VERIFICARE; Amarcord 19 ottobre 2016 / dialogo vigile del fuoco; riga 935]</w:t>
      </w:r>
    </w:p>
    <w:p>
      <w:pPr>
        <w:spacing w:after="80" w:line="240" w:lineRule="auto"/>
        <w:ind w:left="198"/>
      </w:pPr>
      <w:r>
        <w:rPr>
          <w:sz w:val="16"/>
        </w:rPr>
        <w:t>Bravi!</w:t>
      </w:r>
    </w:p>
    <w:p>
      <w:pPr>
        <w:spacing w:after="20"/>
      </w:pPr>
      <w:r>
        <w:rPr>
          <w:b/>
          <w:color w:val="07304D"/>
          <w:sz w:val="17"/>
        </w:rPr>
        <w:t>C0059 · Miriana Mosca</w:t>
      </w:r>
      <w:r>
        <w:rPr>
          <w:i/>
          <w:color w:val="5A6E7D"/>
          <w:sz w:val="14"/>
        </w:rPr>
        <w:t xml:space="preserve">  [RETROSPETTIVO / DATA RIPUBBLICAZIONE DA VERIFICARE; Amarcord 19 ottobre 2016 / dialogo vigile del fuoco; riga 946]</w:t>
      </w:r>
    </w:p>
    <w:p>
      <w:pPr>
        <w:spacing w:after="80" w:line="240" w:lineRule="auto"/>
        <w:ind w:left="198"/>
      </w:pPr>
      <w:r>
        <w:rPr>
          <w:sz w:val="16"/>
        </w:rPr>
        <w:t>Grazie di esistere a te ed i tuoi collaboratori.......</w:t>
      </w:r>
    </w:p>
    <w:p>
      <w:pPr>
        <w:spacing w:after="20"/>
      </w:pPr>
      <w:r>
        <w:rPr>
          <w:b/>
          <w:color w:val="07304D"/>
          <w:sz w:val="17"/>
        </w:rPr>
        <w:t>C0060 · Manuela Di Pompeo</w:t>
      </w:r>
      <w:r>
        <w:rPr>
          <w:i/>
          <w:color w:val="5A6E7D"/>
          <w:sz w:val="14"/>
        </w:rPr>
        <w:t xml:space="preserve">  [RETROSPETTIVO / DATA RIPUBBLICAZIONE DA VERIFICARE; Amarcord 19 ottobre 2016 / dialogo vigile del fuoco; riga 956]</w:t>
      </w:r>
    </w:p>
    <w:p>
      <w:pPr>
        <w:spacing w:after="80" w:line="240" w:lineRule="auto"/>
        <w:ind w:left="198"/>
      </w:pPr>
      <w:r>
        <w:rPr>
          <w:sz w:val="16"/>
        </w:rPr>
        <w:t>Grazie per il lavoro che hai fatto e continui a fare. Manuela ( Aq)</w:t>
      </w:r>
    </w:p>
    <w:p>
      <w:pPr>
        <w:spacing w:after="20"/>
      </w:pPr>
      <w:r>
        <w:rPr>
          <w:b/>
          <w:color w:val="07304D"/>
          <w:sz w:val="17"/>
        </w:rPr>
        <w:t>C0061 · Giuseppina Fasciocco</w:t>
      </w:r>
      <w:r>
        <w:rPr>
          <w:i/>
          <w:color w:val="5A6E7D"/>
          <w:sz w:val="14"/>
        </w:rPr>
        <w:t xml:space="preserve">  [RETROSPETTIVO / DATA RIPUBBLICAZIONE DA VERIFICARE; Amarcord 19 ottobre 2016 / dialogo vigile del fuoco; riga 966]</w:t>
      </w:r>
    </w:p>
    <w:p>
      <w:pPr>
        <w:spacing w:after="80" w:line="240" w:lineRule="auto"/>
        <w:ind w:left="198"/>
      </w:pPr>
      <w:r>
        <w:rPr>
          <w:sz w:val="16"/>
        </w:rPr>
        <w:t>Bravissimo e grazie</w:t>
      </w:r>
    </w:p>
    <w:p>
      <w:pPr>
        <w:spacing w:after="20"/>
      </w:pPr>
      <w:r>
        <w:rPr>
          <w:b/>
          <w:color w:val="07304D"/>
          <w:sz w:val="17"/>
        </w:rPr>
        <w:t>C0062 · Jenny Massy</w:t>
      </w:r>
      <w:r>
        <w:rPr>
          <w:i/>
          <w:color w:val="5A6E7D"/>
          <w:sz w:val="14"/>
        </w:rPr>
        <w:t xml:space="preserve">  [RETROSPETTIVO / DATA RIPUBBLICAZIONE DA VERIFICARE; Amarcord 19 ottobre 2016 / dialogo vigile del fuoco; riga 979]</w:t>
      </w:r>
    </w:p>
    <w:p>
      <w:pPr>
        <w:spacing w:after="80" w:line="240" w:lineRule="auto"/>
        <w:ind w:left="198"/>
      </w:pPr>
      <w:r>
        <w:rPr>
          <w:sz w:val="16"/>
        </w:rPr>
        <w:t>BRAVISSIMI</w:t>
      </w:r>
    </w:p>
    <w:p>
      <w:pPr>
        <w:spacing w:after="20"/>
      </w:pPr>
      <w:r>
        <w:rPr>
          <w:b/>
          <w:color w:val="07304D"/>
          <w:sz w:val="17"/>
        </w:rPr>
        <w:t>C0064 · Stefania Pietrosanti</w:t>
      </w:r>
      <w:r>
        <w:rPr>
          <w:i/>
          <w:color w:val="5A6E7D"/>
          <w:sz w:val="14"/>
        </w:rPr>
        <w:t xml:space="preserve">  [RETROSPETTIVO / DATA RIPUBBLICAZIONE DA VERIFICARE; Amarcord 19 ottobre 2016 / dialogo vigile del fuoco; riga 1000]</w:t>
      </w:r>
    </w:p>
    <w:p>
      <w:pPr>
        <w:spacing w:after="80" w:line="240" w:lineRule="auto"/>
        <w:ind w:left="198"/>
      </w:pPr>
      <w:r>
        <w:rPr>
          <w:sz w:val="16"/>
        </w:rPr>
        <w:t>Che dire? Un mito!</w:t>
      </w:r>
    </w:p>
    <w:p>
      <w:pPr>
        <w:spacing w:after="20"/>
      </w:pPr>
      <w:r>
        <w:rPr>
          <w:b/>
          <w:color w:val="07304D"/>
          <w:sz w:val="17"/>
        </w:rPr>
        <w:t>C0065 · Antonio Les Paul</w:t>
      </w:r>
      <w:r>
        <w:rPr>
          <w:i/>
          <w:color w:val="5A6E7D"/>
          <w:sz w:val="14"/>
        </w:rPr>
        <w:t xml:space="preserve">  [RETROSPETTIVO / DATA RIPUBBLICAZIONE DA VERIFICARE; Amarcord 19 ottobre 2016 / dialogo vigile del fuoco; riga 1011]</w:t>
      </w:r>
    </w:p>
    <w:p>
      <w:pPr>
        <w:spacing w:after="80" w:line="240" w:lineRule="auto"/>
        <w:ind w:left="198"/>
      </w:pPr>
      <w:r>
        <w:rPr>
          <w:sz w:val="16"/>
        </w:rPr>
        <w:t>Grandiosi!</w:t>
      </w:r>
    </w:p>
    <w:p>
      <w:pPr>
        <w:spacing w:after="20"/>
      </w:pPr>
      <w:r>
        <w:rPr>
          <w:b/>
          <w:color w:val="07304D"/>
          <w:sz w:val="17"/>
        </w:rPr>
        <w:t>C0066 · Michelangelo Tedeschi</w:t>
      </w:r>
      <w:r>
        <w:rPr>
          <w:i/>
          <w:color w:val="5A6E7D"/>
          <w:sz w:val="14"/>
        </w:rPr>
        <w:t xml:space="preserve">  [RETROSPETTIVO / DATA RIPUBBLICAZIONE DA VERIFICARE; Amarcord 19 ottobre 2016 / dialogo vigile del fuoco; riga 1021]</w:t>
      </w:r>
    </w:p>
    <w:p>
      <w:pPr>
        <w:spacing w:after="80" w:line="240" w:lineRule="auto"/>
        <w:ind w:left="198"/>
      </w:pPr>
      <w:r>
        <w:rPr>
          <w:sz w:val="16"/>
        </w:rPr>
        <w:t>Troppo importante la vs ricerca. Credo che nn ci siano parole più belle che una persona ti possa rivolgere... Grande Stefano</w:t>
      </w:r>
    </w:p>
    <w:p>
      <w:pPr>
        <w:spacing w:after="20"/>
      </w:pPr>
      <w:r>
        <w:rPr>
          <w:b/>
          <w:color w:val="07304D"/>
          <w:sz w:val="17"/>
        </w:rPr>
        <w:t>C0068 · Rita Santini</w:t>
      </w:r>
      <w:r>
        <w:rPr>
          <w:i/>
          <w:color w:val="5A6E7D"/>
          <w:sz w:val="14"/>
        </w:rPr>
        <w:t xml:space="preserve">  [RETROSPETTIVO / DATA RIPUBBLICAZIONE DA VERIFICARE; Amarcord 19 ottobre 2016 / dialogo vigile del fuoco; riga 1047]</w:t>
      </w:r>
    </w:p>
    <w:p>
      <w:pPr>
        <w:spacing w:after="80" w:line="240" w:lineRule="auto"/>
        <w:ind w:left="198"/>
      </w:pPr>
      <w:r>
        <w:rPr>
          <w:sz w:val="16"/>
        </w:rPr>
        <w:t>Grazie x le informazioni a riguardo!!!</w:t>
      </w:r>
    </w:p>
    <w:p>
      <w:pPr>
        <w:spacing w:after="20"/>
      </w:pPr>
      <w:r>
        <w:rPr>
          <w:b/>
          <w:color w:val="07304D"/>
          <w:sz w:val="17"/>
        </w:rPr>
        <w:t>C0069 · Giuseppina Mazza</w:t>
      </w:r>
      <w:r>
        <w:rPr>
          <w:i/>
          <w:color w:val="5A6E7D"/>
          <w:sz w:val="14"/>
        </w:rPr>
        <w:t xml:space="preserve">  [RETROSPETTIVO / DATA RIPUBBLICAZIONE DA VERIFICARE; Amarcord 19 ottobre 2016 / dialogo vigile del fuoco; riga 1057]</w:t>
      </w:r>
    </w:p>
    <w:p>
      <w:pPr>
        <w:spacing w:after="80" w:line="240" w:lineRule="auto"/>
        <w:ind w:left="198"/>
      </w:pPr>
      <w:r>
        <w:rPr>
          <w:sz w:val="16"/>
        </w:rPr>
        <w:t>Grazie</w:t>
      </w:r>
    </w:p>
    <w:p>
      <w:pPr>
        <w:spacing w:after="20"/>
      </w:pPr>
      <w:r>
        <w:rPr>
          <w:b/>
          <w:color w:val="07304D"/>
          <w:sz w:val="17"/>
        </w:rPr>
        <w:t>C0071 · Patrizia Sabatini</w:t>
      </w:r>
      <w:r>
        <w:rPr>
          <w:i/>
          <w:color w:val="5A6E7D"/>
          <w:sz w:val="14"/>
        </w:rPr>
        <w:t xml:space="preserve">  [RETROSPETTIVO / DATA RIPUBBLICAZIONE DA VERIFICARE; Amarcord 19 ottobre 2016 / dialogo vigile del fuoco; riga 1077]</w:t>
      </w:r>
    </w:p>
    <w:p>
      <w:pPr>
        <w:spacing w:after="80" w:line="240" w:lineRule="auto"/>
        <w:ind w:left="198"/>
      </w:pPr>
      <w:r>
        <w:rPr>
          <w:sz w:val="16"/>
        </w:rPr>
        <w:t>In bocca al lupo per i suoi studi,grazie</w:t>
      </w:r>
    </w:p>
    <w:p>
      <w:pPr>
        <w:spacing w:after="20"/>
      </w:pPr>
      <w:r>
        <w:rPr>
          <w:b/>
          <w:color w:val="07304D"/>
          <w:sz w:val="17"/>
        </w:rPr>
        <w:t>C0072 · Enrico Badaracco</w:t>
      </w:r>
      <w:r>
        <w:rPr>
          <w:i/>
          <w:color w:val="5A6E7D"/>
          <w:sz w:val="14"/>
        </w:rPr>
        <w:t xml:space="preserve">  [RETROSPETTIVO / DATA RIPUBBLICAZIONE DA VERIFICARE; Amarcord 19 ottobre 2016 / dialogo vigile del fuoco; riga 1088]</w:t>
      </w:r>
    </w:p>
    <w:p>
      <w:pPr>
        <w:spacing w:after="80" w:line="240" w:lineRule="auto"/>
        <w:ind w:left="198"/>
      </w:pPr>
      <w:r>
        <w:rPr>
          <w:sz w:val="16"/>
        </w:rPr>
        <w:t>Grandioso. Se i nostri grazie possono aumentare la fiamma che vi spinge a studiare, allora dirò mille volte grazie per quello che fate!</w:t>
      </w:r>
    </w:p>
    <w:p>
      <w:pPr>
        <w:spacing w:after="20"/>
      </w:pPr>
      <w:r>
        <w:rPr>
          <w:b/>
          <w:color w:val="07304D"/>
          <w:sz w:val="17"/>
        </w:rPr>
        <w:t>C0073 · Lu Gatto Pacio</w:t>
      </w:r>
      <w:r>
        <w:rPr>
          <w:i/>
          <w:color w:val="5A6E7D"/>
          <w:sz w:val="14"/>
        </w:rPr>
        <w:t xml:space="preserve">  [RETROSPETTIVO / DATA RIPUBBLICAZIONE DA VERIFICARE; Amarcord 19 ottobre 2016 / dialogo vigile del fuoco; riga 1099]</w:t>
      </w:r>
    </w:p>
    <w:p>
      <w:pPr>
        <w:spacing w:after="80" w:line="240" w:lineRule="auto"/>
        <w:ind w:left="198"/>
      </w:pPr>
      <w:r>
        <w:rPr>
          <w:sz w:val="16"/>
        </w:rPr>
        <w:t>Sei una sentinella attiva e pronta ad avvertirci quando la situazione si modifica e occorre essere più attenti, questo è per noi rassicurante e ti ringraziamo moltissimo.</w:t>
      </w:r>
    </w:p>
    <w:p>
      <w:pPr>
        <w:spacing w:after="20"/>
      </w:pPr>
      <w:r>
        <w:rPr>
          <w:b/>
          <w:color w:val="07304D"/>
          <w:sz w:val="17"/>
        </w:rPr>
        <w:t>C0075 · Bruna Cecchi</w:t>
      </w:r>
      <w:r>
        <w:rPr>
          <w:i/>
          <w:color w:val="5A6E7D"/>
          <w:sz w:val="14"/>
        </w:rPr>
        <w:t xml:space="preserve">  [RETROSPETTIVO / DATA RIPUBBLICAZIONE DA VERIFICARE; Amarcord 19 ottobre 2016 / dialogo vigile del fuoco; riga 1120]</w:t>
      </w:r>
    </w:p>
    <w:p>
      <w:pPr>
        <w:spacing w:after="80" w:line="240" w:lineRule="auto"/>
        <w:ind w:left="198"/>
      </w:pPr>
      <w:r>
        <w:rPr>
          <w:sz w:val="16"/>
        </w:rPr>
        <w:t>Da brivido....grazie per quello che fa</w:t>
      </w:r>
    </w:p>
    <w:p>
      <w:pPr>
        <w:spacing w:after="20"/>
      </w:pPr>
      <w:r>
        <w:rPr>
          <w:b/>
          <w:color w:val="07304D"/>
          <w:sz w:val="17"/>
        </w:rPr>
        <w:t>C0084 · Federica Cambi</w:t>
      </w:r>
      <w:r>
        <w:rPr>
          <w:i/>
          <w:color w:val="5A6E7D"/>
          <w:sz w:val="14"/>
        </w:rPr>
        <w:t xml:space="preserve">  [CONTEMPORANEO / 2016; Bollettino 18 ottobre 2016; riga 1392]</w:t>
      </w:r>
    </w:p>
    <w:p>
      <w:pPr>
        <w:spacing w:after="80" w:line="240" w:lineRule="auto"/>
        <w:ind w:left="198"/>
      </w:pPr>
      <w:r>
        <w:rPr>
          <w:sz w:val="16"/>
        </w:rPr>
        <w:t>Grazie e teneteci informati</w:t>
      </w:r>
    </w:p>
    <w:p>
      <w:pPr>
        <w:spacing w:after="20"/>
      </w:pPr>
      <w:r>
        <w:rPr>
          <w:b/>
          <w:color w:val="07304D"/>
          <w:sz w:val="17"/>
        </w:rPr>
        <w:t>C0094 · Fabrizia Di Donato</w:t>
      </w:r>
      <w:r>
        <w:rPr>
          <w:i/>
          <w:color w:val="5A6E7D"/>
          <w:sz w:val="14"/>
        </w:rPr>
        <w:t xml:space="preserve">  [CONTEMPORANEO / 2016; Bollettino 18 ottobre 2016; riga 1516]</w:t>
      </w:r>
    </w:p>
    <w:p>
      <w:pPr>
        <w:spacing w:after="80" w:line="240" w:lineRule="auto"/>
        <w:ind w:left="198"/>
      </w:pPr>
      <w:r>
        <w:rPr>
          <w:sz w:val="16"/>
        </w:rPr>
        <w:t>Grazie dell informazione󾌰</w:t>
      </w:r>
    </w:p>
    <w:p>
      <w:pPr>
        <w:spacing w:after="20"/>
      </w:pPr>
      <w:r>
        <w:rPr>
          <w:b/>
          <w:color w:val="07304D"/>
          <w:sz w:val="17"/>
        </w:rPr>
        <w:t>C0095 · Ori Lele</w:t>
      </w:r>
      <w:r>
        <w:rPr>
          <w:i/>
          <w:color w:val="5A6E7D"/>
          <w:sz w:val="14"/>
        </w:rPr>
        <w:t xml:space="preserve">  [CONTEMPORANEO / 2016; Bollettino 18 ottobre 2016; riga 1527]</w:t>
      </w:r>
    </w:p>
    <w:p>
      <w:pPr>
        <w:spacing w:after="80" w:line="240" w:lineRule="auto"/>
        <w:ind w:left="198"/>
      </w:pPr>
      <w:r>
        <w:rPr>
          <w:sz w:val="16"/>
        </w:rPr>
        <w:t>Grazie.</w:t>
      </w:r>
    </w:p>
    <w:p>
      <w:pPr>
        <w:spacing w:after="20"/>
      </w:pPr>
      <w:r>
        <w:rPr>
          <w:b/>
          <w:color w:val="07304D"/>
          <w:sz w:val="17"/>
        </w:rPr>
        <w:t>C0099 · Eleonora Brauzi</w:t>
      </w:r>
      <w:r>
        <w:rPr>
          <w:i/>
          <w:color w:val="5A6E7D"/>
          <w:sz w:val="14"/>
        </w:rPr>
        <w:t xml:space="preserve">  [CONTEMPORANEO / 2016; Bollettino 18 ottobre 2016; riga 1573]</w:t>
      </w:r>
    </w:p>
    <w:p>
      <w:pPr>
        <w:spacing w:after="80" w:line="240" w:lineRule="auto"/>
        <w:ind w:left="198"/>
      </w:pPr>
      <w:r>
        <w:rPr>
          <w:sz w:val="16"/>
        </w:rPr>
        <w:t>Grazie per le info e gli avvertimenti sig.Calandra. Se avrò delle domande da porle per chiarimenti nei prossimi giorni spero non la disturbi troppo.</w:t>
      </w:r>
    </w:p>
    <w:p>
      <w:pPr>
        <w:spacing w:after="20"/>
      </w:pPr>
      <w:r>
        <w:rPr>
          <w:b/>
          <w:color w:val="07304D"/>
          <w:sz w:val="17"/>
        </w:rPr>
        <w:t>C0104 · Antonio Lopez</w:t>
      </w:r>
      <w:r>
        <w:rPr>
          <w:i/>
          <w:color w:val="5A6E7D"/>
          <w:sz w:val="14"/>
        </w:rPr>
        <w:t xml:space="preserve">  [CONTEMPORANEO / 2016; Bollettino 18 ottobre 2016; riga 1631]</w:t>
      </w:r>
    </w:p>
    <w:p>
      <w:pPr>
        <w:spacing w:after="80" w:line="240" w:lineRule="auto"/>
        <w:ind w:left="198"/>
      </w:pPr>
      <w:r>
        <w:rPr>
          <w:sz w:val="16"/>
        </w:rPr>
        <w:t>Mi scusi signor Stefano, nel post ha scritto che questa è l'ultima sequenza importante del 2016. Ma se ci dovesse essere un forte sisma in queste date, poi non dovrebbero seguire altri picchi dovuti all'assestamento? Grazie di tutto!!</w:t>
      </w:r>
    </w:p>
    <w:p>
      <w:pPr>
        <w:spacing w:after="20"/>
      </w:pPr>
      <w:r>
        <w:rPr>
          <w:b/>
          <w:color w:val="07304D"/>
          <w:sz w:val="17"/>
        </w:rPr>
        <w:t>C0109 · Nadia Pignani</w:t>
      </w:r>
      <w:r>
        <w:rPr>
          <w:i/>
          <w:color w:val="5A6E7D"/>
          <w:sz w:val="14"/>
        </w:rPr>
        <w:t xml:space="preserve">  [CONTEMPORANEO / 2016; Bollettino 18 ottobre 2016; riga 1689]</w:t>
      </w:r>
    </w:p>
    <w:p>
      <w:pPr>
        <w:spacing w:after="80" w:line="240" w:lineRule="auto"/>
        <w:ind w:left="198"/>
      </w:pPr>
      <w:r>
        <w:rPr>
          <w:sz w:val="16"/>
        </w:rPr>
        <w:t>Mi piacerebbe sapere l'allineamento dei pianeti che c'era nel terremoto dell'Aquila e in quello di Colfiorito nel 1997. Grazie</w:t>
      </w:r>
    </w:p>
    <w:p>
      <w:pPr>
        <w:spacing w:after="20"/>
      </w:pPr>
      <w:r>
        <w:rPr>
          <w:b/>
          <w:color w:val="07304D"/>
          <w:sz w:val="17"/>
        </w:rPr>
        <w:t>C0110 · Cheti Ottaviani</w:t>
      </w:r>
      <w:r>
        <w:rPr>
          <w:i/>
          <w:color w:val="5A6E7D"/>
          <w:sz w:val="14"/>
        </w:rPr>
        <w:t xml:space="preserve">  [CONTEMPORANEO / 2016; Bollettino 18 ottobre 2016; riga 1701]</w:t>
      </w:r>
    </w:p>
    <w:p>
      <w:pPr>
        <w:spacing w:after="80" w:line="240" w:lineRule="auto"/>
        <w:ind w:left="198"/>
      </w:pPr>
      <w:r>
        <w:rPr>
          <w:sz w:val="16"/>
        </w:rPr>
        <w:t>Grazie</w:t>
      </w:r>
    </w:p>
    <w:p>
      <w:pPr>
        <w:spacing w:after="20"/>
      </w:pPr>
      <w:r>
        <w:rPr>
          <w:b/>
          <w:color w:val="07304D"/>
          <w:sz w:val="17"/>
        </w:rPr>
        <w:t>C0120 · Rosa Gabriella Losavio</w:t>
      </w:r>
      <w:r>
        <w:rPr>
          <w:i/>
          <w:color w:val="5A6E7D"/>
          <w:sz w:val="14"/>
        </w:rPr>
        <w:t xml:space="preserve">  [CONTEMPORANEO / 2016; Bollettino 18 ottobre 2016; riga 1813]</w:t>
      </w:r>
    </w:p>
    <w:p>
      <w:pPr>
        <w:spacing w:after="80" w:line="240" w:lineRule="auto"/>
        <w:ind w:left="198"/>
      </w:pPr>
      <w:r>
        <w:rPr>
          <w:sz w:val="16"/>
        </w:rPr>
        <w:t>Quanto possono influire le trivellazioni che poi in corrispondenza dei pianeti gravitazionali nei punti gia' rotti continuano a fagliarsi? Perche' in quei punti e' drastica la gravitazione e a pochi metri di differenza dalla tri ellazione non risultano danni? Quando puo' Incidire il punto di rottura dugli effetti gravitazionali? Scusate le domande ma la gravizionalita' ha effetto sul punto trivellato e gia' rotto? Scusate la mia ignoranza. Grazie per il vs. Lavoro cosi' importante per salvare vite umane.</w:t>
      </w:r>
    </w:p>
    <w:p>
      <w:pPr>
        <w:spacing w:after="20"/>
      </w:pPr>
      <w:r>
        <w:rPr>
          <w:b/>
          <w:color w:val="07304D"/>
          <w:sz w:val="17"/>
        </w:rPr>
        <w:t>C0124 · Federica Cambi</w:t>
      </w:r>
      <w:r>
        <w:rPr>
          <w:i/>
          <w:color w:val="5A6E7D"/>
          <w:sz w:val="14"/>
        </w:rPr>
        <w:t xml:space="preserve">  [CONTEMPORANEO / 2016; Bollettino 18 ottobre 2016; riga 1856]</w:t>
      </w:r>
    </w:p>
    <w:p>
      <w:pPr>
        <w:spacing w:after="80" w:line="240" w:lineRule="auto"/>
        <w:ind w:left="198"/>
      </w:pPr>
      <w:r>
        <w:rPr>
          <w:sz w:val="16"/>
        </w:rPr>
        <w:t>Avevate detto... tra il 21 e il 28...questo 6.2 (ci sono stati degli allineamenti)questa mattina? Grazie x i vostri continui aggiornamenti buon lavoro.</w:t>
      </w:r>
    </w:p>
    <w:p>
      <w:pPr>
        <w:spacing w:after="20"/>
      </w:pPr>
      <w:r>
        <w:rPr>
          <w:b/>
          <w:color w:val="07304D"/>
          <w:sz w:val="17"/>
        </w:rPr>
        <w:t>C0125 · Giusto Magrelli</w:t>
      </w:r>
      <w:r>
        <w:rPr>
          <w:i/>
          <w:color w:val="5A6E7D"/>
          <w:sz w:val="14"/>
        </w:rPr>
        <w:t xml:space="preserve">  [CONTEMPORANEO / 2016; Bollettino 18 ottobre 2016; riga 1871]</w:t>
      </w:r>
    </w:p>
    <w:p>
      <w:pPr>
        <w:spacing w:after="80" w:line="240" w:lineRule="auto"/>
        <w:ind w:left="198"/>
      </w:pPr>
      <w:r>
        <w:rPr>
          <w:sz w:val="16"/>
        </w:rPr>
        <w:t>Come si chiama il simulatore? Grazie</w:t>
      </w:r>
    </w:p>
    <w:p>
      <w:pPr>
        <w:spacing w:after="20"/>
      </w:pPr>
      <w:r>
        <w:rPr>
          <w:b/>
          <w:color w:val="07304D"/>
          <w:sz w:val="17"/>
        </w:rPr>
        <w:t>C0142 · Alessandro Pepe</w:t>
      </w:r>
      <w:r>
        <w:rPr>
          <w:i/>
          <w:color w:val="5A6E7D"/>
          <w:sz w:val="14"/>
        </w:rPr>
        <w:t xml:space="preserve">  [RETROSPETTIVO / DATA RIPUBBLICAZIONE DA VERIFICARE; Ripercorriamo: post del 18 ottobre; riga 2274]</w:t>
      </w:r>
    </w:p>
    <w:p>
      <w:pPr>
        <w:spacing w:after="80" w:line="240" w:lineRule="auto"/>
        <w:ind w:left="198"/>
      </w:pPr>
      <w:r>
        <w:rPr>
          <w:sz w:val="16"/>
        </w:rPr>
        <w:t>Grazie ancora !!</w:t>
      </w:r>
    </w:p>
    <w:p>
      <w:pPr>
        <w:spacing w:after="20"/>
      </w:pPr>
      <w:r>
        <w:rPr>
          <w:b/>
          <w:color w:val="07304D"/>
          <w:sz w:val="17"/>
        </w:rPr>
        <w:t>C0143 · Thomas Pioli</w:t>
      </w:r>
      <w:r>
        <w:rPr>
          <w:i/>
          <w:color w:val="5A6E7D"/>
          <w:sz w:val="14"/>
        </w:rPr>
        <w:t xml:space="preserve">  [RETROSPETTIVO / DATA RIPUBBLICAZIONE DA VERIFICARE; Ripercorriamo: post del 18 ottobre; riga 2285]</w:t>
      </w:r>
    </w:p>
    <w:p>
      <w:pPr>
        <w:spacing w:after="80" w:line="240" w:lineRule="auto"/>
        <w:ind w:left="198"/>
      </w:pPr>
      <w:r>
        <w:rPr>
          <w:sz w:val="16"/>
        </w:rPr>
        <w:t>Grazie all'infinito e...mi raccomando teneci aggiornati. Buon lavoro!</w:t>
      </w:r>
    </w:p>
    <w:p>
      <w:pPr>
        <w:spacing w:after="20"/>
      </w:pPr>
      <w:r>
        <w:rPr>
          <w:b/>
          <w:color w:val="07304D"/>
          <w:sz w:val="17"/>
        </w:rPr>
        <w:t>C0149 · Faieta Monti</w:t>
      </w:r>
      <w:r>
        <w:rPr>
          <w:i/>
          <w:color w:val="5A6E7D"/>
          <w:sz w:val="14"/>
        </w:rPr>
        <w:t xml:space="preserve">  [RETROSPETTIVO / DATA RIPUBBLICAZIONE DA VERIFICARE; Ripercorriamo: post del 18 ottobre; riga 2353]</w:t>
      </w:r>
    </w:p>
    <w:p>
      <w:pPr>
        <w:spacing w:after="80" w:line="240" w:lineRule="auto"/>
        <w:ind w:left="198"/>
      </w:pPr>
      <w:r>
        <w:rPr>
          <w:sz w:val="16"/>
        </w:rPr>
        <w:t>Se non ricordo male , già da settembre si parlava degli ultimi giorni di ottobre come giorni a rischio . Poi avete affinato la ricerca ... Bravi</w:t>
      </w:r>
    </w:p>
    <w:p>
      <w:pPr>
        <w:spacing w:after="20"/>
      </w:pPr>
      <w:r>
        <w:rPr>
          <w:b/>
          <w:color w:val="07304D"/>
          <w:sz w:val="17"/>
        </w:rPr>
        <w:t>C0151 · Francesca Gesù</w:t>
      </w:r>
      <w:r>
        <w:rPr>
          <w:i/>
          <w:color w:val="5A6E7D"/>
          <w:sz w:val="14"/>
        </w:rPr>
        <w:t xml:space="preserve">  [RETROSPETTIVO / DATA RIPUBBLICAZIONE DA VERIFICARE; Ripercorriamo: post del 18 ottobre; riga 2376]</w:t>
      </w:r>
    </w:p>
    <w:p>
      <w:pPr>
        <w:spacing w:after="80" w:line="240" w:lineRule="auto"/>
        <w:ind w:left="198"/>
      </w:pPr>
      <w:r>
        <w:rPr>
          <w:sz w:val="16"/>
        </w:rPr>
        <w:t>Il fatto che l'allarme fu corretto al 26 significa che il peggio potrebbe essere passato? Oppure l'allerta massima rimane tra oggi pomeriggio e domani pomeriggio? Chi pensa di aver capito risponda, grazie!</w:t>
      </w:r>
    </w:p>
    <w:p>
      <w:pPr>
        <w:spacing w:after="20"/>
      </w:pPr>
      <w:r>
        <w:rPr>
          <w:b/>
          <w:color w:val="07304D"/>
          <w:sz w:val="17"/>
        </w:rPr>
        <w:t>C0156 · Stefania Di Marco</w:t>
      </w:r>
      <w:r>
        <w:rPr>
          <w:i/>
          <w:color w:val="5A6E7D"/>
          <w:sz w:val="14"/>
        </w:rPr>
        <w:t xml:space="preserve">  [RETROSPETTIVO / DATA RIPUBBLICAZIONE DA VERIFICARE; Ripercorriamo: post del 18 ottobre; riga 2434]</w:t>
      </w:r>
    </w:p>
    <w:p>
      <w:pPr>
        <w:spacing w:after="80" w:line="240" w:lineRule="auto"/>
        <w:ind w:left="198"/>
      </w:pPr>
      <w:r>
        <w:rPr>
          <w:sz w:val="16"/>
        </w:rPr>
        <w:t>Grati a vita!</w:t>
      </w:r>
    </w:p>
    <w:p>
      <w:pPr>
        <w:spacing w:after="20"/>
      </w:pPr>
      <w:r>
        <w:rPr>
          <w:b/>
          <w:color w:val="07304D"/>
          <w:sz w:val="17"/>
        </w:rPr>
        <w:t>C0160 · Ivan Bet</w:t>
      </w:r>
      <w:r>
        <w:rPr>
          <w:i/>
          <w:color w:val="5A6E7D"/>
          <w:sz w:val="14"/>
        </w:rPr>
        <w:t xml:space="preserve">  [CONTEMPORANEO / 2016; Post 26 ottobre 2016 ore 15:30 UTC; riga 2681]</w:t>
      </w:r>
    </w:p>
    <w:p>
      <w:pPr>
        <w:spacing w:after="80" w:line="240" w:lineRule="auto"/>
        <w:ind w:left="198"/>
      </w:pPr>
      <w:r>
        <w:rPr>
          <w:sz w:val="16"/>
        </w:rPr>
        <w:t>grandii</w:t>
      </w:r>
    </w:p>
    <w:p>
      <w:pPr>
        <w:spacing w:after="20"/>
      </w:pPr>
      <w:r>
        <w:rPr>
          <w:b/>
          <w:color w:val="07304D"/>
          <w:sz w:val="17"/>
        </w:rPr>
        <w:t>C0161 · Jacques de Molay</w:t>
      </w:r>
      <w:r>
        <w:rPr>
          <w:i/>
          <w:color w:val="5A6E7D"/>
          <w:sz w:val="14"/>
        </w:rPr>
        <w:t xml:space="preserve">  [CONTEMPORANEO / 2016; Post 26 ottobre 2016 ore 15:30 UTC; riga 2692]</w:t>
      </w:r>
    </w:p>
    <w:p>
      <w:pPr>
        <w:spacing w:after="80" w:line="240" w:lineRule="auto"/>
        <w:ind w:left="198"/>
      </w:pPr>
      <w:r>
        <w:rPr>
          <w:sz w:val="16"/>
        </w:rPr>
        <w:t>Grandissimi Stefano Calandra e Stefano Gagliardi!! Sono stati zittiti tutti gli imbecilli che vi hanno attaccato senza nemmeno aver letto in cosa consistessero i vostri studi!!!</w:t>
      </w:r>
    </w:p>
    <w:p>
      <w:pPr>
        <w:spacing w:after="20"/>
      </w:pPr>
      <w:r>
        <w:rPr>
          <w:b/>
          <w:color w:val="07304D"/>
          <w:sz w:val="17"/>
        </w:rPr>
        <w:t>C0162 · Stefano Manzo</w:t>
      </w:r>
      <w:r>
        <w:rPr>
          <w:i/>
          <w:color w:val="5A6E7D"/>
          <w:sz w:val="14"/>
        </w:rPr>
        <w:t xml:space="preserve">  [CONTEMPORANEO / 2016; Post 26 ottobre 2016 ore 15:30 UTC; riga 2704]</w:t>
      </w:r>
    </w:p>
    <w:p>
      <w:pPr>
        <w:spacing w:after="80" w:line="240" w:lineRule="auto"/>
        <w:ind w:left="198"/>
      </w:pPr>
      <w:r>
        <w:rPr>
          <w:sz w:val="16"/>
        </w:rPr>
        <w:t>Grazie per il tuo impegno nelle tue ricerche...la scossa e' arrivata puntuale.. Dove sono i criticoni adesso?</w:t>
      </w:r>
    </w:p>
    <w:p>
      <w:pPr>
        <w:spacing w:after="20"/>
      </w:pPr>
      <w:r>
        <w:rPr>
          <w:b/>
          <w:color w:val="07304D"/>
          <w:sz w:val="17"/>
        </w:rPr>
        <w:t>C0164 · Piera Guerrieri</w:t>
      </w:r>
      <w:r>
        <w:rPr>
          <w:i/>
          <w:color w:val="5A6E7D"/>
          <w:sz w:val="14"/>
        </w:rPr>
        <w:t xml:space="preserve">  [CONTEMPORANEO / 2016; Post 26 ottobre 2016 ore 15:30 UTC; riga 2728]</w:t>
      </w:r>
    </w:p>
    <w:p>
      <w:pPr>
        <w:spacing w:after="80" w:line="240" w:lineRule="auto"/>
        <w:ind w:left="198"/>
      </w:pPr>
      <w:r>
        <w:rPr>
          <w:sz w:val="16"/>
        </w:rPr>
        <w:t>Ci hai preso in pieno...Ascoli piceno ha appena ballato...e non poco</w:t>
      </w:r>
    </w:p>
    <w:p>
      <w:pPr>
        <w:spacing w:after="20"/>
      </w:pPr>
      <w:r>
        <w:rPr>
          <w:b/>
          <w:color w:val="07304D"/>
          <w:sz w:val="17"/>
        </w:rPr>
        <w:t>C0177 · Rosa Scigliano</w:t>
      </w:r>
      <w:r>
        <w:rPr>
          <w:i/>
          <w:color w:val="5A6E7D"/>
          <w:sz w:val="14"/>
        </w:rPr>
        <w:t xml:space="preserve">  [CONTEMPORANEO / 2016; Post 27 ottobre 2016 e commenti; riga 3025]</w:t>
      </w:r>
    </w:p>
    <w:p>
      <w:pPr>
        <w:spacing w:after="80" w:line="240" w:lineRule="auto"/>
        <w:ind w:left="198"/>
      </w:pPr>
      <w:r>
        <w:rPr>
          <w:sz w:val="16"/>
        </w:rPr>
        <w:t>Grazie!!!</w:t>
      </w:r>
    </w:p>
    <w:p>
      <w:pPr>
        <w:spacing w:after="20"/>
      </w:pPr>
      <w:r>
        <w:rPr>
          <w:b/>
          <w:color w:val="07304D"/>
          <w:sz w:val="17"/>
        </w:rPr>
        <w:t>C0180 · Silvio Tarquini</w:t>
      </w:r>
      <w:r>
        <w:rPr>
          <w:i/>
          <w:color w:val="5A6E7D"/>
          <w:sz w:val="14"/>
        </w:rPr>
        <w:t xml:space="preserve">  [CONTEMPORANEO / 2016; Post 27 ottobre 2016 e commenti; riga 3061]</w:t>
      </w:r>
    </w:p>
    <w:p>
      <w:pPr>
        <w:spacing w:after="80" w:line="240" w:lineRule="auto"/>
        <w:ind w:left="198"/>
      </w:pPr>
      <w:r>
        <w:rPr>
          <w:sz w:val="16"/>
        </w:rPr>
        <w:t>Grazie per avermi incluso nel gruppo .</w:t>
      </w:r>
    </w:p>
    <w:p>
      <w:pPr>
        <w:spacing w:after="20"/>
      </w:pPr>
      <w:r>
        <w:rPr>
          <w:b/>
          <w:color w:val="07304D"/>
          <w:sz w:val="17"/>
        </w:rPr>
        <w:t>C0182 · Tina D'Agostino</w:t>
      </w:r>
      <w:r>
        <w:rPr>
          <w:i/>
          <w:color w:val="5A6E7D"/>
          <w:sz w:val="14"/>
        </w:rPr>
        <w:t xml:space="preserve">  [CONTEMPORANEO / 2016; Post 27 ottobre 2016 e commenti; riga 3084]</w:t>
      </w:r>
    </w:p>
    <w:p>
      <w:pPr>
        <w:spacing w:after="80" w:line="240" w:lineRule="auto"/>
        <w:ind w:left="198"/>
      </w:pPr>
      <w:r>
        <w:rPr>
          <w:sz w:val="16"/>
        </w:rPr>
        <w:t>Grazie per avermi accettata nel gruppo, siete straordinari!!!</w:t>
      </w:r>
    </w:p>
    <w:p>
      <w:pPr>
        <w:spacing w:after="20"/>
      </w:pPr>
      <w:r>
        <w:rPr>
          <w:b/>
          <w:color w:val="07304D"/>
          <w:sz w:val="17"/>
        </w:rPr>
        <w:t>C0185 · Irene Cataldi</w:t>
      </w:r>
      <w:r>
        <w:rPr>
          <w:i/>
          <w:color w:val="5A6E7D"/>
          <w:sz w:val="14"/>
        </w:rPr>
        <w:t xml:space="preserve">  [CONTEMPORANEO / 2016; Post 27 ottobre 2016 e commenti; riga 3121]</w:t>
      </w:r>
    </w:p>
    <w:p>
      <w:pPr>
        <w:spacing w:after="80" w:line="240" w:lineRule="auto"/>
        <w:ind w:left="198"/>
      </w:pPr>
      <w:r>
        <w:rPr>
          <w:sz w:val="16"/>
        </w:rPr>
        <w:t>Grazie anche da parte mia per essere stata accettata!</w:t>
      </w:r>
    </w:p>
    <w:p>
      <w:pPr>
        <w:spacing w:after="20"/>
      </w:pPr>
      <w:r>
        <w:rPr>
          <w:b/>
          <w:color w:val="07304D"/>
          <w:sz w:val="17"/>
        </w:rPr>
        <w:t>C0186 · Roberta Sabatino</w:t>
      </w:r>
      <w:r>
        <w:rPr>
          <w:i/>
          <w:color w:val="5A6E7D"/>
          <w:sz w:val="14"/>
        </w:rPr>
        <w:t xml:space="preserve">  [CONTEMPORANEO / 2016; Post 27 ottobre 2016 e commenti; riga 3132]</w:t>
      </w:r>
    </w:p>
    <w:p>
      <w:pPr>
        <w:spacing w:after="80" w:line="240" w:lineRule="auto"/>
        <w:ind w:left="198"/>
      </w:pPr>
      <w:r>
        <w:rPr>
          <w:sz w:val="16"/>
        </w:rPr>
        <w:t>Grazie di avermi accettata...grazie di aiutarci a LEGGERE.....</w:t>
      </w:r>
    </w:p>
    <w:p>
      <w:pPr>
        <w:spacing w:after="20"/>
      </w:pPr>
      <w:r>
        <w:rPr>
          <w:b/>
          <w:color w:val="07304D"/>
          <w:sz w:val="17"/>
        </w:rPr>
        <w:t>C0187 · Luigia Paoletti</w:t>
      </w:r>
      <w:r>
        <w:rPr>
          <w:i/>
          <w:color w:val="5A6E7D"/>
          <w:sz w:val="14"/>
        </w:rPr>
        <w:t xml:space="preserve">  [CONTEMPORANEO / 2016; Post 27 ottobre 2016 e commenti; riga 3143]</w:t>
      </w:r>
    </w:p>
    <w:p>
      <w:pPr>
        <w:spacing w:after="80" w:line="240" w:lineRule="auto"/>
        <w:ind w:left="198"/>
      </w:pPr>
      <w:r>
        <w:rPr>
          <w:sz w:val="16"/>
        </w:rPr>
        <w:t>Grazieeee!</w:t>
      </w:r>
    </w:p>
    <w:p>
      <w:pPr>
        <w:spacing w:after="20"/>
      </w:pPr>
      <w:r>
        <w:rPr>
          <w:b/>
          <w:color w:val="07304D"/>
          <w:sz w:val="17"/>
        </w:rPr>
        <w:t>C0188 · Simona Angelini</w:t>
      </w:r>
      <w:r>
        <w:rPr>
          <w:i/>
          <w:color w:val="5A6E7D"/>
          <w:sz w:val="14"/>
        </w:rPr>
        <w:t xml:space="preserve">  [CONTEMPORANEO / 2016; Post 27 ottobre 2016 e commenti; riga 3154]</w:t>
      </w:r>
    </w:p>
    <w:p>
      <w:pPr>
        <w:spacing w:after="80" w:line="240" w:lineRule="auto"/>
        <w:ind w:left="198"/>
      </w:pPr>
      <w:r>
        <w:rPr>
          <w:sz w:val="16"/>
        </w:rPr>
        <w:t>Grazieee</w:t>
      </w:r>
    </w:p>
    <w:p>
      <w:pPr>
        <w:spacing w:after="20"/>
      </w:pPr>
      <w:r>
        <w:rPr>
          <w:b/>
          <w:color w:val="07304D"/>
          <w:sz w:val="17"/>
        </w:rPr>
        <w:t>C0190 · Michele Savino Elisa Garbuglia</w:t>
      </w:r>
      <w:r>
        <w:rPr>
          <w:i/>
          <w:color w:val="5A6E7D"/>
          <w:sz w:val="14"/>
        </w:rPr>
        <w:t xml:space="preserve">  [CONTEMPORANEO / 2016; Post 27 ottobre 2016 e commenti; riga 3177]</w:t>
      </w:r>
    </w:p>
    <w:p>
      <w:pPr>
        <w:spacing w:after="80" w:line="240" w:lineRule="auto"/>
        <w:ind w:left="198"/>
      </w:pPr>
      <w:r>
        <w:rPr>
          <w:sz w:val="16"/>
        </w:rPr>
        <w:t>Grazie grazie ed ancora grazie!!</w:t>
      </w:r>
    </w:p>
    <w:p>
      <w:pPr>
        <w:spacing w:after="20"/>
      </w:pPr>
      <w:r>
        <w:rPr>
          <w:b/>
          <w:color w:val="07304D"/>
          <w:sz w:val="17"/>
        </w:rPr>
        <w:t>C0196 · Marta Foglietta</w:t>
      </w:r>
      <w:r>
        <w:rPr>
          <w:i/>
          <w:color w:val="5A6E7D"/>
          <w:sz w:val="14"/>
        </w:rPr>
        <w:t xml:space="preserve">  [CONTEMPORANEO / 2016; Post 27 ottobre 2016 e commenti; riga 3247]</w:t>
      </w:r>
    </w:p>
    <w:p>
      <w:pPr>
        <w:spacing w:after="80" w:line="240" w:lineRule="auto"/>
        <w:ind w:left="198"/>
      </w:pPr>
      <w:r>
        <w:rPr>
          <w:sz w:val="16"/>
        </w:rPr>
        <w:t>Sono quella costretta a Camerino per lavoro....provincia di L'Aquila vicino ad Amatrice con i bimbi piccoli....GRAZIE</w:t>
      </w:r>
    </w:p>
    <w:p>
      <w:pPr>
        <w:spacing w:after="20"/>
      </w:pPr>
      <w:r>
        <w:rPr>
          <w:b/>
          <w:color w:val="07304D"/>
          <w:sz w:val="17"/>
        </w:rPr>
        <w:t>C0200 · Rori Col</w:t>
      </w:r>
      <w:r>
        <w:rPr>
          <w:i/>
          <w:color w:val="5A6E7D"/>
          <w:sz w:val="14"/>
        </w:rPr>
        <w:t xml:space="preserve">  [CONTEMPORANEO / 2016; Post 27 ottobre 2016 e commenti; riga 3294]</w:t>
      </w:r>
    </w:p>
    <w:p>
      <w:pPr>
        <w:spacing w:after="80" w:line="240" w:lineRule="auto"/>
        <w:ind w:left="198"/>
      </w:pPr>
      <w:r>
        <w:rPr>
          <w:sz w:val="16"/>
        </w:rPr>
        <w:t>Grazie per le informazioni che date.. Penso siano attendibili. Avverto il terremoto prima del loro arrivo..grazie grazie grazie</w:t>
      </w:r>
    </w:p>
    <w:p>
      <w:pPr>
        <w:spacing w:after="20"/>
      </w:pPr>
      <w:r>
        <w:rPr>
          <w:b/>
          <w:color w:val="07304D"/>
          <w:sz w:val="17"/>
        </w:rPr>
        <w:t>C0205 · Alessandra Lucidi</w:t>
      </w:r>
      <w:r>
        <w:rPr>
          <w:i/>
          <w:color w:val="5A6E7D"/>
          <w:sz w:val="14"/>
        </w:rPr>
        <w:t xml:space="preserve">  [CONTEMPORANEO / 2016; Post 27 ottobre 2016 e commenti; riga 3362]</w:t>
      </w:r>
    </w:p>
    <w:p>
      <w:pPr>
        <w:spacing w:after="80" w:line="240" w:lineRule="auto"/>
        <w:ind w:left="198"/>
      </w:pPr>
      <w:r>
        <w:rPr>
          <w:sz w:val="16"/>
        </w:rPr>
        <w:t>Grazie infinite!!!!</w:t>
      </w:r>
    </w:p>
    <w:p>
      <w:pPr>
        <w:spacing w:after="20"/>
      </w:pPr>
      <w:r>
        <w:rPr>
          <w:b/>
          <w:color w:val="07304D"/>
          <w:sz w:val="17"/>
        </w:rPr>
        <w:t>C0207 · Michele Castellano</w:t>
      </w:r>
      <w:r>
        <w:rPr>
          <w:i/>
          <w:color w:val="5A6E7D"/>
          <w:sz w:val="14"/>
        </w:rPr>
        <w:t xml:space="preserve">  [CONTEMPORANEO / 2016; Post 27 ottobre 2016 e commenti; riga 3392]</w:t>
      </w:r>
    </w:p>
    <w:p>
      <w:pPr>
        <w:spacing w:after="80" w:line="240" w:lineRule="auto"/>
        <w:ind w:left="198"/>
      </w:pPr>
      <w:r>
        <w:rPr>
          <w:sz w:val="16"/>
        </w:rPr>
        <w:t>Grazie!</w:t>
      </w:r>
    </w:p>
    <w:p>
      <w:pPr>
        <w:spacing w:after="20"/>
      </w:pPr>
      <w:r>
        <w:rPr>
          <w:b/>
          <w:color w:val="07304D"/>
          <w:sz w:val="17"/>
        </w:rPr>
        <w:t>C0209 · Catia Lucidi</w:t>
      </w:r>
      <w:r>
        <w:rPr>
          <w:i/>
          <w:color w:val="5A6E7D"/>
          <w:sz w:val="14"/>
        </w:rPr>
        <w:t xml:space="preserve">  [CONTEMPORANEO / 2016; Post 27 ottobre 2016 e commenti; riga 3421]</w:t>
      </w:r>
    </w:p>
    <w:p>
      <w:pPr>
        <w:spacing w:after="80" w:line="240" w:lineRule="auto"/>
        <w:ind w:left="198"/>
      </w:pPr>
      <w:r>
        <w:rPr>
          <w:sz w:val="16"/>
        </w:rPr>
        <w:t>Grazie tanto continua cosi</w:t>
      </w:r>
    </w:p>
    <w:p>
      <w:pPr>
        <w:spacing w:after="20"/>
      </w:pPr>
      <w:r>
        <w:rPr>
          <w:b/>
          <w:color w:val="07304D"/>
          <w:sz w:val="17"/>
        </w:rPr>
        <w:t>C0210 · Susanna De Giorgi</w:t>
      </w:r>
      <w:r>
        <w:rPr>
          <w:i/>
          <w:color w:val="5A6E7D"/>
          <w:sz w:val="14"/>
        </w:rPr>
        <w:t xml:space="preserve">  [CONTEMPORANEO / 2016; Post 27 ottobre 2016 e commenti; riga 3432]</w:t>
      </w:r>
    </w:p>
    <w:p>
      <w:pPr>
        <w:spacing w:after="80" w:line="240" w:lineRule="auto"/>
        <w:ind w:left="198"/>
      </w:pPr>
      <w:r>
        <w:rPr>
          <w:sz w:val="16"/>
        </w:rPr>
        <w:t>Grazie</w:t>
      </w:r>
    </w:p>
    <w:p>
      <w:pPr>
        <w:spacing w:after="20"/>
      </w:pPr>
      <w:r>
        <w:rPr>
          <w:b/>
          <w:color w:val="07304D"/>
          <w:sz w:val="17"/>
        </w:rPr>
        <w:t>C0212 · Luciana Tedeschi</w:t>
      </w:r>
      <w:r>
        <w:rPr>
          <w:i/>
          <w:color w:val="5A6E7D"/>
          <w:sz w:val="14"/>
        </w:rPr>
        <w:t xml:space="preserve">  [CONTEMPORANEO / 2016; Post 27 ottobre 2016 e commenti; riga 3458]</w:t>
      </w:r>
    </w:p>
    <w:p>
      <w:pPr>
        <w:spacing w:after="80" w:line="240" w:lineRule="auto"/>
        <w:ind w:left="198"/>
      </w:pPr>
      <w:r>
        <w:rPr>
          <w:sz w:val="16"/>
        </w:rPr>
        <w:t>Grazie infinite</w:t>
      </w:r>
    </w:p>
    <w:p>
      <w:pPr>
        <w:spacing w:after="20"/>
      </w:pPr>
      <w:r>
        <w:rPr>
          <w:b/>
          <w:color w:val="07304D"/>
          <w:sz w:val="17"/>
        </w:rPr>
        <w:t>C0213 · Mariella Petroni</w:t>
      </w:r>
      <w:r>
        <w:rPr>
          <w:i/>
          <w:color w:val="5A6E7D"/>
          <w:sz w:val="14"/>
        </w:rPr>
        <w:t xml:space="preserve">  [CONTEMPORANEO / 2016; Post 27 ottobre 2016 e commenti; riga 3469]</w:t>
      </w:r>
    </w:p>
    <w:p>
      <w:pPr>
        <w:spacing w:after="80" w:line="240" w:lineRule="auto"/>
        <w:ind w:left="198"/>
      </w:pPr>
      <w:r>
        <w:rPr>
          <w:sz w:val="16"/>
        </w:rPr>
        <w:t>Grazie!!!!</w:t>
      </w:r>
    </w:p>
    <w:p>
      <w:pPr>
        <w:spacing w:after="20"/>
      </w:pPr>
      <w:r>
        <w:rPr>
          <w:b/>
          <w:color w:val="07304D"/>
          <w:sz w:val="17"/>
        </w:rPr>
        <w:t>C0215 · Daniele Fidanza</w:t>
      </w:r>
      <w:r>
        <w:rPr>
          <w:i/>
          <w:color w:val="5A6E7D"/>
          <w:sz w:val="14"/>
        </w:rPr>
        <w:t xml:space="preserve">  [CONTEMPORANEO / 2016; Post 27 ottobre 2016 e commenti; riga 3492]</w:t>
      </w:r>
    </w:p>
    <w:p>
      <w:pPr>
        <w:spacing w:after="80" w:line="240" w:lineRule="auto"/>
        <w:ind w:left="198"/>
      </w:pPr>
      <w:r>
        <w:rPr>
          <w:sz w:val="16"/>
        </w:rPr>
        <w:t>Io sinceramente alcune persone proprio nn le capisco.....il sig.Stefano Calandra sono giorni che avvisava di un probabile terremoto e nessuno lo ha cagato adesso messi davanti all evidenza ancora vi ostinate?nn bisogna credere per forza ma lui ci mette la faccia ogni volta e sono piu eventi che indovina...!!!!!almeno se proprio dovete farle le critiche fatele costruttive altrimenti liberi di nn credere e andate a dormire tranquilli ma nn scrivete cavolate....grazie!!!!!approfitto nel ringraziarli x il lavoro svolto!!!!!</w:t>
      </w:r>
    </w:p>
    <w:p>
      <w:pPr>
        <w:spacing w:after="20"/>
      </w:pPr>
      <w:r>
        <w:rPr>
          <w:b/>
          <w:color w:val="07304D"/>
          <w:sz w:val="17"/>
        </w:rPr>
        <w:t>C0220 · Pio Laura Paoletti</w:t>
      </w:r>
      <w:r>
        <w:rPr>
          <w:i/>
          <w:color w:val="5A6E7D"/>
          <w:sz w:val="14"/>
        </w:rPr>
        <w:t xml:space="preserve">  [CONTEMPORANEO / 2016; Post 27 ottobre 2016 e commenti; riga 3549]</w:t>
      </w:r>
    </w:p>
    <w:p>
      <w:pPr>
        <w:spacing w:after="80" w:line="240" w:lineRule="auto"/>
        <w:ind w:left="198"/>
      </w:pPr>
      <w:r>
        <w:rPr>
          <w:sz w:val="16"/>
        </w:rPr>
        <w:t>Grazie,!!!</w:t>
      </w:r>
    </w:p>
    <w:p>
      <w:pPr>
        <w:spacing w:after="20"/>
      </w:pPr>
      <w:r>
        <w:rPr>
          <w:b/>
          <w:color w:val="07304D"/>
          <w:sz w:val="17"/>
        </w:rPr>
        <w:t>C0221 · Plinio Vecchio</w:t>
      </w:r>
      <w:r>
        <w:rPr>
          <w:i/>
          <w:color w:val="5A6E7D"/>
          <w:sz w:val="14"/>
        </w:rPr>
        <w:t xml:space="preserve">  [CONTEMPORANEO / 2016; Post 27 ottobre 2016 e commenti; riga 3560]</w:t>
      </w:r>
    </w:p>
    <w:p>
      <w:pPr>
        <w:spacing w:after="80" w:line="240" w:lineRule="auto"/>
        <w:ind w:left="198"/>
      </w:pPr>
      <w:r>
        <w:rPr>
          <w:sz w:val="16"/>
        </w:rPr>
        <w:t>Scrivete su google "allineamenti pianeti"..scoprirete che ce sono tantissimi ogni anno visibili dall'Italia e non tutti producono terremoti anzi..fatelo però così vi informate invece di leggere e basta Non sto denigrando lo studio anche perché non sono nessuno..sto solo cercando di capire insieme a voi</w:t>
      </w:r>
    </w:p>
    <w:p>
      <w:pPr>
        <w:spacing w:after="20"/>
      </w:pPr>
      <w:r>
        <w:rPr>
          <w:b/>
          <w:color w:val="07304D"/>
          <w:sz w:val="17"/>
        </w:rPr>
        <w:t>C0227 · Davide Ghigna</w:t>
      </w:r>
      <w:r>
        <w:rPr>
          <w:i/>
          <w:color w:val="5A6E7D"/>
          <w:sz w:val="14"/>
        </w:rPr>
        <w:t xml:space="preserve">  [CONTEMPORANEO / 2016; Post 27 ottobre 2016 e commenti; riga 3627]</w:t>
      </w:r>
    </w:p>
    <w:p>
      <w:pPr>
        <w:spacing w:after="80" w:line="240" w:lineRule="auto"/>
        <w:ind w:left="198"/>
      </w:pPr>
      <w:r>
        <w:rPr>
          <w:sz w:val="16"/>
        </w:rPr>
        <w:t>Forza che siete sulla strada giusta!!</w:t>
      </w:r>
    </w:p>
    <w:p>
      <w:pPr>
        <w:spacing w:after="20"/>
      </w:pPr>
      <w:r>
        <w:rPr>
          <w:b/>
          <w:color w:val="07304D"/>
          <w:sz w:val="17"/>
        </w:rPr>
        <w:t>C0241 · Antonella Campi</w:t>
      </w:r>
      <w:r>
        <w:rPr>
          <w:i/>
          <w:color w:val="5A6E7D"/>
          <w:sz w:val="14"/>
        </w:rPr>
        <w:t xml:space="preserve">  [CONTEMPORANEO / 2016; Post 27 ottobre 2016 e commenti; riga 3801]</w:t>
      </w:r>
    </w:p>
    <w:p>
      <w:pPr>
        <w:spacing w:after="80" w:line="240" w:lineRule="auto"/>
        <w:ind w:left="198"/>
      </w:pPr>
      <w:r>
        <w:rPr>
          <w:sz w:val="16"/>
        </w:rPr>
        <w:t>Grazie!!!!</w:t>
      </w:r>
    </w:p>
    <w:p>
      <w:pPr>
        <w:spacing w:after="20"/>
      </w:pPr>
      <w:r>
        <w:rPr>
          <w:b/>
          <w:color w:val="07304D"/>
          <w:sz w:val="17"/>
        </w:rPr>
        <w:t>C0243 · Emi Liano</w:t>
      </w:r>
      <w:r>
        <w:rPr>
          <w:i/>
          <w:color w:val="5A6E7D"/>
          <w:sz w:val="14"/>
        </w:rPr>
        <w:t xml:space="preserve">  [CONTEMPORANEO / 2016; Post 27 ottobre 2016 e commenti; riga 3824]</w:t>
      </w:r>
    </w:p>
    <w:p>
      <w:pPr>
        <w:spacing w:after="80" w:line="240" w:lineRule="auto"/>
        <w:ind w:left="198"/>
      </w:pPr>
      <w:r>
        <w:rPr>
          <w:sz w:val="16"/>
        </w:rPr>
        <w:t>Grazie!</w:t>
      </w:r>
    </w:p>
    <w:p>
      <w:pPr>
        <w:spacing w:after="20"/>
      </w:pPr>
      <w:r>
        <w:rPr>
          <w:b/>
          <w:color w:val="07304D"/>
          <w:sz w:val="17"/>
        </w:rPr>
        <w:t>C0248 · Catia Lucidi</w:t>
      </w:r>
      <w:r>
        <w:rPr>
          <w:i/>
          <w:color w:val="5A6E7D"/>
          <w:sz w:val="14"/>
        </w:rPr>
        <w:t xml:space="preserve">  [CONTEMPORANEO / 2016; Post 27 ottobre 2016 e commenti; riga 3910]</w:t>
      </w:r>
    </w:p>
    <w:p>
      <w:pPr>
        <w:spacing w:after="80" w:line="240" w:lineRule="auto"/>
        <w:ind w:left="198"/>
      </w:pPr>
      <w:r>
        <w:rPr>
          <w:sz w:val="16"/>
        </w:rPr>
        <w:t>Grazie facci sepe</w:t>
      </w:r>
    </w:p>
    <w:p>
      <w:pPr>
        <w:spacing w:after="20"/>
      </w:pPr>
      <w:r>
        <w:rPr>
          <w:b/>
          <w:color w:val="07304D"/>
          <w:sz w:val="17"/>
        </w:rPr>
        <w:t>C0254 · Emidio Falcone</w:t>
      </w:r>
      <w:r>
        <w:rPr>
          <w:i/>
          <w:color w:val="5A6E7D"/>
          <w:sz w:val="14"/>
        </w:rPr>
        <w:t xml:space="preserve">  [CONTEMPORANEO / 2016; Post 27 ottobre 2016 e commenti; riga 3982]</w:t>
      </w:r>
    </w:p>
    <w:p>
      <w:pPr>
        <w:spacing w:after="80" w:line="240" w:lineRule="auto"/>
        <w:ind w:left="198"/>
      </w:pPr>
      <w:r>
        <w:rPr>
          <w:sz w:val="16"/>
        </w:rPr>
        <w:t>Ricevuto, grazie.</w:t>
      </w:r>
    </w:p>
    <w:p>
      <w:pPr>
        <w:spacing w:after="20"/>
      </w:pPr>
      <w:r>
        <w:rPr>
          <w:b/>
          <w:color w:val="07304D"/>
          <w:sz w:val="17"/>
        </w:rPr>
        <w:t>C0256 · Raffaella Russo</w:t>
      </w:r>
      <w:r>
        <w:rPr>
          <w:i/>
          <w:color w:val="5A6E7D"/>
          <w:sz w:val="14"/>
        </w:rPr>
        <w:t xml:space="preserve">  [CONTEMPORANEO / 2016; Post 27 ottobre 2016 e commenti; riga 4009]</w:t>
      </w:r>
    </w:p>
    <w:p>
      <w:pPr>
        <w:spacing w:after="80" w:line="240" w:lineRule="auto"/>
        <w:ind w:left="198"/>
      </w:pPr>
      <w:r>
        <w:rPr>
          <w:sz w:val="16"/>
        </w:rPr>
        <w:t>Come ha scritto ieri 10.30 avvenuta puntualmente ma ora che si aspetta ancora vi prego di aggiornare grazie mille</w:t>
      </w:r>
    </w:p>
    <w:p>
      <w:pPr>
        <w:spacing w:after="20"/>
      </w:pPr>
      <w:r>
        <w:rPr>
          <w:b/>
          <w:color w:val="07304D"/>
          <w:sz w:val="17"/>
        </w:rPr>
        <w:t>C0260 · Giovanni Ciociola</w:t>
      </w:r>
      <w:r>
        <w:rPr>
          <w:i/>
          <w:color w:val="5A6E7D"/>
          <w:sz w:val="14"/>
        </w:rPr>
        <w:t xml:space="preserve">  [CONTEMPORANEO / 2016; Post 27 ottobre 2016 e commenti; riga 4057]</w:t>
      </w:r>
    </w:p>
    <w:p>
      <w:pPr>
        <w:spacing w:after="80" w:line="240" w:lineRule="auto"/>
        <w:ind w:left="198"/>
      </w:pPr>
      <w:r>
        <w:rPr>
          <w:sz w:val="16"/>
        </w:rPr>
        <w:t>grandi!</w:t>
      </w:r>
    </w:p>
    <w:p>
      <w:pPr>
        <w:spacing w:after="20"/>
      </w:pPr>
      <w:r>
        <w:rPr>
          <w:b/>
          <w:color w:val="07304D"/>
          <w:sz w:val="17"/>
        </w:rPr>
        <w:t>C0263 · Raffaella Russo</w:t>
      </w:r>
      <w:r>
        <w:rPr>
          <w:i/>
          <w:color w:val="5A6E7D"/>
          <w:sz w:val="14"/>
        </w:rPr>
        <w:t xml:space="preserve">  [CONTEMPORANEO / 2016; Post 27 ottobre 2016 e commenti; riga 4089]</w:t>
      </w:r>
    </w:p>
    <w:p>
      <w:pPr>
        <w:spacing w:after="80" w:line="240" w:lineRule="auto"/>
        <w:ind w:left="198"/>
      </w:pPr>
      <w:r>
        <w:rPr>
          <w:sz w:val="16"/>
        </w:rPr>
        <w:t>Grazie creda che sia la stessa densità</w:t>
      </w:r>
    </w:p>
    <w:p>
      <w:pPr>
        <w:spacing w:after="20"/>
      </w:pPr>
      <w:r>
        <w:rPr>
          <w:b/>
          <w:color w:val="07304D"/>
          <w:sz w:val="17"/>
        </w:rPr>
        <w:t>C0270 · Pietro Presutti</w:t>
      </w:r>
      <w:r>
        <w:rPr>
          <w:i/>
          <w:color w:val="5A6E7D"/>
          <w:sz w:val="14"/>
        </w:rPr>
        <w:t xml:space="preserve">  [CONTEMPORANEO / 2016; Post 27 ottobre 2016 e commenti; riga 4170]</w:t>
      </w:r>
    </w:p>
    <w:p>
      <w:pPr>
        <w:spacing w:after="80" w:line="240" w:lineRule="auto"/>
        <w:ind w:left="198"/>
      </w:pPr>
      <w:r>
        <w:rPr>
          <w:sz w:val="16"/>
        </w:rPr>
        <w:t>Grazie Stefano</w:t>
      </w:r>
    </w:p>
    <w:p>
      <w:pPr>
        <w:spacing w:after="20"/>
      </w:pPr>
      <w:r>
        <w:rPr>
          <w:b/>
          <w:color w:val="07304D"/>
          <w:sz w:val="17"/>
        </w:rPr>
        <w:t>C0271 · Bianca Maria D'Alessio</w:t>
      </w:r>
      <w:r>
        <w:rPr>
          <w:i/>
          <w:color w:val="5A6E7D"/>
          <w:sz w:val="14"/>
        </w:rPr>
        <w:t xml:space="preserve">  [CONTEMPORANEO / 2016; Post 27 ottobre 2016 e commenti; riga 4181]</w:t>
      </w:r>
    </w:p>
    <w:p>
      <w:pPr>
        <w:spacing w:after="80" w:line="240" w:lineRule="auto"/>
        <w:ind w:left="198"/>
      </w:pPr>
      <w:r>
        <w:rPr>
          <w:sz w:val="16"/>
        </w:rPr>
        <w:t>Ancora GRAZIE per il LAVORO che fate per TUTTI NOI !!!!!!!</w:t>
      </w:r>
    </w:p>
    <w:p>
      <w:pPr>
        <w:spacing w:after="20"/>
      </w:pPr>
      <w:r>
        <w:rPr>
          <w:b/>
          <w:color w:val="07304D"/>
          <w:sz w:val="17"/>
        </w:rPr>
        <w:t>C0272 · Alessio Arcelli</w:t>
      </w:r>
      <w:r>
        <w:rPr>
          <w:i/>
          <w:color w:val="5A6E7D"/>
          <w:sz w:val="14"/>
        </w:rPr>
        <w:t xml:space="preserve">  [CONTEMPORANEO / 2016; Post 27 ottobre 2016 e commenti; riga 4192]</w:t>
      </w:r>
    </w:p>
    <w:p>
      <w:pPr>
        <w:spacing w:after="80" w:line="240" w:lineRule="auto"/>
        <w:ind w:left="198"/>
      </w:pPr>
      <w:r>
        <w:rPr>
          <w:sz w:val="16"/>
        </w:rPr>
        <w:t>Ci aggiorni sulla compatibilità di tali informazioni con quelle di Giuliani così abbiamo qualche dato in più grazie mille per il lavoro svolto !</w:t>
      </w:r>
    </w:p>
    <w:p>
      <w:pPr>
        <w:spacing w:after="20"/>
      </w:pPr>
      <w:r>
        <w:rPr>
          <w:b/>
          <w:color w:val="07304D"/>
          <w:sz w:val="17"/>
        </w:rPr>
        <w:t>C0273 · Antonella Torelli</w:t>
      </w:r>
      <w:r>
        <w:rPr>
          <w:i/>
          <w:color w:val="5A6E7D"/>
          <w:sz w:val="14"/>
        </w:rPr>
        <w:t xml:space="preserve">  [CONTEMPORANEO / 2016; Post 27 ottobre 2016 e commenti; riga 4203]</w:t>
      </w:r>
    </w:p>
    <w:p>
      <w:pPr>
        <w:spacing w:after="80" w:line="240" w:lineRule="auto"/>
        <w:ind w:left="198"/>
      </w:pPr>
      <w:r>
        <w:rPr>
          <w:sz w:val="16"/>
        </w:rPr>
        <w:t>Grazie</w:t>
      </w:r>
    </w:p>
    <w:p>
      <w:pPr>
        <w:spacing w:after="20"/>
      </w:pPr>
      <w:r>
        <w:rPr>
          <w:b/>
          <w:color w:val="07304D"/>
          <w:sz w:val="17"/>
        </w:rPr>
        <w:t>C0274 · Michela Cafarchia</w:t>
      </w:r>
      <w:r>
        <w:rPr>
          <w:i/>
          <w:color w:val="5A6E7D"/>
          <w:sz w:val="14"/>
        </w:rPr>
        <w:t xml:space="preserve">  [CONTEMPORANEO / 2016; Post 27 ottobre 2016 e commenti; riga 4214]</w:t>
      </w:r>
    </w:p>
    <w:p>
      <w:pPr>
        <w:spacing w:after="80" w:line="240" w:lineRule="auto"/>
        <w:ind w:left="198"/>
      </w:pPr>
      <w:r>
        <w:rPr>
          <w:sz w:val="16"/>
        </w:rPr>
        <w:t>Grazie stefano</w:t>
      </w:r>
    </w:p>
    <w:p>
      <w:pPr>
        <w:spacing w:after="20"/>
      </w:pPr>
      <w:r>
        <w:rPr>
          <w:b/>
          <w:color w:val="07304D"/>
          <w:sz w:val="17"/>
        </w:rPr>
        <w:t>C0276 · Adriana Neagoie</w:t>
      </w:r>
      <w:r>
        <w:rPr>
          <w:i/>
          <w:color w:val="5A6E7D"/>
          <w:sz w:val="14"/>
        </w:rPr>
        <w:t xml:space="preserve">  [CONTEMPORANEO / 2016; Post 27 ottobre 2016 e commenti; riga 4249]</w:t>
      </w:r>
    </w:p>
    <w:p>
      <w:pPr>
        <w:spacing w:after="80" w:line="240" w:lineRule="auto"/>
        <w:ind w:left="198"/>
      </w:pPr>
      <w:r>
        <w:rPr>
          <w:sz w:val="16"/>
        </w:rPr>
        <w:t>Grazie mille,gia annotato le ore a rischio!!!!!</w:t>
      </w:r>
    </w:p>
    <w:p>
      <w:pPr>
        <w:spacing w:after="20"/>
      </w:pPr>
      <w:r>
        <w:rPr>
          <w:b/>
          <w:color w:val="07304D"/>
          <w:sz w:val="17"/>
        </w:rPr>
        <w:t>C0278 · Anna Guarino</w:t>
      </w:r>
      <w:r>
        <w:rPr>
          <w:i/>
          <w:color w:val="5A6E7D"/>
          <w:sz w:val="14"/>
        </w:rPr>
        <w:t xml:space="preserve">  [CONTEMPORANEO / 2016; Post 27 ottobre 2016 e commenti; riga 4272]</w:t>
      </w:r>
    </w:p>
    <w:p>
      <w:pPr>
        <w:spacing w:after="80" w:line="240" w:lineRule="auto"/>
        <w:ind w:left="198"/>
      </w:pPr>
      <w:r>
        <w:rPr>
          <w:sz w:val="16"/>
        </w:rPr>
        <w:t>grazie!</w:t>
      </w:r>
    </w:p>
    <w:p>
      <w:pPr>
        <w:spacing w:after="20"/>
      </w:pPr>
      <w:r>
        <w:rPr>
          <w:b/>
          <w:color w:val="07304D"/>
          <w:sz w:val="17"/>
        </w:rPr>
        <w:t>C0280 · Katiuscia Scarpone</w:t>
      </w:r>
      <w:r>
        <w:rPr>
          <w:i/>
          <w:color w:val="5A6E7D"/>
          <w:sz w:val="14"/>
        </w:rPr>
        <w:t xml:space="preserve">  [CONTEMPORANEO / 2016; Bollettino 26 ottobre 2016 e commenti; riga 4467]</w:t>
      </w:r>
    </w:p>
    <w:p>
      <w:pPr>
        <w:spacing w:after="80" w:line="240" w:lineRule="auto"/>
        <w:ind w:left="198"/>
      </w:pPr>
      <w:r>
        <w:rPr>
          <w:sz w:val="16"/>
        </w:rPr>
        <w:t>Non dimentico quella notte... grazie</w:t>
      </w:r>
    </w:p>
    <w:p>
      <w:pPr>
        <w:spacing w:after="20"/>
      </w:pPr>
      <w:r>
        <w:rPr>
          <w:b/>
          <w:color w:val="07304D"/>
          <w:sz w:val="17"/>
        </w:rPr>
        <w:t>C0314 · Marisa Alfonsi</w:t>
      </w:r>
      <w:r>
        <w:rPr>
          <w:i/>
          <w:color w:val="5A6E7D"/>
          <w:sz w:val="14"/>
        </w:rPr>
        <w:t xml:space="preserve">  [CONTEMPORANEO / 2016; Bollettino 26 ottobre 2016 e commenti; riga 4868]</w:t>
      </w:r>
    </w:p>
    <w:p>
      <w:pPr>
        <w:spacing w:after="80" w:line="240" w:lineRule="auto"/>
        <w:ind w:left="198"/>
      </w:pPr>
      <w:r>
        <w:rPr>
          <w:sz w:val="16"/>
        </w:rPr>
        <w:t>Grazie!</w:t>
      </w:r>
    </w:p>
    <w:p>
      <w:pPr>
        <w:spacing w:after="20"/>
      </w:pPr>
      <w:r>
        <w:rPr>
          <w:b/>
          <w:color w:val="07304D"/>
          <w:sz w:val="17"/>
        </w:rPr>
        <w:t>C0320 · Consuelo Filippi</w:t>
      </w:r>
      <w:r>
        <w:rPr>
          <w:i/>
          <w:color w:val="5A6E7D"/>
          <w:sz w:val="14"/>
        </w:rPr>
        <w:t xml:space="preserve">  [CONTEMPORANEO / 2016; Bollettino 26 ottobre 2016 e commenti; riga 4932]</w:t>
      </w:r>
    </w:p>
    <w:p>
      <w:pPr>
        <w:spacing w:after="80" w:line="240" w:lineRule="auto"/>
        <w:ind w:left="198"/>
      </w:pPr>
      <w:r>
        <w:rPr>
          <w:sz w:val="16"/>
        </w:rPr>
        <w:t>Grazie Franca Dibattista.... Ma non si legge..</w:t>
      </w:r>
    </w:p>
    <w:p>
      <w:pPr>
        <w:spacing w:after="20"/>
      </w:pPr>
      <w:r>
        <w:rPr>
          <w:b/>
          <w:color w:val="07304D"/>
          <w:sz w:val="17"/>
        </w:rPr>
        <w:t>C0324 · Michele Savino Elisa Garbuglia</w:t>
      </w:r>
      <w:r>
        <w:rPr>
          <w:i/>
          <w:color w:val="5A6E7D"/>
          <w:sz w:val="14"/>
        </w:rPr>
        <w:t xml:space="preserve">  [CONTEMPORANEO / 2016; Bollettino 26 ottobre 2016 e commenti; riga 4991]</w:t>
      </w:r>
    </w:p>
    <w:p>
      <w:pPr>
        <w:spacing w:after="80" w:line="240" w:lineRule="auto"/>
        <w:ind w:left="198"/>
      </w:pPr>
      <w:r>
        <w:rPr>
          <w:sz w:val="16"/>
        </w:rPr>
        <w:t>Dire che siete stati grandissimi è poco !</w:t>
      </w:r>
    </w:p>
    <w:p>
      <w:pPr>
        <w:spacing w:after="20"/>
      </w:pPr>
      <w:r>
        <w:rPr>
          <w:b/>
          <w:color w:val="07304D"/>
          <w:sz w:val="17"/>
        </w:rPr>
        <w:t>C0328 · Enrico Bassani</w:t>
      </w:r>
      <w:r>
        <w:rPr>
          <w:i/>
          <w:color w:val="5A6E7D"/>
          <w:sz w:val="14"/>
        </w:rPr>
        <w:t xml:space="preserve">  [CONTEMPORANEO / 2016; Bollettino 26 ottobre 2016 e commenti; riga 5037]</w:t>
      </w:r>
    </w:p>
    <w:p>
      <w:pPr>
        <w:spacing w:after="80" w:line="240" w:lineRule="auto"/>
        <w:ind w:left="198"/>
      </w:pPr>
      <w:r>
        <w:rPr>
          <w:sz w:val="16"/>
        </w:rPr>
        <w:t>Grazie</w:t>
      </w:r>
    </w:p>
    <w:p>
      <w:pPr>
        <w:spacing w:after="20"/>
      </w:pPr>
      <w:r>
        <w:rPr>
          <w:b/>
          <w:color w:val="07304D"/>
          <w:sz w:val="17"/>
        </w:rPr>
        <w:t>C0335 · Rita Iattoni</w:t>
      </w:r>
      <w:r>
        <w:rPr>
          <w:i/>
          <w:color w:val="5A6E7D"/>
          <w:sz w:val="14"/>
        </w:rPr>
        <w:t xml:space="preserve">  [CONTEMPORANEO / 2016; Bollettino 26 ottobre 2016 e commenti; riga 5107]</w:t>
      </w:r>
    </w:p>
    <w:p>
      <w:pPr>
        <w:spacing w:after="80" w:line="240" w:lineRule="auto"/>
        <w:ind w:left="198"/>
      </w:pPr>
      <w:r>
        <w:rPr>
          <w:sz w:val="16"/>
        </w:rPr>
        <w:t>Enorme paura.. e nei prossimi due giorni? Tutto confermato? Stima certa a voi ma ora grande paura!</w:t>
      </w:r>
    </w:p>
    <w:p>
      <w:pPr>
        <w:spacing w:after="20"/>
      </w:pPr>
      <w:r>
        <w:rPr>
          <w:b/>
          <w:color w:val="07304D"/>
          <w:sz w:val="17"/>
        </w:rPr>
        <w:t>C0337 · Luciana De Angelis</w:t>
      </w:r>
      <w:r>
        <w:rPr>
          <w:i/>
          <w:color w:val="5A6E7D"/>
          <w:sz w:val="14"/>
        </w:rPr>
        <w:t xml:space="preserve">  [CONTEMPORANEO / 2016; Bollettino 26 ottobre 2016 e commenti; riga 5129]</w:t>
      </w:r>
    </w:p>
    <w:p>
      <w:pPr>
        <w:spacing w:after="80" w:line="240" w:lineRule="auto"/>
        <w:ind w:left="198"/>
      </w:pPr>
      <w:r>
        <w:rPr>
          <w:sz w:val="16"/>
        </w:rPr>
        <w:t>Grazie .</w:t>
      </w:r>
    </w:p>
    <w:p>
      <w:pPr>
        <w:spacing w:after="20"/>
      </w:pPr>
      <w:r>
        <w:rPr>
          <w:b/>
          <w:color w:val="07304D"/>
          <w:sz w:val="17"/>
        </w:rPr>
        <w:t>C0340 · Davide Tassotto</w:t>
      </w:r>
      <w:r>
        <w:rPr>
          <w:i/>
          <w:color w:val="5A6E7D"/>
          <w:sz w:val="14"/>
        </w:rPr>
        <w:t xml:space="preserve">  [CONTEMPORANEO / 2016; Bollettino 26 ottobre 2016 e commenti; riga 5159]</w:t>
      </w:r>
    </w:p>
    <w:p>
      <w:pPr>
        <w:spacing w:after="80" w:line="240" w:lineRule="auto"/>
        <w:ind w:left="198"/>
      </w:pPr>
      <w:r>
        <w:rPr>
          <w:sz w:val="16"/>
        </w:rPr>
        <w:t>I pianeti hanno un ruolo dominante é la strada giusta grazie per il vostro lavoro..speriamo non ci siano stati danni!</w:t>
      </w:r>
    </w:p>
    <w:p>
      <w:pPr>
        <w:spacing w:after="20"/>
      </w:pPr>
      <w:r>
        <w:rPr>
          <w:b/>
          <w:color w:val="07304D"/>
          <w:sz w:val="17"/>
        </w:rPr>
        <w:t>C0341 · Jessica Passeri</w:t>
      </w:r>
      <w:r>
        <w:rPr>
          <w:i/>
          <w:color w:val="5A6E7D"/>
          <w:sz w:val="14"/>
        </w:rPr>
        <w:t xml:space="preserve">  [CONTEMPORANEO / 2016; Bollettino 26 ottobre 2016 e commenti; riga 5170]</w:t>
      </w:r>
    </w:p>
    <w:p>
      <w:pPr>
        <w:spacing w:after="80" w:line="240" w:lineRule="auto"/>
        <w:ind w:left="198"/>
      </w:pPr>
      <w:r>
        <w:rPr>
          <w:sz w:val="16"/>
        </w:rPr>
        <w:t>Siete dei grandi!!! Ora dovranno baciarvi il culo cazzo...scusatemi il linguaggio!!! Ma quanta ci vo ci vo!!</w:t>
      </w:r>
    </w:p>
    <w:p>
      <w:pPr>
        <w:spacing w:after="20"/>
      </w:pPr>
      <w:r>
        <w:rPr>
          <w:b/>
          <w:color w:val="07304D"/>
          <w:sz w:val="17"/>
        </w:rPr>
        <w:t>C0342 · Jessica Passeri</w:t>
      </w:r>
      <w:r>
        <w:rPr>
          <w:i/>
          <w:color w:val="5A6E7D"/>
          <w:sz w:val="14"/>
        </w:rPr>
        <w:t xml:space="preserve">  [CONTEMPORANEO / 2016; Bollettino 26 ottobre 2016 e commenti; riga 5181]</w:t>
      </w:r>
    </w:p>
    <w:p>
      <w:pPr>
        <w:spacing w:after="80" w:line="240" w:lineRule="auto"/>
        <w:ind w:left="198"/>
      </w:pPr>
      <w:r>
        <w:rPr>
          <w:sz w:val="16"/>
        </w:rPr>
        <w:t>Avete la mia stima</w:t>
      </w:r>
    </w:p>
    <w:p>
      <w:pPr>
        <w:spacing w:after="20"/>
      </w:pPr>
      <w:r>
        <w:rPr>
          <w:b/>
          <w:color w:val="07304D"/>
          <w:sz w:val="17"/>
        </w:rPr>
        <w:t>C0347 · Maria Elena Rosati</w:t>
      </w:r>
      <w:r>
        <w:rPr>
          <w:i/>
          <w:color w:val="5A6E7D"/>
          <w:sz w:val="14"/>
        </w:rPr>
        <w:t xml:space="preserve">  [CONTEMPORANEO / 2016; Bollettino 26 ottobre 2016 e commenti; riga 5235]</w:t>
      </w:r>
    </w:p>
    <w:p>
      <w:pPr>
        <w:spacing w:after="80" w:line="240" w:lineRule="auto"/>
        <w:ind w:left="198"/>
      </w:pPr>
      <w:r>
        <w:rPr>
          <w:sz w:val="16"/>
        </w:rPr>
        <w:t>Io non me la sto prendendo con nessuno...forse non mi sono spiegata. E' lodevole il lavoro che stanno svolgendo,ho l'impressione pero' che prpbabilmente andava divulgato in un secondo momento e non in fase di sperimentazione.Tutto qui.</w:t>
      </w:r>
    </w:p>
    <w:p>
      <w:pPr>
        <w:spacing w:after="20"/>
      </w:pPr>
      <w:r>
        <w:rPr>
          <w:b/>
          <w:color w:val="07304D"/>
          <w:sz w:val="17"/>
        </w:rPr>
        <w:t>C0351 · Debora Serpentini</w:t>
      </w:r>
      <w:r>
        <w:rPr>
          <w:i/>
          <w:color w:val="5A6E7D"/>
          <w:sz w:val="14"/>
        </w:rPr>
        <w:t xml:space="preserve">  [CONTEMPORANEO / 2016; Bollettino 26 ottobre 2016 e commenti; riga 5283]</w:t>
      </w:r>
    </w:p>
    <w:p>
      <w:pPr>
        <w:spacing w:after="80" w:line="240" w:lineRule="auto"/>
        <w:ind w:left="198"/>
      </w:pPr>
      <w:r>
        <w:rPr>
          <w:sz w:val="16"/>
        </w:rPr>
        <w:t>Scritto in pvt al suo profilo personale, guardi tra i messaggi altri poiché Lei non è tra i miei contatti. Grazie.</w:t>
      </w:r>
    </w:p>
    <w:p>
      <w:pPr>
        <w:spacing w:after="20"/>
      </w:pPr>
      <w:r>
        <w:rPr>
          <w:b/>
          <w:color w:val="07304D"/>
          <w:sz w:val="17"/>
        </w:rPr>
        <w:t>C0359 · Graziella Giudici</w:t>
      </w:r>
      <w:r>
        <w:rPr>
          <w:i/>
          <w:color w:val="5A6E7D"/>
          <w:sz w:val="14"/>
        </w:rPr>
        <w:t xml:space="preserve">  [CONTEMPORANEO / 2016; Bollettino 26 ottobre 2016 e commenti; riga 5371]</w:t>
      </w:r>
    </w:p>
    <w:p>
      <w:pPr>
        <w:spacing w:after="80" w:line="240" w:lineRule="auto"/>
        <w:ind w:left="198"/>
      </w:pPr>
      <w:r>
        <w:rPr>
          <w:sz w:val="16"/>
        </w:rPr>
        <w:t>Grazie!</w:t>
      </w:r>
    </w:p>
    <w:p>
      <w:pPr>
        <w:spacing w:after="20"/>
      </w:pPr>
      <w:r>
        <w:rPr>
          <w:b/>
          <w:color w:val="07304D"/>
          <w:sz w:val="17"/>
        </w:rPr>
        <w:t>C0360 · Federica Cambi</w:t>
      </w:r>
      <w:r>
        <w:rPr>
          <w:i/>
          <w:color w:val="5A6E7D"/>
          <w:sz w:val="14"/>
        </w:rPr>
        <w:t xml:space="preserve">  [CONTEMPORANEO / 2016; Bollettino 26 ottobre 2016 e commenti; riga 5382]</w:t>
      </w:r>
    </w:p>
    <w:p>
      <w:pPr>
        <w:spacing w:after="80" w:line="240" w:lineRule="auto"/>
        <w:ind w:left="198"/>
      </w:pPr>
      <w:r>
        <w:rPr>
          <w:sz w:val="16"/>
        </w:rPr>
        <w:t>Grazie</w:t>
      </w:r>
    </w:p>
    <w:p>
      <w:pPr>
        <w:spacing w:after="20"/>
      </w:pPr>
      <w:r>
        <w:rPr>
          <w:b/>
          <w:color w:val="07304D"/>
          <w:sz w:val="17"/>
        </w:rPr>
        <w:t>C0361 · Ira Fu</w:t>
      </w:r>
      <w:r>
        <w:rPr>
          <w:i/>
          <w:color w:val="5A6E7D"/>
          <w:sz w:val="14"/>
        </w:rPr>
        <w:t xml:space="preserve">  [CONTEMPORANEO / 2016; Bollettino 26 ottobre 2016 e commenti; riga 5393]</w:t>
      </w:r>
    </w:p>
    <w:p>
      <w:pPr>
        <w:spacing w:after="80" w:line="240" w:lineRule="auto"/>
        <w:ind w:left="198"/>
      </w:pPr>
      <w:r>
        <w:rPr>
          <w:sz w:val="16"/>
        </w:rPr>
        <w:t>Grazie..grazie..grazie!!!sempre grazie!</w:t>
      </w:r>
    </w:p>
    <w:p>
      <w:pPr>
        <w:spacing w:after="20"/>
      </w:pPr>
      <w:r>
        <w:rPr>
          <w:b/>
          <w:color w:val="07304D"/>
          <w:sz w:val="17"/>
        </w:rPr>
        <w:t>C0363 · Alessandro Albertazzi</w:t>
      </w:r>
      <w:r>
        <w:rPr>
          <w:i/>
          <w:color w:val="5A6E7D"/>
          <w:sz w:val="14"/>
        </w:rPr>
        <w:t xml:space="preserve">  [CONTEMPORANEO / 2016; Bollettino 26 ottobre 2016 e commenti; riga 5414]</w:t>
      </w:r>
    </w:p>
    <w:p>
      <w:pPr>
        <w:spacing w:after="80" w:line="240" w:lineRule="auto"/>
        <w:ind w:left="198"/>
      </w:pPr>
      <w:r>
        <w:rPr>
          <w:sz w:val="16"/>
        </w:rPr>
        <w:t>Stefano Calandra.. Si può condividere? Grazie</w:t>
      </w:r>
    </w:p>
    <w:p>
      <w:pPr>
        <w:spacing w:after="20"/>
      </w:pPr>
      <w:r>
        <w:rPr>
          <w:b/>
          <w:color w:val="07304D"/>
          <w:sz w:val="17"/>
        </w:rPr>
        <w:t>C0364 · Catia Lucidi</w:t>
      </w:r>
      <w:r>
        <w:rPr>
          <w:i/>
          <w:color w:val="5A6E7D"/>
          <w:sz w:val="14"/>
        </w:rPr>
        <w:t xml:space="preserve">  [CONTEMPORANEO / 2016; Bollettino 26 ottobre 2016 e commenti; riga 5434]</w:t>
      </w:r>
    </w:p>
    <w:p>
      <w:pPr>
        <w:spacing w:after="80" w:line="240" w:lineRule="auto"/>
        <w:ind w:left="198"/>
      </w:pPr>
      <w:r>
        <w:rPr>
          <w:sz w:val="16"/>
        </w:rPr>
        <w:t>Anche io vorrei in privato grazie</w:t>
      </w:r>
    </w:p>
    <w:p>
      <w:pPr>
        <w:spacing w:after="20"/>
      </w:pPr>
      <w:r>
        <w:rPr>
          <w:b/>
          <w:color w:val="07304D"/>
          <w:sz w:val="17"/>
        </w:rPr>
        <w:t>C0365 · Caterina Di Pasquale</w:t>
      </w:r>
      <w:r>
        <w:rPr>
          <w:i/>
          <w:color w:val="5A6E7D"/>
          <w:sz w:val="14"/>
        </w:rPr>
        <w:t xml:space="preserve">  [CONTEMPORANEO / 2016; Bollettino 26 ottobre 2016 e commenti; riga 5445]</w:t>
      </w:r>
    </w:p>
    <w:p>
      <w:pPr>
        <w:spacing w:after="80" w:line="240" w:lineRule="auto"/>
        <w:ind w:left="198"/>
      </w:pPr>
      <w:r>
        <w:rPr>
          <w:sz w:val="16"/>
        </w:rPr>
        <w:t>Grazieeeee......</w:t>
      </w:r>
    </w:p>
    <w:p>
      <w:pPr>
        <w:spacing w:after="20"/>
      </w:pPr>
      <w:r>
        <w:rPr>
          <w:b/>
          <w:color w:val="07304D"/>
          <w:sz w:val="17"/>
        </w:rPr>
        <w:t>C0369 · Bianca Maria D'Alessio</w:t>
      </w:r>
      <w:r>
        <w:rPr>
          <w:i/>
          <w:color w:val="5A6E7D"/>
          <w:sz w:val="14"/>
        </w:rPr>
        <w:t xml:space="preserve">  [CONTEMPORANEO / 2016; Bollettino 26 ottobre 2016 e commenti; riga 5489]</w:t>
      </w:r>
    </w:p>
    <w:p>
      <w:pPr>
        <w:spacing w:after="80" w:line="240" w:lineRule="auto"/>
        <w:ind w:left="198"/>
      </w:pPr>
      <w:r>
        <w:rPr>
          <w:sz w:val="16"/>
        </w:rPr>
        <w:t>Grazie per il lavoro che state facendo !!!</w:t>
      </w:r>
    </w:p>
    <w:p>
      <w:pPr>
        <w:spacing w:after="20"/>
      </w:pPr>
      <w:r>
        <w:rPr>
          <w:b/>
          <w:color w:val="07304D"/>
          <w:sz w:val="17"/>
        </w:rPr>
        <w:t>C0370 · Rosella Cianci</w:t>
      </w:r>
      <w:r>
        <w:rPr>
          <w:i/>
          <w:color w:val="5A6E7D"/>
          <w:sz w:val="14"/>
        </w:rPr>
        <w:t xml:space="preserve">  [CONTEMPORANEO / 2016; Bollettino 26 ottobre 2016 e commenti; riga 5501]</w:t>
      </w:r>
    </w:p>
    <w:p>
      <w:pPr>
        <w:spacing w:after="80" w:line="240" w:lineRule="auto"/>
        <w:ind w:left="198"/>
      </w:pPr>
      <w:r>
        <w:rPr>
          <w:sz w:val="16"/>
        </w:rPr>
        <w:t>Vorrei saperlo anche io, grazie.</w:t>
      </w:r>
    </w:p>
    <w:p>
      <w:pPr>
        <w:spacing w:after="20"/>
      </w:pPr>
      <w:r>
        <w:rPr>
          <w:b/>
          <w:color w:val="07304D"/>
          <w:sz w:val="17"/>
        </w:rPr>
        <w:t>C0371 · Asia Maccari</w:t>
      </w:r>
      <w:r>
        <w:rPr>
          <w:i/>
          <w:color w:val="5A6E7D"/>
          <w:sz w:val="14"/>
        </w:rPr>
        <w:t xml:space="preserve">  [CONTEMPORANEO / 2016; Bollettino 26 ottobre 2016 e commenti; riga 5512]</w:t>
      </w:r>
    </w:p>
    <w:p>
      <w:pPr>
        <w:spacing w:after="80" w:line="240" w:lineRule="auto"/>
        <w:ind w:left="198"/>
      </w:pPr>
      <w:r>
        <w:rPr>
          <w:sz w:val="16"/>
        </w:rPr>
        <w:t>Anche io non riesco a fare il calcolo.. Se qualcuno lo sa fare e vede dove cade quella linea retta mi può avvertire in privato? Grazie</w:t>
      </w:r>
    </w:p>
    <w:p>
      <w:pPr>
        <w:spacing w:after="20"/>
      </w:pPr>
      <w:r>
        <w:rPr>
          <w:b/>
          <w:color w:val="07304D"/>
          <w:sz w:val="17"/>
        </w:rPr>
        <w:t>C0375 · Faieta Monti</w:t>
      </w:r>
      <w:r>
        <w:rPr>
          <w:i/>
          <w:color w:val="5A6E7D"/>
          <w:sz w:val="14"/>
        </w:rPr>
        <w:t xml:space="preserve">  [CONTEMPORANEO / 2016; Bollettino 26 ottobre 2016 e commenti; riga 5560]</w:t>
      </w:r>
    </w:p>
    <w:p>
      <w:pPr>
        <w:spacing w:after="80" w:line="240" w:lineRule="auto"/>
        <w:ind w:left="198"/>
      </w:pPr>
      <w:r>
        <w:rPr>
          <w:sz w:val="16"/>
        </w:rPr>
        <w:t>State facendo un lavoro encomiabile , grazie</w:t>
      </w:r>
    </w:p>
    <w:p>
      <w:pPr>
        <w:spacing w:after="20"/>
      </w:pPr>
      <w:r>
        <w:rPr>
          <w:b/>
          <w:color w:val="07304D"/>
          <w:sz w:val="17"/>
        </w:rPr>
        <w:t>C0378 · Barbara Pela</w:t>
      </w:r>
      <w:r>
        <w:rPr>
          <w:i/>
          <w:color w:val="5A6E7D"/>
          <w:sz w:val="14"/>
        </w:rPr>
        <w:t xml:space="preserve">  [CONTEMPORANEO / 2016; Bollettino 26 ottobre 2016 e commenti; riga 5593]</w:t>
      </w:r>
    </w:p>
    <w:p>
      <w:pPr>
        <w:spacing w:after="80" w:line="240" w:lineRule="auto"/>
        <w:ind w:left="198"/>
      </w:pPr>
      <w:r>
        <w:rPr>
          <w:sz w:val="16"/>
        </w:rPr>
        <w:t>Grazie! E ancora grazie! Posso chiedere perché il rischio viene associato sempre alla sera/notte?</w:t>
      </w:r>
    </w:p>
    <w:p>
      <w:pPr>
        <w:spacing w:after="20"/>
      </w:pPr>
      <w:r>
        <w:rPr>
          <w:b/>
          <w:color w:val="07304D"/>
          <w:sz w:val="17"/>
        </w:rPr>
        <w:t>C0379 · Rita De Giglio</w:t>
      </w:r>
      <w:r>
        <w:rPr>
          <w:i/>
          <w:color w:val="5A6E7D"/>
          <w:sz w:val="14"/>
        </w:rPr>
        <w:t xml:space="preserve">  [CONTEMPORANEO / 2016; Bollettino 26 ottobre 2016 e commenti; riga 5604]</w:t>
      </w:r>
    </w:p>
    <w:p>
      <w:pPr>
        <w:spacing w:after="80" w:line="240" w:lineRule="auto"/>
        <w:ind w:left="198"/>
      </w:pPr>
      <w:r>
        <w:rPr>
          <w:sz w:val="16"/>
        </w:rPr>
        <w:t>Buon lavoro e grazie come sempre!</w:t>
      </w:r>
    </w:p>
    <w:p>
      <w:pPr>
        <w:pStyle w:val="Heading2"/>
      </w:pPr>
      <w:r>
        <w:t>CRITICO / SCETTICO / NEGATIVO</w:t>
      </w:r>
    </w:p>
    <w:p>
      <w:pPr>
        <w:spacing w:after="20"/>
      </w:pPr>
      <w:r>
        <w:rPr>
          <w:b/>
          <w:color w:val="07304D"/>
          <w:sz w:val="17"/>
        </w:rPr>
        <w:t>C0093 · Mauro Mindoli</w:t>
      </w:r>
      <w:r>
        <w:rPr>
          <w:i/>
          <w:color w:val="5A6E7D"/>
          <w:sz w:val="14"/>
        </w:rPr>
        <w:t xml:space="preserve">  [CONTEMPORANEO / 2016; Bollettino 18 ottobre 2016; riga 1499]</w:t>
      </w:r>
    </w:p>
    <w:p>
      <w:pPr>
        <w:spacing w:after="80" w:line="240" w:lineRule="auto"/>
        <w:ind w:left="198"/>
      </w:pPr>
      <w:r>
        <w:rPr>
          <w:sz w:val="16"/>
        </w:rPr>
        <w:t>Questa sarà dunque la prova del 9 di questa teoria. Se, come spero, si tratterà di un falso positivo e quindi non succederà nulla, vorrà dire che siamo ancora in una fase acerba di questa teoria che non è ancora in grado di dare previsioni per grossi sismi. Come è già stato scritto, anche nel recente passato ci sono stati allineamenti di pianeti senza conseguenze. Se invece proprio tra il 27 ottobre e il 28 ottobre si verificherà un grosso sisma ( a questo punto parliamo di magnitudo superiore a 6) allora questa teoria meriterà di essere presa in considerazione dalla comunità scientifica. Io ho ancora forti dubbi per eventuali falsi positivi che già in passato hanno creato allarmi poi sgonfiatisi. Vedremo.</w:t>
      </w:r>
    </w:p>
    <w:p>
      <w:pPr>
        <w:spacing w:after="20"/>
      </w:pPr>
      <w:r>
        <w:rPr>
          <w:b/>
          <w:color w:val="07304D"/>
          <w:sz w:val="17"/>
        </w:rPr>
        <w:t>C0123 · Loredana Fioravanti</w:t>
      </w:r>
      <w:r>
        <w:rPr>
          <w:i/>
          <w:color w:val="5A6E7D"/>
          <w:sz w:val="14"/>
        </w:rPr>
        <w:t xml:space="preserve">  [CONTEMPORANEO / 2016; Bollettino 18 ottobre 2016; riga 1845]</w:t>
      </w:r>
    </w:p>
    <w:p>
      <w:pPr>
        <w:spacing w:after="80" w:line="240" w:lineRule="auto"/>
        <w:ind w:left="198"/>
      </w:pPr>
      <w:r>
        <w:rPr>
          <w:sz w:val="16"/>
        </w:rPr>
        <w:t>Mi auguro che non succeda niente per carità......se succede sei da Oscar se non da galera!!</w:t>
      </w:r>
    </w:p>
    <w:p>
      <w:pPr>
        <w:spacing w:after="20"/>
      </w:pPr>
      <w:r>
        <w:rPr>
          <w:b/>
          <w:color w:val="07304D"/>
          <w:sz w:val="17"/>
        </w:rPr>
        <w:t>C0137 · William Pacetti</w:t>
      </w:r>
      <w:r>
        <w:rPr>
          <w:i/>
          <w:color w:val="5A6E7D"/>
          <w:sz w:val="14"/>
        </w:rPr>
        <w:t xml:space="preserve">  [RETROSPETTIVO / DATA RIPUBBLICAZIONE DA VERIFICARE; Ripercorriamo: post del 18 ottobre; riga 2217]</w:t>
      </w:r>
    </w:p>
    <w:p>
      <w:pPr>
        <w:spacing w:after="80" w:line="240" w:lineRule="auto"/>
        <w:ind w:left="198"/>
      </w:pPr>
      <w:r>
        <w:rPr>
          <w:sz w:val="16"/>
        </w:rPr>
        <w:t>I PIANETI NON C ENTRANO NULLA CON I TERREMOTI IN ITALIA (o meglio danno solo un piccolo sbalzo al magnitudo di 0.3) IL PROBLEMA DELL ITALIA E' L ENERGIA CHE DAL SUD EST EUROPEO IRAN E PAESI DELL EST EUROPEO EMANANO A OVEST CIOE' DA NOI. SE LI VEDETE UN TERREMOTO DOPO 6/16 ORE LO ABBIAMO IN ITALIA. QUESTA E' UN ALTRA TEORIA NULLA A CHE FARE CON I PIANETI CHE NN SALVANO VITE ANZI...PIU CONTINUATE A GUARDARE SU E PIU INCIAMPERETE MENTRE CAMMINATE. IL TUTTO NASCE DAL PACIFICO, DOPO GIORNI LA PRESSIONE ATTACCA L ASIA PER ANDAR POI IN TURCHIA GRECIA IRAN E PAESI DELL EST EUROPEO. DA QUI IN ITALIA. QUESTA E' SCIENZA NO FANTASCIENZA E CON I PIANETI TU NN SALVI VITE ANZI, DAI CATTIVA INFORMAZIONE</w:t>
      </w:r>
    </w:p>
    <w:p>
      <w:pPr>
        <w:spacing w:after="20"/>
      </w:pPr>
      <w:r>
        <w:rPr>
          <w:b/>
          <w:color w:val="07304D"/>
          <w:sz w:val="17"/>
        </w:rPr>
        <w:t>C0167 · Donato Nunzi</w:t>
      </w:r>
      <w:r>
        <w:rPr>
          <w:i/>
          <w:color w:val="5A6E7D"/>
          <w:sz w:val="14"/>
        </w:rPr>
        <w:t xml:space="preserve">  [CONTEMPORANEO / 2016; Post 27 ottobre 2016 e commenti; riga 2888]</w:t>
      </w:r>
    </w:p>
    <w:p>
      <w:pPr>
        <w:spacing w:after="80" w:line="240" w:lineRule="auto"/>
        <w:ind w:left="198"/>
      </w:pPr>
      <w:r>
        <w:rPr>
          <w:sz w:val="16"/>
        </w:rPr>
        <w:t>Wikipedia: Giove Velocità orbitale 13,056 km/s (media) Luna: Velocità orbitale 1 022 m/s[1] (media) Marte Velocità orbitale 24,077 km/s (media) Sole: Velocità orbitale 217 km/s (media) come fanno ad allinearsi se (secondo wikipedia) hanno orbite e velocità astronomiche diverse!? Due oggetti che viaggiano a velocità diverse ma altissime nel caso si allineassero, l'allineamento nonostante la distanza tra i due pianeti sarebbe riscontrabile in qualche centomillessimo di secondo. In quel centomillessimo di secondo la presunta forza gravitazionale (?), fa vibrare prima i sibillini (ora l'area mediterranea) a magnitudo 6? ...solo per capire, altrimenti sono favolette!</w:t>
      </w:r>
    </w:p>
    <w:p>
      <w:pPr>
        <w:spacing w:after="20"/>
      </w:pPr>
      <w:r>
        <w:rPr>
          <w:b/>
          <w:color w:val="07304D"/>
          <w:sz w:val="17"/>
        </w:rPr>
        <w:t>C0173 · Francesco Fontana</w:t>
      </w:r>
      <w:r>
        <w:rPr>
          <w:i/>
          <w:color w:val="5A6E7D"/>
          <w:sz w:val="14"/>
        </w:rPr>
        <w:t xml:space="preserve">  [CONTEMPORANEO / 2016; Post 27 ottobre 2016 e commenti; riga 2977]</w:t>
      </w:r>
    </w:p>
    <w:p>
      <w:pPr>
        <w:spacing w:after="80" w:line="240" w:lineRule="auto"/>
        <w:ind w:left="198"/>
      </w:pPr>
      <w:r>
        <w:rPr>
          <w:sz w:val="16"/>
        </w:rPr>
        <w:t>Ma che cosa c'entra i pianeti.... È una barzelletta</w:t>
      </w:r>
    </w:p>
    <w:p>
      <w:pPr>
        <w:spacing w:after="20"/>
      </w:pPr>
      <w:r>
        <w:rPr>
          <w:b/>
          <w:color w:val="07304D"/>
          <w:sz w:val="17"/>
        </w:rPr>
        <w:t>C0174 · William Pacetti</w:t>
      </w:r>
      <w:r>
        <w:rPr>
          <w:i/>
          <w:color w:val="5A6E7D"/>
          <w:sz w:val="14"/>
        </w:rPr>
        <w:t xml:space="preserve">  [CONTEMPORANEO / 2016; Post 27 ottobre 2016 e commenti; riga 2989]</w:t>
      </w:r>
    </w:p>
    <w:p>
      <w:pPr>
        <w:spacing w:after="80" w:line="240" w:lineRule="auto"/>
        <w:ind w:left="198"/>
      </w:pPr>
      <w:r>
        <w:rPr>
          <w:sz w:val="16"/>
        </w:rPr>
        <w:t>I PIANETI NON C ENTRANO NULLA CON I TERREMOTI IN ITALIA (o meglio danno solo un piccolo sbalzo al magnitudo di 0.3) IL PROBLEMA DELL ITALIA E' L ENERGIA CHE DAL SUD EST EUROPEO IRAN E PAESI DELL EST EUROPEO EMANANO A OVEST CIOE' DA NOI. SE LI VEDETE UN TERREMOTO DOPO 6/16 ORE LO ABBIAMO IN ITALIA. QUESTA E' UN ALTRA TEORIA NULLA A CHE FARE CON I PIANETI CHE NN SALVANO VITE ANZI...PIU CONTINUATE A GUARDARE SU E PIU INCIAMPERETE MENTRE CAMMINATE. IL TUTTO NASCE DAL PACIFICO, DOPO GIORNI LA PRESSIONE ATTACCA L ASIA PER ANDAR POI IN TURCHIA GRECIA IRAN E PAESI DELL EST EUROPEO. DA QUI IN ITALIA. QUESTA E' SCIENZA NO FANTASCIENZA E CON I PIANETI TU NN SALVI VITE ANZI, DAI CATTIVA INFORMAZIONE</w:t>
      </w:r>
    </w:p>
    <w:p>
      <w:pPr>
        <w:spacing w:after="20"/>
      </w:pPr>
      <w:r>
        <w:rPr>
          <w:b/>
          <w:color w:val="07304D"/>
          <w:sz w:val="17"/>
        </w:rPr>
        <w:t>C0181 · Tiziana Peruzzi</w:t>
      </w:r>
      <w:r>
        <w:rPr>
          <w:i/>
          <w:color w:val="5A6E7D"/>
          <w:sz w:val="14"/>
        </w:rPr>
        <w:t xml:space="preserve">  [CONTEMPORANEO / 2016; Post 27 ottobre 2016 e commenti; riga 3072]</w:t>
      </w:r>
    </w:p>
    <w:p>
      <w:pPr>
        <w:spacing w:after="80" w:line="240" w:lineRule="auto"/>
        <w:ind w:left="198"/>
      </w:pPr>
      <w:r>
        <w:rPr>
          <w:sz w:val="16"/>
        </w:rPr>
        <w:t>se sono cazzate allora perché perdere tempo a seguire e a commentare la teoria delle minchiate?</w:t>
      </w:r>
    </w:p>
    <w:p>
      <w:pPr>
        <w:spacing w:after="20"/>
      </w:pPr>
      <w:r>
        <w:rPr>
          <w:b/>
          <w:color w:val="07304D"/>
          <w:sz w:val="17"/>
        </w:rPr>
        <w:t>C0202 · Stefania Di Pasquale</w:t>
      </w:r>
      <w:r>
        <w:rPr>
          <w:i/>
          <w:color w:val="5A6E7D"/>
          <w:sz w:val="14"/>
        </w:rPr>
        <w:t xml:space="preserve">  [CONTEMPORANEO / 2016; Post 27 ottobre 2016 e commenti; riga 3324]</w:t>
      </w:r>
    </w:p>
    <w:p>
      <w:pPr>
        <w:spacing w:after="80" w:line="240" w:lineRule="auto"/>
        <w:ind w:left="198"/>
      </w:pPr>
      <w:r>
        <w:rPr>
          <w:sz w:val="16"/>
        </w:rPr>
        <w:t>Il problema é che dopo quello che è successo ieri, ancora la gente non ci crede. E da a voi dei Ciarlatani. Assurdo! Mettono in discussione anche la scienza. Che popolo di capre che siamo!! Nemmeno davanti all'evidenza la gente crede.</w:t>
      </w:r>
    </w:p>
    <w:p>
      <w:pPr>
        <w:spacing w:after="20"/>
      </w:pPr>
      <w:r>
        <w:rPr>
          <w:b/>
          <w:color w:val="07304D"/>
          <w:sz w:val="17"/>
        </w:rPr>
        <w:t>C0230 · Plinio Vecchio</w:t>
      </w:r>
      <w:r>
        <w:rPr>
          <w:i/>
          <w:color w:val="5A6E7D"/>
          <w:sz w:val="14"/>
        </w:rPr>
        <w:t xml:space="preserve">  [CONTEMPORANEO / 2016; Post 27 ottobre 2016 e commenti; riga 3660]</w:t>
      </w:r>
    </w:p>
    <w:p>
      <w:pPr>
        <w:spacing w:after="80" w:line="240" w:lineRule="auto"/>
        <w:ind w:left="198"/>
      </w:pPr>
      <w:r>
        <w:rPr>
          <w:sz w:val="16"/>
        </w:rPr>
        <w:t>Si Annalisa Gulino ma capisci anche che dicendo 11.30 17.30 23.30 e considerando un'ora e mezza prima e dopo si copre praticamente l'80% della giornata..e dopo un evento sismico come quello di ieri è facile che nelle 48ore successive possa fare qualcosa tra 4.5 e 5.5 per esempio..poi se addirittura consideriamo tutta l'area del mediterraneo e consideriamo anche un 4.2 non si puo sbagliare. resto affascinato e curioso..ma anche scettico in quanto ho l'impressione che i pianeti si allineino in italia in qualche modo ogni 2/3 mesi ma mica fa sempre il terremoto come ha detto lo stesso stefano..è la prima volta ci azzeccano</w:t>
      </w:r>
    </w:p>
    <w:p>
      <w:pPr>
        <w:spacing w:after="20"/>
      </w:pPr>
      <w:r>
        <w:rPr>
          <w:b/>
          <w:color w:val="07304D"/>
          <w:sz w:val="17"/>
        </w:rPr>
        <w:t>C0265 · Plinio Vecchio</w:t>
      </w:r>
      <w:r>
        <w:rPr>
          <w:i/>
          <w:color w:val="5A6E7D"/>
          <w:sz w:val="14"/>
        </w:rPr>
        <w:t xml:space="preserve">  [CONTEMPORANEO / 2016; Post 27 ottobre 2016 e commenti; riga 4112]</w:t>
      </w:r>
    </w:p>
    <w:p>
      <w:pPr>
        <w:spacing w:after="80" w:line="240" w:lineRule="auto"/>
        <w:ind w:left="198"/>
      </w:pPr>
      <w:r>
        <w:rPr>
          <w:sz w:val="16"/>
        </w:rPr>
        <w:t>Sono curioso ma anche scettico..nel senso che anche a gennaio 2016 e i primi giorni di agosto ci furono allineamenti visibili in Italia ma nessun terremoto..come mai?</w:t>
      </w:r>
    </w:p>
    <w:p>
      <w:pPr>
        <w:spacing w:after="20"/>
      </w:pPr>
      <w:r>
        <w:rPr>
          <w:b/>
          <w:color w:val="07304D"/>
          <w:sz w:val="17"/>
        </w:rPr>
        <w:t>C0269 · Anna Guarino</w:t>
      </w:r>
      <w:r>
        <w:rPr>
          <w:i/>
          <w:color w:val="5A6E7D"/>
          <w:sz w:val="14"/>
        </w:rPr>
        <w:t xml:space="preserve">  [CONTEMPORANEO / 2016; Post 27 ottobre 2016 e commenti; riga 4158]</w:t>
      </w:r>
    </w:p>
    <w:p>
      <w:pPr>
        <w:spacing w:after="80" w:line="240" w:lineRule="auto"/>
        <w:ind w:left="198"/>
      </w:pPr>
      <w:r>
        <w:rPr>
          <w:sz w:val="16"/>
        </w:rPr>
        <w:t>ma se condividiamo, non cè rischio che blocchino tutto x procurato allarme?</w:t>
      </w:r>
    </w:p>
    <w:p>
      <w:pPr>
        <w:spacing w:after="20"/>
      </w:pPr>
      <w:r>
        <w:rPr>
          <w:b/>
          <w:color w:val="07304D"/>
          <w:sz w:val="17"/>
        </w:rPr>
        <w:t>C0291 · Gianluca Gubinelli</w:t>
      </w:r>
      <w:r>
        <w:rPr>
          <w:i/>
          <w:color w:val="5A6E7D"/>
          <w:sz w:val="14"/>
        </w:rPr>
        <w:t xml:space="preserve">  [CONTEMPORANEO / 2016; Bollettino 26 ottobre 2016 e commenti; riga 4605]</w:t>
      </w:r>
    </w:p>
    <w:p>
      <w:pPr>
        <w:spacing w:after="80" w:line="240" w:lineRule="auto"/>
        <w:ind w:left="198"/>
      </w:pPr>
      <w:r>
        <w:rPr>
          <w:sz w:val="16"/>
        </w:rPr>
        <w:t>Gente come calandra andrebbe denunciata...</w:t>
      </w:r>
    </w:p>
    <w:p>
      <w:pPr>
        <w:spacing w:after="20"/>
      </w:pPr>
      <w:r>
        <w:rPr>
          <w:b/>
          <w:color w:val="07304D"/>
          <w:sz w:val="17"/>
        </w:rPr>
        <w:t>C0292 · Filippo Cerasi</w:t>
      </w:r>
      <w:r>
        <w:rPr>
          <w:i/>
          <w:color w:val="5A6E7D"/>
          <w:sz w:val="14"/>
        </w:rPr>
        <w:t xml:space="preserve">  [CONTEMPORANEO / 2016; Bollettino 26 ottobre 2016 e commenti; riga 4616]</w:t>
      </w:r>
    </w:p>
    <w:p>
      <w:pPr>
        <w:spacing w:after="80" w:line="240" w:lineRule="auto"/>
        <w:ind w:left="198"/>
      </w:pPr>
      <w:r>
        <w:rPr>
          <w:sz w:val="16"/>
        </w:rPr>
        <w:t>vorrei fare 3 osservazioni a Stefano Calandra: 1. se io sottraggo al 70%, che è la capacità di previsione del suo modello, il 20%...ottengo il 50%, ovvero lanciare una monetina...se io invece aggiungo il 20%, ottengo il 90%, ovvero uno strumento "quasi" perfetto...ecco, il suo metodo è tra una previsione quasi perfetta e un lancio di monetina...2. se lei afferma che non si può ne prevedere il luogo esatto, ne l'orario, mi spiega l'utilità di questo strumento? Non si può evacuare ovviamente un'area vasta quanto il Mediterraneo. 3. mi può spiegare la base della sua teoria, ovvero IN CHE MODO l'allineamento dei pianeti amplificherebbe la forza attrattiva che subisce il nostro pianeta...perchè non ho mai letto ne sentito nulla del genere...perchè se fosse vero, le maree dovrebbero essere PIù POTENTI se c'è un allineamento...cosa che non avviene...o mi sbaglio??</w:t>
      </w:r>
    </w:p>
    <w:p>
      <w:pPr>
        <w:spacing w:after="20"/>
      </w:pPr>
      <w:r>
        <w:rPr>
          <w:b/>
          <w:color w:val="07304D"/>
          <w:sz w:val="17"/>
        </w:rPr>
        <w:t>C0349 · Maria Elena Rosati</w:t>
      </w:r>
      <w:r>
        <w:rPr>
          <w:i/>
          <w:color w:val="5A6E7D"/>
          <w:sz w:val="14"/>
        </w:rPr>
        <w:t xml:space="preserve">  [CONTEMPORANEO / 2016; Bollettino 26 ottobre 2016 e commenti; riga 5257]</w:t>
      </w:r>
    </w:p>
    <w:p>
      <w:pPr>
        <w:spacing w:after="80" w:line="240" w:lineRule="auto"/>
        <w:ind w:left="198"/>
      </w:pPr>
      <w:r>
        <w:rPr>
          <w:sz w:val="16"/>
        </w:rPr>
        <w:t>Anche io seguo questa pagina sin dall'inizio.Sono giunta alla conclusione che,anche se ringrazio molto Calandra e il suo collega x il lavoro svolto,penso che forse era il caso di confermare la teoria al 100% prima di divulgare pubblicamente.Perche' la frase " meglio un falso allarme che una strage" in questo caso non regge.L'italia,soprattutto il centro (me compresa) e' gia' molto provata e psicologicamente poco lucida,tanto da modificare il proprio stile di vita in base ad ogni vostra singola parola.Se non vi e' certezza,che si deve fare???Smettere di lavorare?Non mandare i figli a scuola asilo ecc??Dobbiamo vivere quindi con l'ansia di un " forse passa un terremoto che ci butta giu' la casa,ufficio scuola?? Capite da soli che NON si puo' vivere cosi'...Allora forse e' meglio rischiare e non sapere?Da un certo punto di vista,SI. Non si puo' vivere cosi'...Nell'attesa di un probabile sisma,PROBABILE,forse tocca a me forse no.Divulgare una teoria ancora non riconosciuta a mio avviso fa piu' male di un non sapere. La vita deve andare avanti perche' oggi e' oggi.Accertiamoci di vivere in abitazioni sane e viviamo. Signor Calandra,so che voi lo fate x il bene di tutti,ma mi creda secondo me lei sta " rovinando" la quotidianeita' degli italiani. Sta modificando i gesti semplici,la serenita' di tutti.Sembra brutto detto cosi' ma e' la pura verita'. Sto tenendo mio figlio dentro una bolla da giorni...Per cosa??Per un forse terremoto? Riflettete tutti su questo.</w:t>
      </w:r>
    </w:p>
    <w:p>
      <w:pPr>
        <w:pStyle w:val="Heading2"/>
      </w:pPr>
      <w:r>
        <w:t>MISTO / AMBIVALENTE</w:t>
      </w:r>
    </w:p>
    <w:p>
      <w:pPr>
        <w:spacing w:after="20"/>
      </w:pPr>
      <w:r>
        <w:rPr>
          <w:b/>
          <w:color w:val="07304D"/>
          <w:sz w:val="17"/>
        </w:rPr>
        <w:t>C0004 · Remo Mori</w:t>
      </w:r>
      <w:r>
        <w:rPr>
          <w:i/>
          <w:color w:val="5A6E7D"/>
          <w:sz w:val="14"/>
        </w:rPr>
        <w:t xml:space="preserve">  [RETROSPETTIVO / 2026; Retrospettiva 2026: dormire in macchina; riga 153]</w:t>
      </w:r>
    </w:p>
    <w:p>
      <w:pPr>
        <w:spacing w:after="80" w:line="240" w:lineRule="auto"/>
        <w:ind w:left="198"/>
      </w:pPr>
      <w:r>
        <w:rPr>
          <w:sz w:val="16"/>
        </w:rPr>
        <w:t>Io adesso la scarico...ma sappi che sei ad un soffio dal piu grande vaffanculo mai ricevuto...vediamo come va....</w:t>
      </w:r>
    </w:p>
    <w:p>
      <w:pPr>
        <w:spacing w:after="20"/>
      </w:pPr>
      <w:r>
        <w:rPr>
          <w:b/>
          <w:color w:val="07304D"/>
          <w:sz w:val="17"/>
        </w:rPr>
        <w:t>C0010 · Paolo de Angelis</w:t>
      </w:r>
      <w:r>
        <w:rPr>
          <w:i/>
          <w:color w:val="5A6E7D"/>
          <w:sz w:val="14"/>
        </w:rPr>
        <w:t xml:space="preserve">  [RETROSPETTIVO / 2026; Retrospettiva 2026: dormire in macchina; riga 232]</w:t>
      </w:r>
    </w:p>
    <w:p>
      <w:pPr>
        <w:spacing w:after="80" w:line="240" w:lineRule="auto"/>
        <w:ind w:left="198"/>
      </w:pPr>
      <w:r>
        <w:rPr>
          <w:sz w:val="16"/>
        </w:rPr>
        <w:t>IO prevedo con certezza, che entro 24 h ci sarà un terremoto di almeno M6. Controllate pure sil sito dell'INGV nei giorni a venire, ma sappiate che io sono un grande scienziato e prevedo i terremoti seguendo il dolore dei miei calli..... o forse prevedo il maltempo con i calli? Boh! comunque ci azzecco sempre</w:t>
      </w:r>
    </w:p>
    <w:p>
      <w:pPr>
        <w:spacing w:after="20"/>
      </w:pPr>
      <w:r>
        <w:rPr>
          <w:b/>
          <w:color w:val="07304D"/>
          <w:sz w:val="17"/>
        </w:rPr>
        <w:t>C0021 · Stefano Pux</w:t>
      </w:r>
      <w:r>
        <w:rPr>
          <w:i/>
          <w:color w:val="5A6E7D"/>
          <w:sz w:val="14"/>
        </w:rPr>
        <w:t xml:space="preserve">  [RETROSPETTIVO / 2026; Retrospettiva 2026: dormire in macchina; riga 371]</w:t>
      </w:r>
    </w:p>
    <w:p>
      <w:pPr>
        <w:spacing w:after="80" w:line="240" w:lineRule="auto"/>
        <w:ind w:left="198"/>
      </w:pPr>
      <w:r>
        <w:rPr>
          <w:sz w:val="16"/>
        </w:rPr>
        <w:t>Mi sembra sia diventato un estrazione al lotto, non ci sono piu certezze... si tira a dire... tanto per la legge dei grandi numeri un terremoto ogni tanto viene.. prima era piu scrupolosa benché la percentuale di azzecco era bassa</w:t>
      </w:r>
    </w:p>
    <w:p>
      <w:pPr>
        <w:pStyle w:val="Heading2"/>
      </w:pPr>
      <w:r>
        <w:t>NEUTRO / DOMANDA / SEGNALAZIONE</w:t>
      </w:r>
    </w:p>
    <w:p>
      <w:pPr>
        <w:spacing w:after="20"/>
      </w:pPr>
      <w:r>
        <w:rPr>
          <w:b/>
          <w:color w:val="07304D"/>
          <w:sz w:val="17"/>
        </w:rPr>
        <w:t>C0001 · Veronica Morresi</w:t>
      </w:r>
      <w:r>
        <w:rPr>
          <w:i/>
          <w:color w:val="5A6E7D"/>
          <w:sz w:val="14"/>
        </w:rPr>
        <w:t xml:space="preserve">  [RETROSPETTIVO / 2026; Retrospettiva 2026: dormire in macchina; riga 103]</w:t>
      </w:r>
    </w:p>
    <w:p>
      <w:pPr>
        <w:spacing w:after="80" w:line="240" w:lineRule="auto"/>
        <w:ind w:left="198"/>
      </w:pPr>
      <w:r>
        <w:rPr>
          <w:sz w:val="16"/>
        </w:rPr>
        <w:t>IO ad Ascoli con i 3 bambini</w:t>
      </w:r>
    </w:p>
    <w:p>
      <w:pPr>
        <w:spacing w:after="20"/>
      </w:pPr>
      <w:r>
        <w:rPr>
          <w:b/>
          <w:color w:val="07304D"/>
          <w:sz w:val="17"/>
        </w:rPr>
        <w:t>C0002 · Gabriella Barbuti</w:t>
      </w:r>
      <w:r>
        <w:rPr>
          <w:i/>
          <w:color w:val="5A6E7D"/>
          <w:sz w:val="14"/>
        </w:rPr>
        <w:t xml:space="preserve">  [RETROSPETTIVO / 2026; Retrospettiva 2026: dormire in macchina; riga 115]</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C0005 · Mary DS</w:t>
      </w:r>
      <w:r>
        <w:rPr>
          <w:i/>
          <w:color w:val="5A6E7D"/>
          <w:sz w:val="14"/>
        </w:rPr>
        <w:t xml:space="preserve">  [RETROSPETTIVO / 2026; Retrospettiva 2026: dormire in macchina; riga 164]</w:t>
      </w:r>
    </w:p>
    <w:p>
      <w:pPr>
        <w:spacing w:after="80" w:line="240" w:lineRule="auto"/>
        <w:ind w:left="198"/>
      </w:pPr>
      <w:r>
        <w:rPr>
          <w:sz w:val="16"/>
        </w:rPr>
        <w:t>Kmq era il 24 agosto 2016</w:t>
      </w:r>
    </w:p>
    <w:p>
      <w:pPr>
        <w:spacing w:after="20"/>
      </w:pPr>
      <w:r>
        <w:rPr>
          <w:b/>
          <w:color w:val="07304D"/>
          <w:sz w:val="17"/>
        </w:rPr>
        <w:t>C0006 · Meri Ottaviani</w:t>
      </w:r>
      <w:r>
        <w:rPr>
          <w:i/>
          <w:color w:val="5A6E7D"/>
          <w:sz w:val="14"/>
        </w:rPr>
        <w:t xml:space="preserve">  [RETROSPETTIVO / 2026; Retrospettiva 2026: dormire in macchina; riga 179]</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C0008 · Jh Hj</w:t>
      </w:r>
      <w:r>
        <w:rPr>
          <w:i/>
          <w:color w:val="5A6E7D"/>
          <w:sz w:val="14"/>
        </w:rPr>
        <w:t xml:space="preserve">  [RETROSPETTIVO / 2026; Retrospettiva 2026: dormire in macchina; riga 204]</w:t>
      </w:r>
    </w:p>
    <w:p>
      <w:pPr>
        <w:spacing w:after="80" w:line="240" w:lineRule="auto"/>
        <w:ind w:left="198"/>
      </w:pPr>
      <w:r>
        <w:rPr>
          <w:sz w:val="16"/>
        </w:rPr>
        <w:t>Vidi un cielo così la sera del 2016 a Rieti , idem ieri</w:t>
      </w:r>
    </w:p>
    <w:p>
      <w:pPr>
        <w:spacing w:after="20"/>
      </w:pPr>
      <w:r>
        <w:rPr>
          <w:b/>
          <w:color w:val="07304D"/>
          <w:sz w:val="17"/>
        </w:rPr>
        <w:t>C0009 · Silvia Prinzi</w:t>
      </w:r>
      <w:r>
        <w:rPr>
          <w:i/>
          <w:color w:val="5A6E7D"/>
          <w:sz w:val="14"/>
        </w:rPr>
        <w:t xml:space="preserve">  [RETROSPETTIVO / 2026; Retrospettiva 2026: dormire in macchina; riga 219]</w:t>
      </w:r>
    </w:p>
    <w:p>
      <w:pPr>
        <w:spacing w:after="80" w:line="240" w:lineRule="auto"/>
        <w:ind w:left="198"/>
      </w:pPr>
      <w:r>
        <w:rPr>
          <w:sz w:val="16"/>
        </w:rPr>
        <w:t>Spero non a L'Aquila...</w:t>
      </w:r>
    </w:p>
    <w:p>
      <w:pPr>
        <w:spacing w:after="20"/>
      </w:pPr>
      <w:r>
        <w:rPr>
          <w:b/>
          <w:color w:val="07304D"/>
          <w:sz w:val="17"/>
        </w:rPr>
        <w:t>C0011 · Federico Tavolini</w:t>
      </w:r>
      <w:r>
        <w:rPr>
          <w:i/>
          <w:color w:val="5A6E7D"/>
          <w:sz w:val="14"/>
        </w:rPr>
        <w:t xml:space="preserve">  [RETROSPETTIVO / 2026; Retrospettiva 2026: dormire in macchina; riga 244]</w:t>
      </w:r>
    </w:p>
    <w:p>
      <w:pPr>
        <w:spacing w:after="80" w:line="240" w:lineRule="auto"/>
        <w:ind w:left="198"/>
      </w:pPr>
      <w:r>
        <w:rPr>
          <w:sz w:val="16"/>
        </w:rPr>
        <w:t>Io la notte tra il 30 e 31 ottobre dopo il 6,5 con epicentro a Norcia</w:t>
      </w:r>
    </w:p>
    <w:p>
      <w:pPr>
        <w:spacing w:after="20"/>
      </w:pPr>
      <w:r>
        <w:rPr>
          <w:b/>
          <w:color w:val="07304D"/>
          <w:sz w:val="17"/>
        </w:rPr>
        <w:t>C0017 · Daniela Cecchini</w:t>
      </w:r>
      <w:r>
        <w:rPr>
          <w:i/>
          <w:color w:val="5A6E7D"/>
          <w:sz w:val="14"/>
        </w:rPr>
        <w:t xml:space="preserve">  [RETROSPETTIVO / 2026; Retrospettiva 2026: dormire in macchina; riga 325]</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C0018 · Federico Vitale</w:t>
      </w:r>
      <w:r>
        <w:rPr>
          <w:i/>
          <w:color w:val="5A6E7D"/>
          <w:sz w:val="14"/>
        </w:rPr>
        <w:t xml:space="preserve">  [RETROSPETTIVO / 2026; Retrospettiva 2026: dormire in macchina; riga 338]</w:t>
      </w:r>
    </w:p>
    <w:p>
      <w:pPr>
        <w:spacing w:after="80" w:line="240" w:lineRule="auto"/>
        <w:ind w:left="198"/>
      </w:pPr>
      <w:r>
        <w:rPr>
          <w:sz w:val="16"/>
        </w:rPr>
        <w:t>Scusate ma la zona?</w:t>
      </w:r>
    </w:p>
    <w:p>
      <w:pPr>
        <w:spacing w:after="20"/>
      </w:pPr>
      <w:r>
        <w:rPr>
          <w:b/>
          <w:color w:val="07304D"/>
          <w:sz w:val="17"/>
        </w:rPr>
        <w:t>C0019 · Ely Marghy Gyo</w:t>
      </w:r>
      <w:r>
        <w:rPr>
          <w:i/>
          <w:color w:val="5A6E7D"/>
          <w:sz w:val="14"/>
        </w:rPr>
        <w:t xml:space="preserve">  [RETROSPETTIVO / 2026; Retrospettiva 2026: dormire in macchina; riga 349]</w:t>
      </w:r>
    </w:p>
    <w:p>
      <w:pPr>
        <w:spacing w:after="80" w:line="240" w:lineRule="auto"/>
        <w:ind w:left="198"/>
      </w:pPr>
      <w:r>
        <w:rPr>
          <w:sz w:val="16"/>
        </w:rPr>
        <w:t>Starò sveglia tutta notte ...</w:t>
      </w:r>
    </w:p>
    <w:p>
      <w:pPr>
        <w:spacing w:after="20"/>
      </w:pPr>
      <w:r>
        <w:rPr>
          <w:b/>
          <w:color w:val="07304D"/>
          <w:sz w:val="17"/>
        </w:rPr>
        <w:t>C0020 · Carlo Pirola</w:t>
      </w:r>
      <w:r>
        <w:rPr>
          <w:i/>
          <w:color w:val="5A6E7D"/>
          <w:sz w:val="14"/>
        </w:rPr>
        <w:t xml:space="preserve">  [RETROSPETTIVO / 2026; Retrospettiva 2026: dormire in macchina; riga 360]</w:t>
      </w:r>
    </w:p>
    <w:p>
      <w:pPr>
        <w:spacing w:after="80" w:line="240" w:lineRule="auto"/>
        <w:ind w:left="198"/>
      </w:pPr>
      <w:r>
        <w:rPr>
          <w:sz w:val="16"/>
        </w:rPr>
        <w:t>Io</w:t>
      </w:r>
    </w:p>
    <w:p>
      <w:pPr>
        <w:spacing w:after="20"/>
      </w:pPr>
      <w:r>
        <w:rPr>
          <w:b/>
          <w:color w:val="07304D"/>
          <w:sz w:val="17"/>
        </w:rPr>
        <w:t>C0022 · Salvatore Lagrotteria</w:t>
      </w:r>
      <w:r>
        <w:rPr>
          <w:i/>
          <w:color w:val="5A6E7D"/>
          <w:sz w:val="14"/>
        </w:rPr>
        <w:t xml:space="preserve">  [RETROSPETTIVO / 2026; Retrospettiva 2026: dormire in macchina; riga 383]</w:t>
      </w:r>
    </w:p>
    <w:p>
      <w:pPr>
        <w:spacing w:after="80" w:line="240" w:lineRule="auto"/>
        <w:ind w:left="198"/>
      </w:pPr>
      <w:r>
        <w:rPr>
          <w:sz w:val="16"/>
        </w:rPr>
        <w:t>Prossime 6 ore nessuna zona. Vedremo più avanti.</w:t>
      </w:r>
    </w:p>
    <w:p>
      <w:pPr>
        <w:spacing w:after="20"/>
      </w:pPr>
      <w:r>
        <w:rPr>
          <w:b/>
          <w:color w:val="07304D"/>
          <w:sz w:val="17"/>
        </w:rPr>
        <w:t>C0023 · Marika Scarpeccio</w:t>
      </w:r>
      <w:r>
        <w:rPr>
          <w:i/>
          <w:color w:val="5A6E7D"/>
          <w:sz w:val="14"/>
        </w:rPr>
        <w:t xml:space="preserve">  [RETROSPETTIVO / 2026; Retrospettiva 2026: dormire in macchina; riga 395]</w:t>
      </w:r>
    </w:p>
    <w:p>
      <w:pPr>
        <w:spacing w:after="80" w:line="240" w:lineRule="auto"/>
        <w:ind w:left="198"/>
      </w:pPr>
      <w:r>
        <w:rPr>
          <w:sz w:val="16"/>
        </w:rPr>
        <w:t>Me lo ricordo benissimo…eravamo in pochi a seguire la pagina rispetto ad oggi..</w:t>
      </w:r>
    </w:p>
    <w:p>
      <w:pPr>
        <w:spacing w:after="20"/>
      </w:pPr>
      <w:r>
        <w:rPr>
          <w:b/>
          <w:color w:val="07304D"/>
          <w:sz w:val="17"/>
        </w:rPr>
        <w:t>C0024 · Elena Linx</w:t>
      </w:r>
      <w:r>
        <w:rPr>
          <w:i/>
          <w:color w:val="5A6E7D"/>
          <w:sz w:val="14"/>
        </w:rPr>
        <w:t xml:space="preserve">  [RETROSPETTIVO / 2026; Retrospettiva 2026: dormire in macchina; riga 407]</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C0025 · Thaleia Karin Mecozzi</w:t>
      </w:r>
      <w:r>
        <w:rPr>
          <w:i/>
          <w:color w:val="5A6E7D"/>
          <w:sz w:val="14"/>
        </w:rPr>
        <w:t xml:space="preserve">  [RETROSPETTIVO / 2026; Retrospettiva 2026: dormire in macchina; riga 420]</w:t>
      </w:r>
    </w:p>
    <w:p>
      <w:pPr>
        <w:spacing w:after="80" w:line="240" w:lineRule="auto"/>
        <w:ind w:left="198"/>
      </w:pPr>
      <w:r>
        <w:rPr>
          <w:sz w:val="16"/>
        </w:rPr>
        <w:t>26 ottobre</w:t>
      </w:r>
    </w:p>
    <w:p>
      <w:pPr>
        <w:spacing w:after="20"/>
      </w:pPr>
      <w:r>
        <w:rPr>
          <w:b/>
          <w:color w:val="07304D"/>
          <w:sz w:val="17"/>
        </w:rPr>
        <w:t>C0026 · Alessandra Sarti</w:t>
      </w:r>
      <w:r>
        <w:rPr>
          <w:i/>
          <w:color w:val="5A6E7D"/>
          <w:sz w:val="14"/>
        </w:rPr>
        <w:t xml:space="preserve">  [RETROSPETTIVO / 2026; Retrospettiva 2026: dormire in macchina; riga 434]</w:t>
      </w:r>
    </w:p>
    <w:p>
      <w:pPr>
        <w:spacing w:after="80" w:line="240" w:lineRule="auto"/>
        <w:ind w:left="198"/>
      </w:pPr>
      <w:r>
        <w:rPr>
          <w:sz w:val="16"/>
        </w:rPr>
        <w:t>Come si chiama l app?</w:t>
      </w:r>
    </w:p>
    <w:p>
      <w:pPr>
        <w:spacing w:after="20"/>
      </w:pPr>
      <w:r>
        <w:rPr>
          <w:b/>
          <w:color w:val="07304D"/>
          <w:sz w:val="17"/>
        </w:rPr>
        <w:t>C0028 · Thomas Pioli</w:t>
      </w:r>
      <w:r>
        <w:rPr>
          <w:i/>
          <w:color w:val="5A6E7D"/>
          <w:sz w:val="14"/>
        </w:rPr>
        <w:t xml:space="preserve">  [RETROSPETTIVO / 2026; Retrospettiva 2026: dormire in macchina; riga 460]</w:t>
      </w:r>
    </w:p>
    <w:p>
      <w:pPr>
        <w:spacing w:after="80" w:line="240" w:lineRule="auto"/>
        <w:ind w:left="198"/>
      </w:pPr>
      <w:r>
        <w:rPr>
          <w:sz w:val="16"/>
        </w:rPr>
        <w:t>Mi ricordo</w:t>
      </w:r>
    </w:p>
    <w:p>
      <w:pPr>
        <w:spacing w:after="20"/>
      </w:pPr>
      <w:r>
        <w:rPr>
          <w:b/>
          <w:color w:val="07304D"/>
          <w:sz w:val="17"/>
        </w:rPr>
        <w:t>C0029 · Elvira De Giacomo</w:t>
      </w:r>
      <w:r>
        <w:rPr>
          <w:i/>
          <w:color w:val="5A6E7D"/>
          <w:sz w:val="14"/>
        </w:rPr>
        <w:t xml:space="preserve">  [RETROSPETTIVO / 2026; Retrospettiva 2026: dormire in macchina; riga 472]</w:t>
      </w:r>
    </w:p>
    <w:p>
      <w:pPr>
        <w:spacing w:after="80" w:line="240" w:lineRule="auto"/>
        <w:ind w:left="198"/>
      </w:pPr>
      <w:r>
        <w:rPr>
          <w:sz w:val="16"/>
        </w:rPr>
        <w:t>La zona è nel post precedente a questo App EqForecast delle prossime 6 ore sta indicando al momento proprio le zone Z1 (Arezzo, Fiorentino Mugello, alta Valnerina) e la Sila, richiamate dal geologo Riga anche nelle settimane scorse</w:t>
      </w:r>
    </w:p>
    <w:p>
      <w:pPr>
        <w:spacing w:after="20"/>
      </w:pPr>
      <w:r>
        <w:rPr>
          <w:b/>
          <w:color w:val="07304D"/>
          <w:sz w:val="17"/>
        </w:rPr>
        <w:t>C0030 · Luciana Vanzolini</w:t>
      </w:r>
      <w:r>
        <w:rPr>
          <w:i/>
          <w:color w:val="5A6E7D"/>
          <w:sz w:val="14"/>
        </w:rPr>
        <w:t xml:space="preserve">  [RETROSPETTIVO / 2026; Retrospettiva 2026: dormire in macchina; riga 485]</w:t>
      </w:r>
    </w:p>
    <w:p>
      <w:pPr>
        <w:spacing w:after="80" w:line="240" w:lineRule="auto"/>
        <w:ind w:left="198"/>
      </w:pPr>
      <w:r>
        <w:rPr>
          <w:sz w:val="16"/>
        </w:rPr>
        <w:t>Martina Carel sai dov'è questo pericolo di terremoto??</w:t>
      </w:r>
    </w:p>
    <w:p>
      <w:pPr>
        <w:spacing w:after="20"/>
      </w:pPr>
      <w:r>
        <w:rPr>
          <w:b/>
          <w:color w:val="07304D"/>
          <w:sz w:val="17"/>
        </w:rPr>
        <w:t>C0031 · Mirella Grattarola</w:t>
      </w:r>
      <w:r>
        <w:rPr>
          <w:i/>
          <w:color w:val="5A6E7D"/>
          <w:sz w:val="14"/>
        </w:rPr>
        <w:t xml:space="preserve">  [RETROSPETTIVO / 2026; Retrospettiva 2026: dormire in macchina; riga 497]</w:t>
      </w:r>
    </w:p>
    <w:p>
      <w:pPr>
        <w:spacing w:after="80" w:line="240" w:lineRule="auto"/>
        <w:ind w:left="198"/>
      </w:pPr>
      <w:r>
        <w:rPr>
          <w:sz w:val="16"/>
        </w:rPr>
        <w:t>Qui nei paesi del cratere marchigiano ci sono almeno 30 cm di neve. Preferisco morire. 7 anni per rimettere a posto casa e rientrare. Se deve cadere amen</w:t>
      </w:r>
    </w:p>
    <w:p>
      <w:pPr>
        <w:spacing w:after="20"/>
      </w:pPr>
      <w:r>
        <w:rPr>
          <w:b/>
          <w:color w:val="07304D"/>
          <w:sz w:val="17"/>
        </w:rPr>
        <w:t>C0032 · Adriana Ciuffreda</w:t>
      </w:r>
      <w:r>
        <w:rPr>
          <w:i/>
          <w:color w:val="5A6E7D"/>
          <w:sz w:val="14"/>
        </w:rPr>
        <w:t xml:space="preserve">  [RETROSPETTIVO / 2026; Retrospettiva 2026: dormire in macchina; riga 510]</w:t>
      </w:r>
    </w:p>
    <w:p>
      <w:pPr>
        <w:spacing w:after="80" w:line="240" w:lineRule="auto"/>
        <w:ind w:left="198"/>
      </w:pPr>
      <w:r>
        <w:rPr>
          <w:sz w:val="16"/>
        </w:rPr>
        <w:t>Quindi salviamo la vita solo a chi possiede l'app?</w:t>
      </w:r>
    </w:p>
    <w:p>
      <w:pPr>
        <w:spacing w:after="20"/>
      </w:pPr>
      <w:r>
        <w:rPr>
          <w:b/>
          <w:color w:val="07304D"/>
          <w:sz w:val="17"/>
        </w:rPr>
        <w:t>C0034 · Maria Chiara Marzoli</w:t>
      </w:r>
      <w:r>
        <w:rPr>
          <w:i/>
          <w:color w:val="5A6E7D"/>
          <w:sz w:val="14"/>
        </w:rPr>
        <w:t xml:space="preserve">  [RETROSPETTIVO / 2026; Retrospettiva 2026: dormire in macchina; riga 534]</w:t>
      </w:r>
    </w:p>
    <w:p>
      <w:pPr>
        <w:spacing w:after="80" w:line="240" w:lineRule="auto"/>
        <w:ind w:left="198"/>
      </w:pPr>
      <w:r>
        <w:rPr>
          <w:sz w:val="16"/>
        </w:rPr>
        <w:t>Capisci che non possiamo dormire tutti in auto!????? In tutta Italia! Chi sa, che ha la sua applicazione che scriva!</w:t>
      </w:r>
    </w:p>
    <w:p>
      <w:pPr>
        <w:spacing w:after="20"/>
      </w:pPr>
      <w:r>
        <w:rPr>
          <w:b/>
          <w:color w:val="07304D"/>
          <w:sz w:val="17"/>
        </w:rPr>
        <w:t>C0035 · Katia Ciccorilli</w:t>
      </w:r>
      <w:r>
        <w:rPr>
          <w:i/>
          <w:color w:val="5A6E7D"/>
          <w:sz w:val="14"/>
        </w:rPr>
        <w:t xml:space="preserve">  [RETROSPETTIVO / 2026; Retrospettiva 2026: dormire in macchina; riga 546]</w:t>
      </w:r>
    </w:p>
    <w:p>
      <w:pPr>
        <w:spacing w:after="80" w:line="240" w:lineRule="auto"/>
        <w:ind w:left="198"/>
      </w:pPr>
      <w:r>
        <w:rPr>
          <w:sz w:val="16"/>
        </w:rPr>
        <w:t>Speriamo di no direi</w:t>
      </w:r>
    </w:p>
    <w:p>
      <w:pPr>
        <w:spacing w:after="20"/>
      </w:pPr>
      <w:r>
        <w:rPr>
          <w:b/>
          <w:color w:val="07304D"/>
          <w:sz w:val="17"/>
        </w:rPr>
        <w:t>C0036 · Mariagrazia Achilli</w:t>
      </w:r>
      <w:r>
        <w:rPr>
          <w:i/>
          <w:color w:val="5A6E7D"/>
          <w:sz w:val="14"/>
        </w:rPr>
        <w:t xml:space="preserve">  [RETROSPETTIVO / 2026; Retrospettiva 2026: dormire in macchina; riga 557]</w:t>
      </w:r>
    </w:p>
    <w:p>
      <w:pPr>
        <w:spacing w:after="80" w:line="240" w:lineRule="auto"/>
        <w:ind w:left="198"/>
      </w:pPr>
      <w:r>
        <w:rPr>
          <w:sz w:val="16"/>
        </w:rPr>
        <w:t>Ma se non si sa la zona!!!</w:t>
      </w:r>
    </w:p>
    <w:p>
      <w:pPr>
        <w:spacing w:after="20"/>
      </w:pPr>
      <w:r>
        <w:rPr>
          <w:b/>
          <w:color w:val="07304D"/>
          <w:sz w:val="17"/>
        </w:rPr>
        <w:t>C0037 · Maria Chiara Marzoli</w:t>
      </w:r>
      <w:r>
        <w:rPr>
          <w:i/>
          <w:color w:val="5A6E7D"/>
          <w:sz w:val="14"/>
        </w:rPr>
        <w:t xml:space="preserve">  [RETROSPETTIVO / 2026; Retrospettiva 2026: dormire in macchina; riga 568]</w:t>
      </w:r>
    </w:p>
    <w:p>
      <w:pPr>
        <w:spacing w:after="80" w:line="240" w:lineRule="auto"/>
        <w:ind w:left="198"/>
      </w:pPr>
      <w:r>
        <w:rPr>
          <w:sz w:val="16"/>
        </w:rPr>
        <w:t>Ci devi dire doveeeeeeeeee</w:t>
      </w:r>
    </w:p>
    <w:p>
      <w:pPr>
        <w:spacing w:after="20"/>
      </w:pPr>
      <w:r>
        <w:rPr>
          <w:b/>
          <w:color w:val="07304D"/>
          <w:sz w:val="17"/>
        </w:rPr>
        <w:t>C0038 · Silvia Barilli</w:t>
      </w:r>
      <w:r>
        <w:rPr>
          <w:i/>
          <w:color w:val="5A6E7D"/>
          <w:sz w:val="14"/>
        </w:rPr>
        <w:t xml:space="preserve">  [RETROSPETTIVO / 2026; Retrospettiva 2026: dormire in macchina; riga 580]</w:t>
      </w:r>
    </w:p>
    <w:p>
      <w:pPr>
        <w:spacing w:after="80" w:line="240" w:lineRule="auto"/>
        <w:ind w:left="198"/>
      </w:pPr>
      <w:r>
        <w:rPr>
          <w:sz w:val="16"/>
        </w:rPr>
        <w:t>??</w:t>
      </w:r>
    </w:p>
    <w:p>
      <w:pPr>
        <w:spacing w:after="20"/>
      </w:pPr>
      <w:r>
        <w:rPr>
          <w:b/>
          <w:color w:val="07304D"/>
          <w:sz w:val="17"/>
        </w:rPr>
        <w:t>C0039 · Ornella Morosi</w:t>
      </w:r>
      <w:r>
        <w:rPr>
          <w:i/>
          <w:color w:val="5A6E7D"/>
          <w:sz w:val="14"/>
        </w:rPr>
        <w:t xml:space="preserve">  [RETROSPETTIVO / 2026; Retrospettiva 2026: dormire in macchina; riga 591]</w:t>
      </w:r>
    </w:p>
    <w:p>
      <w:pPr>
        <w:spacing w:after="80" w:line="240" w:lineRule="auto"/>
        <w:ind w:left="198"/>
      </w:pPr>
      <w:r>
        <w:rPr>
          <w:sz w:val="16"/>
        </w:rPr>
        <w:t>Di nuovo le marche ????</w:t>
      </w:r>
    </w:p>
    <w:p>
      <w:pPr>
        <w:spacing w:after="20"/>
      </w:pPr>
      <w:r>
        <w:rPr>
          <w:b/>
          <w:color w:val="07304D"/>
          <w:sz w:val="17"/>
        </w:rPr>
        <w:t>C0040 · Orietta Fratoni</w:t>
      </w:r>
      <w:r>
        <w:rPr>
          <w:i/>
          <w:color w:val="5A6E7D"/>
          <w:sz w:val="14"/>
        </w:rPr>
        <w:t xml:space="preserve">  [RETROSPETTIVO / 2026; Retrospettiva 2026: dormire in macchina; riga 604]</w:t>
      </w:r>
    </w:p>
    <w:p>
      <w:pPr>
        <w:spacing w:after="80" w:line="240" w:lineRule="auto"/>
        <w:ind w:left="198"/>
      </w:pPr>
      <w:r>
        <w:rPr>
          <w:sz w:val="16"/>
        </w:rPr>
        <w:t>Dove?</w:t>
      </w:r>
    </w:p>
    <w:p>
      <w:pPr>
        <w:spacing w:after="20"/>
      </w:pPr>
      <w:r>
        <w:rPr>
          <w:b/>
          <w:color w:val="07304D"/>
          <w:sz w:val="17"/>
        </w:rPr>
        <w:t>C0041 · Maria Pia Berardi</w:t>
      </w:r>
      <w:r>
        <w:rPr>
          <w:i/>
          <w:color w:val="5A6E7D"/>
          <w:sz w:val="14"/>
        </w:rPr>
        <w:t xml:space="preserve">  [RETROSPETTIVO / 2026; Retrospettiva 2026: dormire in macchina; riga 616]</w:t>
      </w:r>
    </w:p>
    <w:p>
      <w:pPr>
        <w:spacing w:after="80" w:line="240" w:lineRule="auto"/>
        <w:ind w:left="198"/>
      </w:pPr>
      <w:r>
        <w:rPr>
          <w:sz w:val="16"/>
        </w:rPr>
        <w:t>Io abito nella Piana di Sibari,mi devo preoccupare?</w:t>
      </w:r>
    </w:p>
    <w:p>
      <w:pPr>
        <w:spacing w:after="20"/>
      </w:pPr>
      <w:r>
        <w:rPr>
          <w:b/>
          <w:color w:val="07304D"/>
          <w:sz w:val="17"/>
        </w:rPr>
        <w:t>C0042 · Alessandra Celi</w:t>
      </w:r>
      <w:r>
        <w:rPr>
          <w:i/>
          <w:color w:val="5A6E7D"/>
          <w:sz w:val="14"/>
        </w:rPr>
        <w:t xml:space="preserve">  [RETROSPETTIVO / 2026; Retrospettiva 2026: dormire in macchina; riga 628]</w:t>
      </w:r>
    </w:p>
    <w:p>
      <w:pPr>
        <w:spacing w:after="80" w:line="240" w:lineRule="auto"/>
        <w:ind w:left="198"/>
      </w:pPr>
      <w:r>
        <w:rPr>
          <w:sz w:val="16"/>
        </w:rPr>
        <w:t>Ma di che zona di tratta stavolta?</w:t>
      </w:r>
    </w:p>
    <w:p>
      <w:pPr>
        <w:spacing w:after="20"/>
      </w:pPr>
      <w:r>
        <w:rPr>
          <w:b/>
          <w:color w:val="07304D"/>
          <w:sz w:val="17"/>
        </w:rPr>
        <w:t>C0046 · Raffaelina Celardo</w:t>
      </w:r>
      <w:r>
        <w:rPr>
          <w:i/>
          <w:color w:val="5A6E7D"/>
          <w:sz w:val="14"/>
        </w:rPr>
        <w:t xml:space="preserve">  [RETROSPETTIVO / DATA RIPUBBLICAZIONE DA VERIFICARE; Amarcord 19 ottobre 2016 / dialogo vigile del fuoco; riga 810]</w:t>
      </w:r>
    </w:p>
    <w:p>
      <w:pPr>
        <w:spacing w:after="80" w:line="240" w:lineRule="auto"/>
        <w:ind w:left="198"/>
      </w:pPr>
      <w:r>
        <w:rPr>
          <w:sz w:val="16"/>
        </w:rPr>
        <w:t>Ricordo bene quel giorno ero a lavoro mi sono trovata attaccata a una parete ho avuto più paura quel giorno che quando venne nel 80 che abitavo a Napoli</w:t>
      </w:r>
    </w:p>
    <w:p>
      <w:pPr>
        <w:spacing w:after="20"/>
      </w:pPr>
      <w:r>
        <w:rPr>
          <w:b/>
          <w:color w:val="07304D"/>
          <w:sz w:val="17"/>
        </w:rPr>
        <w:t>C0052 · Mariacarla Di Renzo</w:t>
      </w:r>
      <w:r>
        <w:rPr>
          <w:i/>
          <w:color w:val="5A6E7D"/>
          <w:sz w:val="14"/>
        </w:rPr>
        <w:t xml:space="preserve">  [RETROSPETTIVO / DATA RIPUBBLICAZIONE DA VERIFICARE; Amarcord 19 ottobre 2016 / dialogo vigile del fuoco; riga 874]</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C0067 · Maria Lucia Di Giandomenico</w:t>
      </w:r>
      <w:r>
        <w:rPr>
          <w:i/>
          <w:color w:val="5A6E7D"/>
          <w:sz w:val="14"/>
        </w:rPr>
        <w:t xml:space="preserve">  [RETROSPETTIVO / DATA RIPUBBLICAZIONE DA VERIFICARE; Amarcord 19 ottobre 2016 / dialogo vigile del fuoco; riga 1033]</w:t>
      </w:r>
    </w:p>
    <w:p>
      <w:pPr>
        <w:spacing w:after="80" w:line="240" w:lineRule="auto"/>
        <w:ind w:left="198"/>
      </w:pPr>
      <w:r>
        <w:rPr>
          <w:sz w:val="16"/>
        </w:rPr>
        <w:t>Stefano sei il</w:t>
      </w:r>
    </w:p>
    <w:p>
      <w:pPr>
        <w:spacing w:after="20"/>
      </w:pPr>
      <w:r>
        <w:rPr>
          <w:b/>
          <w:color w:val="07304D"/>
          <w:sz w:val="17"/>
        </w:rPr>
        <w:t>C0070 · Giuseppina Mazza</w:t>
      </w:r>
      <w:r>
        <w:rPr>
          <w:i/>
          <w:color w:val="5A6E7D"/>
          <w:sz w:val="14"/>
        </w:rPr>
        <w:t xml:space="preserve">  [RETROSPETTIVO / DATA RIPUBBLICAZIONE DA VERIFICARE; Amarcord 19 ottobre 2016 / dialogo vigile del fuoco; riga 1067]</w:t>
      </w:r>
    </w:p>
    <w:p>
      <w:pPr>
        <w:spacing w:after="80" w:line="240" w:lineRule="auto"/>
        <w:ind w:left="198"/>
      </w:pPr>
      <w:r>
        <w:rPr>
          <w:sz w:val="16"/>
        </w:rPr>
        <w:t>Sei la nostra salvezza</w:t>
      </w:r>
    </w:p>
    <w:p>
      <w:pPr>
        <w:spacing w:after="20"/>
      </w:pPr>
      <w:r>
        <w:rPr>
          <w:b/>
          <w:color w:val="07304D"/>
          <w:sz w:val="17"/>
        </w:rPr>
        <w:t>C0076 · Aurelio Romani</w:t>
      </w:r>
      <w:r>
        <w:rPr>
          <w:i/>
          <w:color w:val="5A6E7D"/>
          <w:sz w:val="14"/>
        </w:rPr>
        <w:t xml:space="preserve">  [RETROSPETTIVO / DATA RIPUBBLICAZIONE DA VERIFICARE; Amarcord 19 ottobre 2016 / dialogo vigile del fuoco; riga 1131]</w:t>
      </w:r>
    </w:p>
    <w:p>
      <w:pPr>
        <w:spacing w:after="80" w:line="240" w:lineRule="auto"/>
        <w:ind w:left="198"/>
      </w:pPr>
      <w:r>
        <w:rPr>
          <w:sz w:val="16"/>
        </w:rPr>
        <w:t>Leggere oggi questi commenti del collega ( e paesano) , mi fanno tremare le ossa a pensare che da li a 15 dopo i vostri commenti si scatenò la furia di madre natura !</w:t>
      </w:r>
    </w:p>
    <w:p>
      <w:pPr>
        <w:spacing w:after="20"/>
      </w:pPr>
      <w:r>
        <w:rPr>
          <w:b/>
          <w:color w:val="07304D"/>
          <w:sz w:val="17"/>
        </w:rPr>
        <w:t>C0077 · Franco Capriotti</w:t>
      </w:r>
      <w:r>
        <w:rPr>
          <w:i/>
          <w:color w:val="5A6E7D"/>
          <w:sz w:val="14"/>
        </w:rPr>
        <w:t xml:space="preserve">  [CONTEMPORANEO / 2016; Bollettino 18 ottobre 2016; riga 1310]</w:t>
      </w:r>
    </w:p>
    <w:p>
      <w:pPr>
        <w:spacing w:after="80" w:line="240" w:lineRule="auto"/>
        <w:ind w:left="198"/>
      </w:pPr>
      <w:r>
        <w:rPr>
          <w:sz w:val="16"/>
        </w:rPr>
        <w:t>Molto interessante!</w:t>
      </w:r>
    </w:p>
    <w:p>
      <w:pPr>
        <w:spacing w:after="20"/>
      </w:pPr>
      <w:r>
        <w:rPr>
          <w:b/>
          <w:color w:val="07304D"/>
          <w:sz w:val="17"/>
        </w:rPr>
        <w:t>C0078 · Marco Russo</w:t>
      </w:r>
      <w:r>
        <w:rPr>
          <w:i/>
          <w:color w:val="5A6E7D"/>
          <w:sz w:val="14"/>
        </w:rPr>
        <w:t xml:space="preserve">  [CONTEMPORANEO / 2016; Bollettino 18 ottobre 2016; riga 1322]</w:t>
      </w:r>
    </w:p>
    <w:p>
      <w:pPr>
        <w:spacing w:after="80" w:line="240" w:lineRule="auto"/>
        <w:ind w:left="198"/>
      </w:pPr>
      <w:r>
        <w:rPr>
          <w:sz w:val="16"/>
        </w:rPr>
        <w:t>Una scossa da 4-5 M Praticamente?</w:t>
      </w:r>
    </w:p>
    <w:p>
      <w:pPr>
        <w:spacing w:after="20"/>
      </w:pPr>
      <w:r>
        <w:rPr>
          <w:b/>
          <w:color w:val="07304D"/>
          <w:sz w:val="17"/>
        </w:rPr>
        <w:t>C0079 · Elena Mei</w:t>
      </w:r>
      <w:r>
        <w:rPr>
          <w:i/>
          <w:color w:val="5A6E7D"/>
          <w:sz w:val="14"/>
        </w:rPr>
        <w:t xml:space="preserve">  [CONTEMPORANEO / 2016; Bollettino 18 ottobre 2016; riga 1333]</w:t>
      </w:r>
    </w:p>
    <w:p>
      <w:pPr>
        <w:spacing w:after="80" w:line="240" w:lineRule="auto"/>
        <w:ind w:left="198"/>
      </w:pPr>
      <w:r>
        <w:rPr>
          <w:sz w:val="16"/>
        </w:rPr>
        <w:t>Monia Luciani guarda</w:t>
      </w:r>
    </w:p>
    <w:p>
      <w:pPr>
        <w:spacing w:after="20"/>
      </w:pPr>
      <w:r>
        <w:rPr>
          <w:b/>
          <w:color w:val="07304D"/>
          <w:sz w:val="17"/>
        </w:rPr>
        <w:t>C0080 · Federica Sciamanna</w:t>
      </w:r>
      <w:r>
        <w:rPr>
          <w:i/>
          <w:color w:val="5A6E7D"/>
          <w:sz w:val="14"/>
        </w:rPr>
        <w:t xml:space="preserve">  [CONTEMPORANEO / 2016; Bollettino 18 ottobre 2016; riga 1344]</w:t>
      </w:r>
    </w:p>
    <w:p>
      <w:pPr>
        <w:spacing w:after="80" w:line="240" w:lineRule="auto"/>
        <w:ind w:left="198"/>
      </w:pPr>
      <w:r>
        <w:rPr>
          <w:sz w:val="16"/>
        </w:rPr>
        <w:t>Quindi la notte tra 27 e 28 non si dorme....</w:t>
      </w:r>
    </w:p>
    <w:p>
      <w:pPr>
        <w:spacing w:after="20"/>
      </w:pPr>
      <w:r>
        <w:rPr>
          <w:b/>
          <w:color w:val="07304D"/>
          <w:sz w:val="17"/>
        </w:rPr>
        <w:t>C0081 · Maria De Laurentiis</w:t>
      </w:r>
      <w:r>
        <w:rPr>
          <w:i/>
          <w:color w:val="5A6E7D"/>
          <w:sz w:val="14"/>
        </w:rPr>
        <w:t xml:space="preserve">  [CONTEMPORANEO / 2016; Bollettino 18 ottobre 2016; riga 1356]</w:t>
      </w:r>
    </w:p>
    <w:p>
      <w:pPr>
        <w:spacing w:after="80" w:line="240" w:lineRule="auto"/>
        <w:ind w:left="198"/>
      </w:pPr>
      <w:r>
        <w:rPr>
          <w:sz w:val="16"/>
        </w:rPr>
        <w:t>Una scossa più forte di quella del 24</w:t>
      </w:r>
    </w:p>
    <w:p>
      <w:pPr>
        <w:spacing w:after="20"/>
      </w:pPr>
      <w:r>
        <w:rPr>
          <w:b/>
          <w:color w:val="07304D"/>
          <w:sz w:val="17"/>
        </w:rPr>
        <w:t>C0082 · Roberto Maritano</w:t>
      </w:r>
      <w:r>
        <w:rPr>
          <w:i/>
          <w:color w:val="5A6E7D"/>
          <w:sz w:val="14"/>
        </w:rPr>
        <w:t xml:space="preserve">  [CONTEMPORANEO / 2016; Bollettino 18 ottobre 2016; riga 1368]</w:t>
      </w:r>
    </w:p>
    <w:p>
      <w:pPr>
        <w:spacing w:after="80" w:line="240" w:lineRule="auto"/>
        <w:ind w:left="198"/>
      </w:pPr>
      <w:r>
        <w:rPr>
          <w:sz w:val="16"/>
        </w:rPr>
        <w:t>Se avete la possibilità a livello matematico di dare le posizioni degli epicentri fatelo. Mi torna in mente l'enorme sisma su Roma predetto da bendandi. Allertare trovo sia giusto poi di vedrà</w:t>
      </w:r>
    </w:p>
    <w:p>
      <w:pPr>
        <w:spacing w:after="20"/>
      </w:pPr>
      <w:r>
        <w:rPr>
          <w:b/>
          <w:color w:val="07304D"/>
          <w:sz w:val="17"/>
        </w:rPr>
        <w:t>C0083 · Simona D'andrea</w:t>
      </w:r>
      <w:r>
        <w:rPr>
          <w:i/>
          <w:color w:val="5A6E7D"/>
          <w:sz w:val="14"/>
        </w:rPr>
        <w:t xml:space="preserve">  [CONTEMPORANEO / 2016; Bollettino 18 ottobre 2016; riga 1380]</w:t>
      </w:r>
    </w:p>
    <w:p>
      <w:pPr>
        <w:spacing w:after="80" w:line="240" w:lineRule="auto"/>
        <w:ind w:left="198"/>
      </w:pPr>
      <w:r>
        <w:rPr>
          <w:sz w:val="16"/>
        </w:rPr>
        <w:t>Noto anche un allineamento di Madonne</w:t>
      </w:r>
    </w:p>
    <w:p>
      <w:pPr>
        <w:spacing w:after="20"/>
      </w:pPr>
      <w:r>
        <w:rPr>
          <w:b/>
          <w:color w:val="07304D"/>
          <w:sz w:val="17"/>
        </w:rPr>
        <w:t>C0085 · Alessandra Iampieri</w:t>
      </w:r>
      <w:r>
        <w:rPr>
          <w:i/>
          <w:color w:val="5A6E7D"/>
          <w:sz w:val="14"/>
        </w:rPr>
        <w:t xml:space="preserve">  [CONTEMPORANEO / 2016; Bollettino 18 ottobre 2016; riga 1404]</w:t>
      </w:r>
    </w:p>
    <w:p>
      <w:pPr>
        <w:spacing w:after="80" w:line="240" w:lineRule="auto"/>
        <w:ind w:left="198"/>
      </w:pPr>
      <w:r>
        <w:rPr>
          <w:sz w:val="16"/>
        </w:rPr>
        <w:t>Ottimo. Ho già paura..</w:t>
      </w:r>
    </w:p>
    <w:p>
      <w:pPr>
        <w:spacing w:after="20"/>
      </w:pPr>
      <w:r>
        <w:rPr>
          <w:b/>
          <w:color w:val="07304D"/>
          <w:sz w:val="17"/>
        </w:rPr>
        <w:t>C0086 · Vilma Villella</w:t>
      </w:r>
      <w:r>
        <w:rPr>
          <w:i/>
          <w:color w:val="5A6E7D"/>
          <w:sz w:val="14"/>
        </w:rPr>
        <w:t xml:space="preserve">  [CONTEMPORANEO / 2016; Bollettino 18 ottobre 2016; riga 1416]</w:t>
      </w:r>
    </w:p>
    <w:p>
      <w:pPr>
        <w:spacing w:after="80" w:line="240" w:lineRule="auto"/>
        <w:ind w:left="198"/>
      </w:pPr>
      <w:r>
        <w:rPr>
          <w:sz w:val="16"/>
        </w:rPr>
        <w:t>Ma per scrivere in privato deve accordare l amicizia richiesta</w:t>
      </w:r>
    </w:p>
    <w:p>
      <w:pPr>
        <w:spacing w:after="20"/>
      </w:pPr>
      <w:r>
        <w:rPr>
          <w:b/>
          <w:color w:val="07304D"/>
          <w:sz w:val="17"/>
        </w:rPr>
        <w:t>C0087 · Simona D'andrea</w:t>
      </w:r>
      <w:r>
        <w:rPr>
          <w:i/>
          <w:color w:val="5A6E7D"/>
          <w:sz w:val="14"/>
        </w:rPr>
        <w:t xml:space="preserve">  [CONTEMPORANEO / 2016; Bollettino 18 ottobre 2016; riga 1427]</w:t>
      </w:r>
    </w:p>
    <w:p>
      <w:pPr>
        <w:spacing w:after="80" w:line="240" w:lineRule="auto"/>
        <w:ind w:left="198"/>
      </w:pPr>
      <w:r>
        <w:rPr>
          <w:sz w:val="16"/>
        </w:rPr>
        <w:t>Il beneficio del dubbio lo do a tutti,ma ho appena trovato sta cosa su una pagina di scienza che parla di 5 allineamenti di pianeti avvenuta a fine luglio in cui non è successo nulla.</w:t>
      </w:r>
    </w:p>
    <w:p>
      <w:pPr>
        <w:spacing w:after="20"/>
      </w:pPr>
      <w:r>
        <w:rPr>
          <w:b/>
          <w:color w:val="07304D"/>
          <w:sz w:val="17"/>
        </w:rPr>
        <w:t>C0088 · Maria De Laurentiis</w:t>
      </w:r>
      <w:r>
        <w:rPr>
          <w:i/>
          <w:color w:val="5A6E7D"/>
          <w:sz w:val="14"/>
        </w:rPr>
        <w:t xml:space="preserve">  [CONTEMPORANEO / 2016; Bollettino 18 ottobre 2016; riga 1442]</w:t>
      </w:r>
    </w:p>
    <w:p>
      <w:pPr>
        <w:spacing w:after="80" w:line="240" w:lineRule="auto"/>
        <w:ind w:left="198"/>
      </w:pPr>
      <w:r>
        <w:rPr>
          <w:sz w:val="16"/>
        </w:rPr>
        <w:t>Cmq pensavo che se ci sarà un altro terremoto forte...la sequenza sismica continuerà ancora perché ci saranno scosse di assestamento....quindi nn finirà....cmq speriamo nn succeda nulla..</w:t>
      </w:r>
    </w:p>
    <w:p>
      <w:pPr>
        <w:spacing w:after="20"/>
      </w:pPr>
      <w:r>
        <w:rPr>
          <w:b/>
          <w:color w:val="07304D"/>
          <w:sz w:val="17"/>
        </w:rPr>
        <w:t>C0089 · Lory Di Antonio</w:t>
      </w:r>
      <w:r>
        <w:rPr>
          <w:i/>
          <w:color w:val="5A6E7D"/>
          <w:sz w:val="14"/>
        </w:rPr>
        <w:t xml:space="preserve">  [CONTEMPORANEO / 2016; Bollettino 18 ottobre 2016; riga 1454]</w:t>
      </w:r>
    </w:p>
    <w:p>
      <w:pPr>
        <w:spacing w:after="80" w:line="240" w:lineRule="auto"/>
        <w:ind w:left="198"/>
      </w:pPr>
      <w:r>
        <w:rPr>
          <w:sz w:val="16"/>
        </w:rPr>
        <w:t>Non ci voglio credere 󾰑</w:t>
      </w:r>
    </w:p>
    <w:p>
      <w:pPr>
        <w:spacing w:after="20"/>
      </w:pPr>
      <w:r>
        <w:rPr>
          <w:b/>
          <w:color w:val="07304D"/>
          <w:sz w:val="17"/>
        </w:rPr>
        <w:t>C0090 · Eva Paleotti</w:t>
      </w:r>
      <w:r>
        <w:rPr>
          <w:i/>
          <w:color w:val="5A6E7D"/>
          <w:sz w:val="14"/>
        </w:rPr>
        <w:t xml:space="preserve">  [CONTEMPORANEO / 2016; Bollettino 18 ottobre 2016; riga 1465]</w:t>
      </w:r>
    </w:p>
    <w:p>
      <w:pPr>
        <w:spacing w:after="80" w:line="240" w:lineRule="auto"/>
        <w:ind w:left="198"/>
      </w:pPr>
      <w:r>
        <w:rPr>
          <w:sz w:val="16"/>
        </w:rPr>
        <w:t>Stefano Calandra, Stefano Gagliardi. Parlo per totale ignoranza e basandomi solo sulle immagini che vedo. Amatrice, sono 2 allineamenti, e se analizziamo bene il terremoto, Amatrice non è epicentro unico. Infatti sono 2, Amatrice e Norcia, vicinissime le scosse. 2 allineamenti 2 epicentri. Può quindi essere, anche in questo caso, che ad ogni allineamento corrisponda un epicentro? E se così fosse, parlando di Richter se lo si divide e ogni allineamento ha il suo, non considerandoli unici, si abbassa il valore o resta tale? Non so se mi sono spiegata</w:t>
      </w:r>
    </w:p>
    <w:p>
      <w:pPr>
        <w:spacing w:after="20"/>
      </w:pPr>
      <w:r>
        <w:rPr>
          <w:b/>
          <w:color w:val="07304D"/>
          <w:sz w:val="17"/>
        </w:rPr>
        <w:t>C0091 · Maria Elena Rosati</w:t>
      </w:r>
      <w:r>
        <w:rPr>
          <w:i/>
          <w:color w:val="5A6E7D"/>
          <w:sz w:val="14"/>
        </w:rPr>
        <w:t xml:space="preserve">  [CONTEMPORANEO / 2016; Bollettino 18 ottobre 2016; riga 1478]</w:t>
      </w:r>
    </w:p>
    <w:p>
      <w:pPr>
        <w:spacing w:after="80" w:line="240" w:lineRule="auto"/>
        <w:ind w:left="198"/>
      </w:pPr>
      <w:r>
        <w:rPr>
          <w:sz w:val="16"/>
        </w:rPr>
        <w:t>Diego Marchi</w:t>
      </w:r>
    </w:p>
    <w:p>
      <w:pPr>
        <w:spacing w:after="20"/>
      </w:pPr>
      <w:r>
        <w:rPr>
          <w:b/>
          <w:color w:val="07304D"/>
          <w:sz w:val="17"/>
        </w:rPr>
        <w:t>C0092 · David Cannella</w:t>
      </w:r>
      <w:r>
        <w:rPr>
          <w:i/>
          <w:color w:val="5A6E7D"/>
          <w:sz w:val="14"/>
        </w:rPr>
        <w:t xml:space="preserve">  [CONTEMPORANEO / 2016; Bollettino 18 ottobre 2016; riga 1487]</w:t>
      </w:r>
    </w:p>
    <w:p>
      <w:pPr>
        <w:spacing w:after="80" w:line="240" w:lineRule="auto"/>
        <w:ind w:left="198"/>
      </w:pPr>
      <w:r>
        <w:rPr>
          <w:sz w:val="16"/>
        </w:rPr>
        <w:t>Ma il Sig. Giuliani cosa dice in merito ?</w:t>
      </w:r>
    </w:p>
    <w:p>
      <w:pPr>
        <w:spacing w:after="20"/>
      </w:pPr>
      <w:r>
        <w:rPr>
          <w:b/>
          <w:color w:val="07304D"/>
          <w:sz w:val="17"/>
        </w:rPr>
        <w:t>C0096 · La Pimpirinella</w:t>
      </w:r>
      <w:r>
        <w:rPr>
          <w:i/>
          <w:color w:val="5A6E7D"/>
          <w:sz w:val="14"/>
        </w:rPr>
        <w:t xml:space="preserve">  [CONTEMPORANEO / 2016; Bollettino 18 ottobre 2016; riga 1538]</w:t>
      </w:r>
    </w:p>
    <w:p>
      <w:pPr>
        <w:spacing w:after="80" w:line="240" w:lineRule="auto"/>
        <w:ind w:left="198"/>
      </w:pPr>
      <w:r>
        <w:rPr>
          <w:sz w:val="16"/>
        </w:rPr>
        <w:t>Mi scusi ma lei diceva nel bollettino del 15-10 che sarebbero finiti i picchi sismici e per alcuni mesi non ci sarebbero stati problemi. Come mai adesso non è più così?</w:t>
      </w:r>
    </w:p>
    <w:p>
      <w:pPr>
        <w:spacing w:after="20"/>
      </w:pPr>
      <w:r>
        <w:rPr>
          <w:b/>
          <w:color w:val="07304D"/>
          <w:sz w:val="17"/>
        </w:rPr>
        <w:t>C0097 · Annalisa Gulino</w:t>
      </w:r>
      <w:r>
        <w:rPr>
          <w:i/>
          <w:color w:val="5A6E7D"/>
          <w:sz w:val="14"/>
        </w:rPr>
        <w:t xml:space="preserve">  [CONTEMPORANEO / 2016; Bollettino 18 ottobre 2016; riga 1550]</w:t>
      </w:r>
    </w:p>
    <w:p>
      <w:pPr>
        <w:spacing w:after="80" w:line="240" w:lineRule="auto"/>
        <w:ind w:left="198"/>
      </w:pPr>
      <w:r>
        <w:rPr>
          <w:sz w:val="16"/>
        </w:rPr>
        <w:t>Laura Gulino leggi un pó...</w:t>
      </w:r>
    </w:p>
    <w:p>
      <w:pPr>
        <w:spacing w:after="20"/>
      </w:pPr>
      <w:r>
        <w:rPr>
          <w:b/>
          <w:color w:val="07304D"/>
          <w:sz w:val="17"/>
        </w:rPr>
        <w:t>C0098 · Katiuscia Garofoli</w:t>
      </w:r>
      <w:r>
        <w:rPr>
          <w:i/>
          <w:color w:val="5A6E7D"/>
          <w:sz w:val="14"/>
        </w:rPr>
        <w:t xml:space="preserve">  [CONTEMPORANEO / 2016; Bollettino 18 ottobre 2016; riga 1561]</w:t>
      </w:r>
    </w:p>
    <w:p>
      <w:pPr>
        <w:spacing w:after="80" w:line="240" w:lineRule="auto"/>
        <w:ind w:left="198"/>
      </w:pPr>
      <w:r>
        <w:rPr>
          <w:sz w:val="16"/>
        </w:rPr>
        <w:t>Perché per forza qua in centro Italia?</w:t>
      </w:r>
    </w:p>
    <w:p>
      <w:pPr>
        <w:spacing w:after="20"/>
      </w:pPr>
      <w:r>
        <w:rPr>
          <w:b/>
          <w:color w:val="07304D"/>
          <w:sz w:val="17"/>
        </w:rPr>
        <w:t>C0100 · Riccardo Calvaresi</w:t>
      </w:r>
      <w:r>
        <w:rPr>
          <w:i/>
          <w:color w:val="5A6E7D"/>
          <w:sz w:val="14"/>
        </w:rPr>
        <w:t xml:space="preserve">  [CONTEMPORANEO / 2016; Bollettino 18 ottobre 2016; riga 1584]</w:t>
      </w:r>
    </w:p>
    <w:p>
      <w:pPr>
        <w:spacing w:after="80" w:line="240" w:lineRule="auto"/>
        <w:ind w:left="198"/>
      </w:pPr>
      <w:r>
        <w:rPr>
          <w:sz w:val="16"/>
        </w:rPr>
        <w:t>da una parte spero che il vostro modello teorico sbagli ma dall'altra potrebbe salvare tante vite. Speriamo bene......</w:t>
      </w:r>
    </w:p>
    <w:p>
      <w:pPr>
        <w:spacing w:after="20"/>
      </w:pPr>
      <w:r>
        <w:rPr>
          <w:b/>
          <w:color w:val="07304D"/>
          <w:sz w:val="17"/>
        </w:rPr>
        <w:t>C0102 · Denise Policella</w:t>
      </w:r>
      <w:r>
        <w:rPr>
          <w:i/>
          <w:color w:val="5A6E7D"/>
          <w:sz w:val="14"/>
        </w:rPr>
        <w:t xml:space="preserve">  [CONTEMPORANEO / 2016; Bollettino 18 ottobre 2016; riga 1608]</w:t>
      </w:r>
    </w:p>
    <w:p>
      <w:pPr>
        <w:spacing w:after="80" w:line="240" w:lineRule="auto"/>
        <w:ind w:left="198"/>
      </w:pPr>
      <w:r>
        <w:rPr>
          <w:sz w:val="16"/>
        </w:rPr>
        <w:t>Angela Spada</w:t>
      </w:r>
    </w:p>
    <w:p>
      <w:pPr>
        <w:spacing w:after="20"/>
      </w:pPr>
      <w:r>
        <w:rPr>
          <w:b/>
          <w:color w:val="07304D"/>
          <w:sz w:val="17"/>
        </w:rPr>
        <w:t>C0103 · Patrizio Cardelli</w:t>
      </w:r>
      <w:r>
        <w:rPr>
          <w:i/>
          <w:color w:val="5A6E7D"/>
          <w:sz w:val="14"/>
        </w:rPr>
        <w:t xml:space="preserve">  [CONTEMPORANEO / 2016; Bollettino 18 ottobre 2016; riga 1619]</w:t>
      </w:r>
    </w:p>
    <w:p>
      <w:pPr>
        <w:spacing w:after="80" w:line="240" w:lineRule="auto"/>
        <w:ind w:left="198"/>
      </w:pPr>
      <w:r>
        <w:rPr>
          <w:sz w:val="16"/>
        </w:rPr>
        <w:t>Aspettiamo la fine dello sciame, e poi se ne riparla... per ora, so tutte triple!</w:t>
      </w:r>
    </w:p>
    <w:p>
      <w:pPr>
        <w:spacing w:after="20"/>
      </w:pPr>
      <w:r>
        <w:rPr>
          <w:b/>
          <w:color w:val="07304D"/>
          <w:sz w:val="17"/>
        </w:rPr>
        <w:t>C0105 · Valentina Luzi</w:t>
      </w:r>
      <w:r>
        <w:rPr>
          <w:i/>
          <w:color w:val="5A6E7D"/>
          <w:sz w:val="14"/>
        </w:rPr>
        <w:t xml:space="preserve">  [CONTEMPORANEO / 2016; Bollettino 18 ottobre 2016; riga 1643]</w:t>
      </w:r>
    </w:p>
    <w:p>
      <w:pPr>
        <w:spacing w:after="80" w:line="240" w:lineRule="auto"/>
        <w:ind w:left="198"/>
      </w:pPr>
      <w:r>
        <w:rPr>
          <w:sz w:val="16"/>
        </w:rPr>
        <w:t>La ringrazio per il lavoro che sta svolgendo, ma lei non può non sbilanciarsi o omettere la magnitudo...vorremmo sapere!</w:t>
      </w:r>
    </w:p>
    <w:p>
      <w:pPr>
        <w:spacing w:after="20"/>
      </w:pPr>
      <w:r>
        <w:rPr>
          <w:b/>
          <w:color w:val="07304D"/>
          <w:sz w:val="17"/>
        </w:rPr>
        <w:t>C0106 · Fabio Babbicola</w:t>
      </w:r>
      <w:r>
        <w:rPr>
          <w:i/>
          <w:color w:val="5A6E7D"/>
          <w:sz w:val="14"/>
        </w:rPr>
        <w:t xml:space="preserve">  [CONTEMPORANEO / 2016; Bollettino 18 ottobre 2016; riga 1655]</w:t>
      </w:r>
    </w:p>
    <w:p>
      <w:pPr>
        <w:spacing w:after="80" w:line="240" w:lineRule="auto"/>
        <w:ind w:left="198"/>
      </w:pPr>
      <w:r>
        <w:rPr>
          <w:sz w:val="16"/>
        </w:rPr>
        <w:t>Annamaria Bonanni</w:t>
      </w:r>
    </w:p>
    <w:p>
      <w:pPr>
        <w:spacing w:after="20"/>
      </w:pPr>
      <w:r>
        <w:rPr>
          <w:b/>
          <w:color w:val="07304D"/>
          <w:sz w:val="17"/>
        </w:rPr>
        <w:t>C0107 · Martina Ridolfi</w:t>
      </w:r>
      <w:r>
        <w:rPr>
          <w:i/>
          <w:color w:val="5A6E7D"/>
          <w:sz w:val="14"/>
        </w:rPr>
        <w:t xml:space="preserve">  [CONTEMPORANEO / 2016; Bollettino 18 ottobre 2016; riga 1666]</w:t>
      </w:r>
    </w:p>
    <w:p>
      <w:pPr>
        <w:spacing w:after="80" w:line="240" w:lineRule="auto"/>
        <w:ind w:left="198"/>
      </w:pPr>
      <w:r>
        <w:rPr>
          <w:sz w:val="16"/>
        </w:rPr>
        <w:t>Marina Calzetta</w:t>
      </w:r>
    </w:p>
    <w:p>
      <w:pPr>
        <w:spacing w:after="20"/>
      </w:pPr>
      <w:r>
        <w:rPr>
          <w:b/>
          <w:color w:val="07304D"/>
          <w:sz w:val="17"/>
        </w:rPr>
        <w:t>C0108 · Stefano Illerom</w:t>
      </w:r>
      <w:r>
        <w:rPr>
          <w:i/>
          <w:color w:val="5A6E7D"/>
          <w:sz w:val="14"/>
        </w:rPr>
        <w:t xml:space="preserve">  [CONTEMPORANEO / 2016; Bollettino 18 ottobre 2016; riga 1677]</w:t>
      </w:r>
    </w:p>
    <w:p>
      <w:pPr>
        <w:spacing w:after="80" w:line="240" w:lineRule="auto"/>
        <w:ind w:left="198"/>
      </w:pPr>
      <w:r>
        <w:rPr>
          <w:sz w:val="16"/>
        </w:rPr>
        <w:t>Tanto per capire meglio....ma da come viene esposta la previsione, pare che questo allineamento debba influire solo sull italia.....ci sono zone del mondo con rischi sismici enormi.....perché deve succedere per forza qui?????</w:t>
      </w:r>
    </w:p>
    <w:p>
      <w:pPr>
        <w:spacing w:after="20"/>
      </w:pPr>
      <w:r>
        <w:rPr>
          <w:b/>
          <w:color w:val="07304D"/>
          <w:sz w:val="17"/>
        </w:rPr>
        <w:t>C0111 · Lillina Marcozzi Ferroni</w:t>
      </w:r>
      <w:r>
        <w:rPr>
          <w:i/>
          <w:color w:val="5A6E7D"/>
          <w:sz w:val="14"/>
        </w:rPr>
        <w:t xml:space="preserve">  [CONTEMPORANEO / 2016; Bollettino 18 ottobre 2016; riga 1712]</w:t>
      </w:r>
    </w:p>
    <w:p>
      <w:pPr>
        <w:spacing w:after="80" w:line="240" w:lineRule="auto"/>
        <w:ind w:left="198"/>
      </w:pPr>
      <w:r>
        <w:rPr>
          <w:sz w:val="16"/>
        </w:rPr>
        <w:t>Piero Ferroni</w:t>
      </w:r>
    </w:p>
    <w:p>
      <w:pPr>
        <w:spacing w:after="20"/>
      </w:pPr>
      <w:r>
        <w:rPr>
          <w:b/>
          <w:color w:val="07304D"/>
          <w:sz w:val="17"/>
        </w:rPr>
        <w:t>C0112 · Antonella Antonella Pondi</w:t>
      </w:r>
      <w:r>
        <w:rPr>
          <w:i/>
          <w:color w:val="5A6E7D"/>
          <w:sz w:val="14"/>
        </w:rPr>
        <w:t xml:space="preserve">  [CONTEMPORANEO / 2016; Bollettino 18 ottobre 2016; riga 1723]</w:t>
      </w:r>
    </w:p>
    <w:p>
      <w:pPr>
        <w:spacing w:after="80" w:line="240" w:lineRule="auto"/>
        <w:ind w:left="198"/>
      </w:pPr>
      <w:r>
        <w:rPr>
          <w:sz w:val="16"/>
        </w:rPr>
        <w:t>Io vivo a Forli" in Romagna! Posso stare tranquilla? Ne ho vissuti diversi di terremoti, per fortuna senza nessun danno da noi e penso a tutte quelle persone che hanno perso tutto in un attimo</w:t>
      </w:r>
    </w:p>
    <w:p>
      <w:pPr>
        <w:spacing w:after="20"/>
      </w:pPr>
      <w:r>
        <w:rPr>
          <w:b/>
          <w:color w:val="07304D"/>
          <w:sz w:val="17"/>
        </w:rPr>
        <w:t>C0113 · Valentina Tranquilli</w:t>
      </w:r>
      <w:r>
        <w:rPr>
          <w:i/>
          <w:color w:val="5A6E7D"/>
          <w:sz w:val="14"/>
        </w:rPr>
        <w:t xml:space="preserve">  [CONTEMPORANEO / 2016; Bollettino 18 ottobre 2016; riga 1734]</w:t>
      </w:r>
    </w:p>
    <w:p>
      <w:pPr>
        <w:spacing w:after="80" w:line="240" w:lineRule="auto"/>
        <w:ind w:left="198"/>
      </w:pPr>
      <w:r>
        <w:rPr>
          <w:sz w:val="16"/>
        </w:rPr>
        <w:t>Ascoli???potete dirmi qualcosa????</w:t>
      </w:r>
    </w:p>
    <w:p>
      <w:pPr>
        <w:spacing w:after="20"/>
      </w:pPr>
      <w:r>
        <w:rPr>
          <w:b/>
          <w:color w:val="07304D"/>
          <w:sz w:val="17"/>
        </w:rPr>
        <w:t>C0114 · Carmela Gallotti</w:t>
      </w:r>
      <w:r>
        <w:rPr>
          <w:i/>
          <w:color w:val="5A6E7D"/>
          <w:sz w:val="14"/>
        </w:rPr>
        <w:t xml:space="preserve">  [CONTEMPORANEO / 2016; Bollettino 18 ottobre 2016; riga 1745]</w:t>
      </w:r>
    </w:p>
    <w:p>
      <w:pPr>
        <w:spacing w:after="80" w:line="240" w:lineRule="auto"/>
        <w:ind w:left="198"/>
      </w:pPr>
      <w:r>
        <w:rPr>
          <w:sz w:val="16"/>
        </w:rPr>
        <w:t>Temendo infatti un evento o anche forse più eventi che potranno interessare tutta la penisola da nord a sud con molta frequenza e violenza, io preferisco non esprimermi perché non ne ho le competenze. Nè voglio espormi finché la comunità scientifica non avrà approvato il modello teorico....................Quindi non riguarda solo il centro Italia?</w:t>
      </w:r>
    </w:p>
    <w:p>
      <w:pPr>
        <w:spacing w:after="20"/>
      </w:pPr>
      <w:r>
        <w:rPr>
          <w:b/>
          <w:color w:val="07304D"/>
          <w:sz w:val="17"/>
        </w:rPr>
        <w:t>C0115 · Stefania Chessa</w:t>
      </w:r>
      <w:r>
        <w:rPr>
          <w:i/>
          <w:color w:val="5A6E7D"/>
          <w:sz w:val="14"/>
        </w:rPr>
        <w:t xml:space="preserve">  [CONTEMPORANEO / 2016; Bollettino 18 ottobre 2016; riga 1756]</w:t>
      </w:r>
    </w:p>
    <w:p>
      <w:pPr>
        <w:spacing w:after="80" w:line="240" w:lineRule="auto"/>
        <w:ind w:left="198"/>
      </w:pPr>
      <w:r>
        <w:rPr>
          <w:sz w:val="16"/>
        </w:rPr>
        <w:t>Vorrei sapere,se in base alle vostre previsioni,se la Lombardia è a rischio con questo allineamento,o solo il Veneto?</w:t>
      </w:r>
    </w:p>
    <w:p>
      <w:pPr>
        <w:spacing w:after="20"/>
      </w:pPr>
      <w:r>
        <w:rPr>
          <w:b/>
          <w:color w:val="07304D"/>
          <w:sz w:val="17"/>
        </w:rPr>
        <w:t>C0116 · Simone Bellisari</w:t>
      </w:r>
      <w:r>
        <w:rPr>
          <w:i/>
          <w:color w:val="5A6E7D"/>
          <w:sz w:val="14"/>
        </w:rPr>
        <w:t xml:space="preserve">  [CONTEMPORANEO / 2016; Bollettino 18 ottobre 2016; riga 1767]</w:t>
      </w:r>
    </w:p>
    <w:p>
      <w:pPr>
        <w:spacing w:after="80" w:line="240" w:lineRule="auto"/>
        <w:ind w:left="198"/>
      </w:pPr>
      <w:r>
        <w:rPr>
          <w:sz w:val="16"/>
        </w:rPr>
        <w:t>Queste previsioni hanno in comune gli studi di bendani ?</w:t>
      </w:r>
    </w:p>
    <w:p>
      <w:pPr>
        <w:spacing w:after="20"/>
      </w:pPr>
      <w:r>
        <w:rPr>
          <w:b/>
          <w:color w:val="07304D"/>
          <w:sz w:val="17"/>
        </w:rPr>
        <w:t>C0117 · Simone Bellisari</w:t>
      </w:r>
      <w:r>
        <w:rPr>
          <w:i/>
          <w:color w:val="5A6E7D"/>
          <w:sz w:val="14"/>
        </w:rPr>
        <w:t xml:space="preserve">  [CONTEMPORANEO / 2016; Bollettino 18 ottobre 2016; riga 1779]</w:t>
      </w:r>
    </w:p>
    <w:p>
      <w:pPr>
        <w:spacing w:after="80" w:line="240" w:lineRule="auto"/>
        <w:ind w:left="198"/>
      </w:pPr>
      <w:r>
        <w:rPr>
          <w:sz w:val="16"/>
        </w:rPr>
        <w:t>Ho una domanda forse idiota, Ma durante un allineamento, il peso specifico di una massa per es . piombo, varierebbe?</w:t>
      </w:r>
    </w:p>
    <w:p>
      <w:pPr>
        <w:spacing w:after="20"/>
      </w:pPr>
      <w:r>
        <w:rPr>
          <w:b/>
          <w:color w:val="07304D"/>
          <w:sz w:val="17"/>
        </w:rPr>
        <w:t>C0118 · Donato Alviani</w:t>
      </w:r>
      <w:r>
        <w:rPr>
          <w:i/>
          <w:color w:val="5A6E7D"/>
          <w:sz w:val="14"/>
        </w:rPr>
        <w:t xml:space="preserve">  [CONTEMPORANEO / 2016; Bollettino 18 ottobre 2016; riga 1791]</w:t>
      </w:r>
    </w:p>
    <w:p>
      <w:pPr>
        <w:spacing w:after="80" w:line="240" w:lineRule="auto"/>
        <w:ind w:left="198"/>
      </w:pPr>
      <w:r>
        <w:rPr>
          <w:sz w:val="16"/>
        </w:rPr>
        <w:t>Loreto Petricca</w:t>
      </w:r>
    </w:p>
    <w:p>
      <w:pPr>
        <w:spacing w:after="20"/>
      </w:pPr>
      <w:r>
        <w:rPr>
          <w:b/>
          <w:color w:val="07304D"/>
          <w:sz w:val="17"/>
        </w:rPr>
        <w:t>C0119 · Thomas Pioli</w:t>
      </w:r>
      <w:r>
        <w:rPr>
          <w:i/>
          <w:color w:val="5A6E7D"/>
          <w:sz w:val="14"/>
        </w:rPr>
        <w:t xml:space="preserve">  [CONTEMPORANEO / 2016; Bollettino 18 ottobre 2016; riga 1802]</w:t>
      </w:r>
    </w:p>
    <w:p>
      <w:pPr>
        <w:spacing w:after="80" w:line="240" w:lineRule="auto"/>
        <w:ind w:left="198"/>
      </w:pPr>
      <w:r>
        <w:rPr>
          <w:sz w:val="16"/>
        </w:rPr>
        <w:t>Christian Bevilacqua</w:t>
      </w:r>
    </w:p>
    <w:p>
      <w:pPr>
        <w:spacing w:after="20"/>
      </w:pPr>
      <w:r>
        <w:rPr>
          <w:b/>
          <w:color w:val="07304D"/>
          <w:sz w:val="17"/>
        </w:rPr>
        <w:t>C0121 · Siliva Leo</w:t>
      </w:r>
      <w:r>
        <w:rPr>
          <w:i/>
          <w:color w:val="5A6E7D"/>
          <w:sz w:val="14"/>
        </w:rPr>
        <w:t xml:space="preserve">  [CONTEMPORANEO / 2016; Bollettino 18 ottobre 2016; riga 1822]</w:t>
      </w:r>
    </w:p>
    <w:p>
      <w:pPr>
        <w:spacing w:after="80" w:line="240" w:lineRule="auto"/>
        <w:ind w:left="198"/>
      </w:pPr>
      <w:r>
        <w:rPr>
          <w:sz w:val="16"/>
        </w:rPr>
        <w:t>Salve, da un po' seguo la sua teoria ed i suoi "bollettini" e sono convinta che la società scientifica dovrebbe ascoltare e non sminuire gli studi alternativi. Vivo in una zona fra la più a rischio di Italia (Sulmona. ..silente da tanto tempo) e che i sismologi dicono essere in grado di sviluppare magnitudo fino a 7 R e sinceramente, sono molto turbata già dal 2009, potrebbe darmi altra indicazione dell' allineamento e dell' ipotesi circa l'epicentro ?</w:t>
      </w:r>
    </w:p>
    <w:p>
      <w:pPr>
        <w:spacing w:after="20"/>
      </w:pPr>
      <w:r>
        <w:rPr>
          <w:b/>
          <w:color w:val="07304D"/>
          <w:sz w:val="17"/>
        </w:rPr>
        <w:t>C0122 · Eleonora Brauzi</w:t>
      </w:r>
      <w:r>
        <w:rPr>
          <w:i/>
          <w:color w:val="5A6E7D"/>
          <w:sz w:val="14"/>
        </w:rPr>
        <w:t xml:space="preserve">  [CONTEMPORANEO / 2016; Bollettino 18 ottobre 2016; riga 1834]</w:t>
      </w:r>
    </w:p>
    <w:p>
      <w:pPr>
        <w:spacing w:after="80" w:line="240" w:lineRule="auto"/>
        <w:ind w:left="198"/>
      </w:pPr>
      <w:r>
        <w:rPr>
          <w:sz w:val="16"/>
        </w:rPr>
        <w:t>Le ho scritto in privato signor Stefano Calandra.</w:t>
      </w:r>
    </w:p>
    <w:p>
      <w:pPr>
        <w:spacing w:after="20"/>
      </w:pPr>
      <w:r>
        <w:rPr>
          <w:b/>
          <w:color w:val="07304D"/>
          <w:sz w:val="17"/>
        </w:rPr>
        <w:t>C0126 · Eva Paleotti</w:t>
      </w:r>
      <w:r>
        <w:rPr>
          <w:i/>
          <w:color w:val="5A6E7D"/>
          <w:sz w:val="14"/>
        </w:rPr>
        <w:t xml:space="preserve">  [CONTEMPORANEO / 2016; Bollettino 18 ottobre 2016; riga 1882]</w:t>
      </w:r>
    </w:p>
    <w:p>
      <w:pPr>
        <w:spacing w:after="80" w:line="240" w:lineRule="auto"/>
        <w:ind w:left="198"/>
      </w:pPr>
      <w:r>
        <w:rPr>
          <w:sz w:val="16"/>
        </w:rPr>
        <w:t>Allora se a qualcuno interessa, studiando i lombrichi, quando fuoriescono da terra e si lasciano morire al sole c'è un sisma vicino. Dal numero di lombrichi che sto trovando c'è un sisma in arrivo, ma non nella mia zona (Città di Castello - PG) quindi devo ipotizzare o la faglia aretina, o Gubbio che sono le faglie più vicine a me e che i lombrichi possono avvertire.</w:t>
      </w:r>
    </w:p>
    <w:p>
      <w:pPr>
        <w:spacing w:after="20"/>
      </w:pPr>
      <w:r>
        <w:rPr>
          <w:b/>
          <w:color w:val="07304D"/>
          <w:sz w:val="17"/>
        </w:rPr>
        <w:t>C0127 · Barbara Pela</w:t>
      </w:r>
      <w:r>
        <w:rPr>
          <w:i/>
          <w:color w:val="5A6E7D"/>
          <w:sz w:val="14"/>
        </w:rPr>
        <w:t xml:space="preserve">  [CONTEMPORANEO / 2016; Bollettino 18 ottobre 2016; riga 1905]</w:t>
      </w:r>
    </w:p>
    <w:p>
      <w:pPr>
        <w:spacing w:after="80" w:line="240" w:lineRule="auto"/>
        <w:ind w:left="198"/>
      </w:pPr>
      <w:r>
        <w:rPr>
          <w:sz w:val="16"/>
        </w:rPr>
        <w:t>Cmq dovrebbe partire dal Veneto ho capito bene?</w:t>
      </w:r>
    </w:p>
    <w:p>
      <w:pPr>
        <w:spacing w:after="20"/>
      </w:pPr>
      <w:r>
        <w:rPr>
          <w:b/>
          <w:color w:val="07304D"/>
          <w:sz w:val="17"/>
        </w:rPr>
        <w:t>C0128 · Federica Cambi</w:t>
      </w:r>
      <w:r>
        <w:rPr>
          <w:i/>
          <w:color w:val="5A6E7D"/>
          <w:sz w:val="14"/>
        </w:rPr>
        <w:t xml:space="preserve">  [CONTEMPORANEO / 2016; Bollettino 18 ottobre 2016; riga 1917]</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C0129 · Federica Cambi</w:t>
      </w:r>
      <w:r>
        <w:rPr>
          <w:i/>
          <w:color w:val="5A6E7D"/>
          <w:sz w:val="14"/>
        </w:rPr>
        <w:t xml:space="preserve">  [CONTEMPORANEO / 2016; Bollettino 18 ottobre 2016; riga 1931]</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C0130 · Federica Cambi</w:t>
      </w:r>
      <w:r>
        <w:rPr>
          <w:i/>
          <w:color w:val="5A6E7D"/>
          <w:sz w:val="14"/>
        </w:rPr>
        <w:t xml:space="preserve">  [CONTEMPORANEO / 2016; Bollettino 18 ottobre 2016; riga 1945]</w:t>
      </w:r>
    </w:p>
    <w:p>
      <w:pPr>
        <w:spacing w:after="80" w:line="240" w:lineRule="auto"/>
        <w:ind w:left="198"/>
      </w:pPr>
      <w:r>
        <w:rPr>
          <w:sz w:val="16"/>
        </w:rPr>
        <w:t>Faglie di tutta italia.</w:t>
      </w:r>
    </w:p>
    <w:p>
      <w:pPr>
        <w:spacing w:after="20"/>
      </w:pPr>
      <w:r>
        <w:rPr>
          <w:b/>
          <w:color w:val="07304D"/>
          <w:sz w:val="17"/>
        </w:rPr>
        <w:t>C0131 · Marina Scholz</w:t>
      </w:r>
      <w:r>
        <w:rPr>
          <w:i/>
          <w:color w:val="5A6E7D"/>
          <w:sz w:val="14"/>
        </w:rPr>
        <w:t xml:space="preserve">  [CONTEMPORANEO / 2016; Bollettino 18 ottobre 2016; riga 1957]</w:t>
      </w:r>
    </w:p>
    <w:p>
      <w:pPr>
        <w:spacing w:after="80" w:line="240" w:lineRule="auto"/>
        <w:ind w:left="198"/>
      </w:pPr>
      <w:r>
        <w:rPr>
          <w:sz w:val="16"/>
        </w:rPr>
        <w:t>Da dove vengono queste immagini?</w:t>
      </w:r>
    </w:p>
    <w:p>
      <w:pPr>
        <w:spacing w:after="20"/>
      </w:pPr>
      <w:r>
        <w:rPr>
          <w:b/>
          <w:color w:val="07304D"/>
          <w:sz w:val="17"/>
        </w:rPr>
        <w:t>C0132 · Marco Ronca</w:t>
      </w:r>
      <w:r>
        <w:rPr>
          <w:i/>
          <w:color w:val="5A6E7D"/>
          <w:sz w:val="14"/>
        </w:rPr>
        <w:t xml:space="preserve">  [CONTEMPORANEO / 2016; Bollettino 18 ottobre 2016; riga 1970]</w:t>
      </w:r>
    </w:p>
    <w:p>
      <w:pPr>
        <w:spacing w:after="80" w:line="240" w:lineRule="auto"/>
        <w:ind w:left="198"/>
      </w:pPr>
      <w:r>
        <w:rPr>
          <w:sz w:val="16"/>
        </w:rPr>
        <w:t>Carla Cicconi</w:t>
      </w:r>
    </w:p>
    <w:p>
      <w:pPr>
        <w:spacing w:after="20"/>
      </w:pPr>
      <w:r>
        <w:rPr>
          <w:b/>
          <w:color w:val="07304D"/>
          <w:sz w:val="17"/>
        </w:rPr>
        <w:t>C0133 · Fabrizio Di Felice</w:t>
      </w:r>
      <w:r>
        <w:rPr>
          <w:i/>
          <w:color w:val="5A6E7D"/>
          <w:sz w:val="14"/>
        </w:rPr>
        <w:t xml:space="preserve">  [CONTEMPORANEO / 2016; Bollettino 18 ottobre 2016; riga 1981]</w:t>
      </w:r>
    </w:p>
    <w:p>
      <w:pPr>
        <w:spacing w:after="80" w:line="240" w:lineRule="auto"/>
        <w:ind w:left="198"/>
      </w:pPr>
      <w:r>
        <w:rPr>
          <w:sz w:val="16"/>
        </w:rPr>
        <w:t>Dobbiamo preoccuparci noi di Sulmona?</w:t>
      </w:r>
    </w:p>
    <w:p>
      <w:pPr>
        <w:spacing w:after="20"/>
      </w:pPr>
      <w:r>
        <w:rPr>
          <w:b/>
          <w:color w:val="07304D"/>
          <w:sz w:val="17"/>
        </w:rPr>
        <w:t>C0134 · Patrizia Gardenghi</w:t>
      </w:r>
      <w:r>
        <w:rPr>
          <w:i/>
          <w:color w:val="5A6E7D"/>
          <w:sz w:val="14"/>
        </w:rPr>
        <w:t xml:space="preserve">  [CONTEMPORANEO / 2016; Bollettino 18 ottobre 2016; riga 1993]</w:t>
      </w:r>
    </w:p>
    <w:p>
      <w:pPr>
        <w:spacing w:after="80" w:line="240" w:lineRule="auto"/>
        <w:ind w:left="198"/>
      </w:pPr>
      <w:r>
        <w:rPr>
          <w:sz w:val="16"/>
        </w:rPr>
        <w:t>Scusi quando è stato modificato il giorno ?? non più il 27/28 , ma il 26 . Dunque è finito L'allineamento perfetto ??</w:t>
      </w:r>
    </w:p>
    <w:p>
      <w:pPr>
        <w:spacing w:after="20"/>
      </w:pPr>
      <w:r>
        <w:rPr>
          <w:b/>
          <w:color w:val="07304D"/>
          <w:sz w:val="17"/>
        </w:rPr>
        <w:t>C0135 · Emiliano Rroshi</w:t>
      </w:r>
      <w:r>
        <w:rPr>
          <w:i/>
          <w:color w:val="5A6E7D"/>
          <w:sz w:val="14"/>
        </w:rPr>
        <w:t xml:space="preserve">  [CONTEMPORANEO / 2016; Bollettino 18 ottobre 2016; riga 2005]</w:t>
      </w:r>
    </w:p>
    <w:p>
      <w:pPr>
        <w:spacing w:after="80" w:line="240" w:lineRule="auto"/>
        <w:ind w:left="198"/>
      </w:pPr>
      <w:r>
        <w:rPr>
          <w:sz w:val="16"/>
        </w:rPr>
        <w:t>Sara Tesone</w:t>
      </w:r>
    </w:p>
    <w:p>
      <w:pPr>
        <w:spacing w:after="20"/>
      </w:pPr>
      <w:r>
        <w:rPr>
          <w:b/>
          <w:color w:val="07304D"/>
          <w:sz w:val="17"/>
        </w:rPr>
        <w:t>C0136 · Roberto Crocetti</w:t>
      </w:r>
      <w:r>
        <w:rPr>
          <w:i/>
          <w:color w:val="5A6E7D"/>
          <w:sz w:val="14"/>
        </w:rPr>
        <w:t xml:space="preserve">  [CONTEMPORANEO / 2016; Bollettino 18 ottobre 2016; riga 2016]</w:t>
      </w:r>
    </w:p>
    <w:p>
      <w:pPr>
        <w:spacing w:after="80" w:line="240" w:lineRule="auto"/>
        <w:ind w:left="198"/>
      </w:pPr>
      <w:r>
        <w:rPr>
          <w:sz w:val="16"/>
        </w:rPr>
        <w:t>L'anticipo di 1 giorno dalla previsione può dipendere dal fatto che siamo in un anno bisestile con, quindi, 1 giorno in più?</w:t>
      </w:r>
    </w:p>
    <w:p>
      <w:pPr>
        <w:spacing w:after="20"/>
      </w:pPr>
      <w:r>
        <w:rPr>
          <w:b/>
          <w:color w:val="07304D"/>
          <w:sz w:val="17"/>
        </w:rPr>
        <w:t>C0138 · Elisa Benazy Casaccia</w:t>
      </w:r>
      <w:r>
        <w:rPr>
          <w:i/>
          <w:color w:val="5A6E7D"/>
          <w:sz w:val="14"/>
        </w:rPr>
        <w:t xml:space="preserve">  [RETROSPETTIVO / DATA RIPUBBLICAZIONE DA VERIFICARE; Ripercorriamo: post del 18 ottobre; riga 2230]</w:t>
      </w:r>
    </w:p>
    <w:p>
      <w:pPr>
        <w:spacing w:after="80" w:line="240" w:lineRule="auto"/>
        <w:ind w:left="198"/>
      </w:pPr>
      <w:r>
        <w:rPr>
          <w:sz w:val="16"/>
        </w:rPr>
        <w:t>Diego Giovanelli</w:t>
      </w:r>
    </w:p>
    <w:p>
      <w:pPr>
        <w:spacing w:after="20"/>
      </w:pPr>
      <w:r>
        <w:rPr>
          <w:b/>
          <w:color w:val="07304D"/>
          <w:sz w:val="17"/>
        </w:rPr>
        <w:t>C0139 · Ramona Scimia</w:t>
      </w:r>
      <w:r>
        <w:rPr>
          <w:i/>
          <w:color w:val="5A6E7D"/>
          <w:sz w:val="14"/>
        </w:rPr>
        <w:t xml:space="preserve">  [RETROSPETTIVO / DATA RIPUBBLICAZIONE DA VERIFICARE; Ripercorriamo: post del 18 ottobre; riga 2241]</w:t>
      </w:r>
    </w:p>
    <w:p>
      <w:pPr>
        <w:spacing w:after="80" w:line="240" w:lineRule="auto"/>
        <w:ind w:left="198"/>
      </w:pPr>
      <w:r>
        <w:rPr>
          <w:sz w:val="16"/>
        </w:rPr>
        <w:t>Dina Angelosante leggi qui</w:t>
      </w:r>
    </w:p>
    <w:p>
      <w:pPr>
        <w:spacing w:after="20"/>
      </w:pPr>
      <w:r>
        <w:rPr>
          <w:b/>
          <w:color w:val="07304D"/>
          <w:sz w:val="17"/>
        </w:rPr>
        <w:t>C0140 · Joel Giustozzi</w:t>
      </w:r>
      <w:r>
        <w:rPr>
          <w:i/>
          <w:color w:val="5A6E7D"/>
          <w:sz w:val="14"/>
        </w:rPr>
        <w:t xml:space="preserve">  [RETROSPETTIVO / DATA RIPUBBLICAZIONE DA VERIFICARE; Ripercorriamo: post del 18 ottobre; riga 2252]</w:t>
      </w:r>
    </w:p>
    <w:p>
      <w:pPr>
        <w:spacing w:after="80" w:line="240" w:lineRule="auto"/>
        <w:ind w:left="198"/>
      </w:pPr>
      <w:r>
        <w:rPr>
          <w:sz w:val="16"/>
        </w:rPr>
        <w:t>Eloisa Polinesi</w:t>
      </w:r>
    </w:p>
    <w:p>
      <w:pPr>
        <w:spacing w:after="20"/>
      </w:pPr>
      <w:r>
        <w:rPr>
          <w:b/>
          <w:color w:val="07304D"/>
          <w:sz w:val="17"/>
        </w:rPr>
        <w:t>C0141 · Nausica Caniglia</w:t>
      </w:r>
      <w:r>
        <w:rPr>
          <w:i/>
          <w:color w:val="5A6E7D"/>
          <w:sz w:val="14"/>
        </w:rPr>
        <w:t xml:space="preserve">  [RETROSPETTIVO / DATA RIPUBBLICAZIONE DA VERIFICARE; Ripercorriamo: post del 18 ottobre; riga 2263]</w:t>
      </w:r>
    </w:p>
    <w:p>
      <w:pPr>
        <w:spacing w:after="80" w:line="240" w:lineRule="auto"/>
        <w:ind w:left="198"/>
      </w:pPr>
      <w:r>
        <w:rPr>
          <w:sz w:val="16"/>
        </w:rPr>
        <w:t>Paolo Di Nicola</w:t>
      </w:r>
    </w:p>
    <w:p>
      <w:pPr>
        <w:spacing w:after="20"/>
      </w:pPr>
      <w:r>
        <w:rPr>
          <w:b/>
          <w:color w:val="07304D"/>
          <w:sz w:val="17"/>
        </w:rPr>
        <w:t>C0144 · Plinio Vecchio</w:t>
      </w:r>
      <w:r>
        <w:rPr>
          <w:i/>
          <w:color w:val="5A6E7D"/>
          <w:sz w:val="14"/>
        </w:rPr>
        <w:t xml:space="preserve">  [RETROSPETTIVO / DATA RIPUBBLICAZIONE DA VERIFICARE; Ripercorriamo: post del 18 ottobre; riga 2298]</w:t>
      </w:r>
    </w:p>
    <w:p>
      <w:pPr>
        <w:spacing w:after="80" w:line="240" w:lineRule="auto"/>
        <w:ind w:left="198"/>
      </w:pPr>
      <w:r>
        <w:rPr>
          <w:sz w:val="16"/>
        </w:rPr>
        <w:t>Ho solo una domanda..ma a gennaio quando c'erano allineati mercurio Venere Saturno Marte e Giove perché non è successo niente?</w:t>
      </w:r>
    </w:p>
    <w:p>
      <w:pPr>
        <w:spacing w:after="20"/>
      </w:pPr>
      <w:r>
        <w:rPr>
          <w:b/>
          <w:color w:val="07304D"/>
          <w:sz w:val="17"/>
        </w:rPr>
        <w:t>C0145 · Ira Fu</w:t>
      </w:r>
      <w:r>
        <w:rPr>
          <w:i/>
          <w:color w:val="5A6E7D"/>
          <w:sz w:val="14"/>
        </w:rPr>
        <w:t xml:space="preserve">  [RETROSPETTIVO / DATA RIPUBBLICAZIONE DA VERIFICARE; Ripercorriamo: post del 18 ottobre; riga 2308]</w:t>
      </w:r>
    </w:p>
    <w:p>
      <w:pPr>
        <w:spacing w:after="80" w:line="240" w:lineRule="auto"/>
        <w:ind w:left="198"/>
      </w:pPr>
      <w:r>
        <w:rPr>
          <w:sz w:val="16"/>
        </w:rPr>
        <w:t>Signori l'allerta è per tutto oggi sta notte e anche domani...leggete il bollettino del 26/10...gli allineamenti si stanno perfezionando in queste ore...fino a sabato bisogna tenere le orecchie ben dritte!!!!</w:t>
      </w:r>
    </w:p>
    <w:p>
      <w:pPr>
        <w:spacing w:after="20"/>
      </w:pPr>
      <w:r>
        <w:rPr>
          <w:b/>
          <w:color w:val="07304D"/>
          <w:sz w:val="17"/>
        </w:rPr>
        <w:t>C0146 · Alessio Tempesti</w:t>
      </w:r>
      <w:r>
        <w:rPr>
          <w:i/>
          <w:color w:val="5A6E7D"/>
          <w:sz w:val="14"/>
        </w:rPr>
        <w:t xml:space="preserve">  [RETROSPETTIVO / DATA RIPUBBLICAZIONE DA VERIFICARE; Ripercorriamo: post del 18 ottobre; riga 2320]</w:t>
      </w:r>
    </w:p>
    <w:p>
      <w:pPr>
        <w:spacing w:after="80" w:line="240" w:lineRule="auto"/>
        <w:ind w:left="198"/>
      </w:pPr>
      <w:r>
        <w:rPr>
          <w:sz w:val="16"/>
        </w:rPr>
        <w:t>Simone Aquia</w:t>
      </w:r>
    </w:p>
    <w:p>
      <w:pPr>
        <w:spacing w:after="20"/>
      </w:pPr>
      <w:r>
        <w:rPr>
          <w:b/>
          <w:color w:val="07304D"/>
          <w:sz w:val="17"/>
        </w:rPr>
        <w:t>C0147 · Luciano Colucci</w:t>
      </w:r>
      <w:r>
        <w:rPr>
          <w:i/>
          <w:color w:val="5A6E7D"/>
          <w:sz w:val="14"/>
        </w:rPr>
        <w:t xml:space="preserve">  [RETROSPETTIVO / DATA RIPUBBLICAZIONE DA VERIFICARE; Ripercorriamo: post del 18 ottobre; riga 2331]</w:t>
      </w:r>
    </w:p>
    <w:p>
      <w:pPr>
        <w:spacing w:after="80" w:line="240" w:lineRule="auto"/>
        <w:ind w:left="198"/>
      </w:pPr>
      <w:r>
        <w:rPr>
          <w:sz w:val="16"/>
        </w:rPr>
        <w:t>Ma quindi l'allarme degli allineamenti perfetti era per il 26 e non più per oggi?</w:t>
      </w:r>
    </w:p>
    <w:p>
      <w:pPr>
        <w:spacing w:after="20"/>
      </w:pPr>
      <w:r>
        <w:rPr>
          <w:b/>
          <w:color w:val="07304D"/>
          <w:sz w:val="17"/>
        </w:rPr>
        <w:t>C0148 · Francesca Quondamatteo</w:t>
      </w:r>
      <w:r>
        <w:rPr>
          <w:i/>
          <w:color w:val="5A6E7D"/>
          <w:sz w:val="14"/>
        </w:rPr>
        <w:t xml:space="preserve">  [RETROSPETTIVO / DATA RIPUBBLICAZIONE DA VERIFICARE; Ripercorriamo: post del 18 ottobre; riga 2342]</w:t>
      </w:r>
    </w:p>
    <w:p>
      <w:pPr>
        <w:spacing w:after="80" w:line="240" w:lineRule="auto"/>
        <w:ind w:left="198"/>
      </w:pPr>
      <w:r>
        <w:rPr>
          <w:sz w:val="16"/>
        </w:rPr>
        <w:t>Ma in parole povere, cosa dobbiamo aspettarci fino a domani? Altre forti scosse sempre nella stessa zona o in zone diverse? Il grafico x me è arabo...</w:t>
      </w:r>
    </w:p>
    <w:p>
      <w:pPr>
        <w:spacing w:after="20"/>
      </w:pPr>
      <w:r>
        <w:rPr>
          <w:b/>
          <w:color w:val="07304D"/>
          <w:sz w:val="17"/>
        </w:rPr>
        <w:t>C0150 · Giacomo Francia</w:t>
      </w:r>
      <w:r>
        <w:rPr>
          <w:i/>
          <w:color w:val="5A6E7D"/>
          <w:sz w:val="14"/>
        </w:rPr>
        <w:t xml:space="preserve">  [RETROSPETTIVO / DATA RIPUBBLICAZIONE DA VERIFICARE; Ripercorriamo: post del 18 ottobre; riga 2365]</w:t>
      </w:r>
    </w:p>
    <w:p>
      <w:pPr>
        <w:spacing w:after="80" w:line="240" w:lineRule="auto"/>
        <w:ind w:left="198"/>
      </w:pPr>
      <w:r>
        <w:rPr>
          <w:sz w:val="16"/>
        </w:rPr>
        <w:t>Salvatore Tini</w:t>
      </w:r>
    </w:p>
    <w:p>
      <w:pPr>
        <w:spacing w:after="20"/>
      </w:pPr>
      <w:r>
        <w:rPr>
          <w:b/>
          <w:color w:val="07304D"/>
          <w:sz w:val="17"/>
        </w:rPr>
        <w:t>C0152 · Aline Doncarli Bondielli</w:t>
      </w:r>
      <w:r>
        <w:rPr>
          <w:i/>
          <w:color w:val="5A6E7D"/>
          <w:sz w:val="14"/>
        </w:rPr>
        <w:t xml:space="preserve">  [RETROSPETTIVO / DATA RIPUBBLICAZIONE DA VERIFICARE; Ripercorriamo: post del 18 ottobre; riga 2388]</w:t>
      </w:r>
    </w:p>
    <w:p>
      <w:pPr>
        <w:spacing w:after="80" w:line="240" w:lineRule="auto"/>
        <w:ind w:left="198"/>
      </w:pPr>
      <w:r>
        <w:rPr>
          <w:sz w:val="16"/>
        </w:rPr>
        <w:t>marte in capricorno quadrato a urano in ariete</w:t>
      </w:r>
    </w:p>
    <w:p>
      <w:pPr>
        <w:spacing w:after="20"/>
      </w:pPr>
      <w:r>
        <w:rPr>
          <w:b/>
          <w:color w:val="07304D"/>
          <w:sz w:val="17"/>
        </w:rPr>
        <w:t>C0153 · Matteo Grue</w:t>
      </w:r>
      <w:r>
        <w:rPr>
          <w:i/>
          <w:color w:val="5A6E7D"/>
          <w:sz w:val="14"/>
        </w:rPr>
        <w:t xml:space="preserve">  [RETROSPETTIVO / DATA RIPUBBLICAZIONE DA VERIFICARE; Ripercorriamo: post del 18 ottobre; riga 2399]</w:t>
      </w:r>
    </w:p>
    <w:p>
      <w:pPr>
        <w:spacing w:after="80" w:line="240" w:lineRule="auto"/>
        <w:ind w:left="198"/>
      </w:pPr>
      <w:r>
        <w:rPr>
          <w:sz w:val="16"/>
        </w:rPr>
        <w:t>Marco Denver Poldino Grue</w:t>
      </w:r>
    </w:p>
    <w:p>
      <w:pPr>
        <w:spacing w:after="20"/>
      </w:pPr>
      <w:r>
        <w:rPr>
          <w:b/>
          <w:color w:val="07304D"/>
          <w:sz w:val="17"/>
        </w:rPr>
        <w:t>C0154 · Lidia Angelica Matieş</w:t>
      </w:r>
      <w:r>
        <w:rPr>
          <w:i/>
          <w:color w:val="5A6E7D"/>
          <w:sz w:val="14"/>
        </w:rPr>
        <w:t xml:space="preserve">  [RETROSPETTIVO / DATA RIPUBBLICAZIONE DA VERIFICARE; Ripercorriamo: post del 18 ottobre; riga 2410]</w:t>
      </w:r>
    </w:p>
    <w:p>
      <w:pPr>
        <w:spacing w:after="80" w:line="240" w:lineRule="auto"/>
        <w:ind w:left="198"/>
      </w:pPr>
      <w:r>
        <w:rPr>
          <w:sz w:val="16"/>
        </w:rPr>
        <w:t>Dovremmo chiedere con forza che questi ragazzi vengano presi in considerazione .Che vengano creati laboratori dove studiare i fenomeni e che la popolazione sia messa al corrente .Meglio un allarme in più che vite spezzate .Anche stazioni radon in tutte le aree a rischio .Adesso siamo contenti che non ci sono morti ma i terremoti in Italia ci saranno sempre .Finché non ci saranno edifici che crollano la speranza è questa - sapere e uscire .</w:t>
      </w:r>
    </w:p>
    <w:p>
      <w:pPr>
        <w:spacing w:after="20"/>
      </w:pPr>
      <w:r>
        <w:rPr>
          <w:b/>
          <w:color w:val="07304D"/>
          <w:sz w:val="17"/>
        </w:rPr>
        <w:t>C0155 · Davide Udaca Cammarata</w:t>
      </w:r>
      <w:r>
        <w:rPr>
          <w:i/>
          <w:color w:val="5A6E7D"/>
          <w:sz w:val="14"/>
        </w:rPr>
        <w:t xml:space="preserve">  [RETROSPETTIVO / DATA RIPUBBLICAZIONE DA VERIFICARE; Ripercorriamo: post del 18 ottobre; riga 2422]</w:t>
      </w:r>
    </w:p>
    <w:p>
      <w:pPr>
        <w:spacing w:after="80" w:line="240" w:lineRule="auto"/>
        <w:ind w:left="198"/>
      </w:pPr>
      <w:r>
        <w:rPr>
          <w:sz w:val="16"/>
        </w:rPr>
        <w:t>A quanto pare stanotte e domani c'è ancora alta probabilità...</w:t>
      </w:r>
    </w:p>
    <w:p>
      <w:pPr>
        <w:spacing w:after="20"/>
      </w:pPr>
      <w:r>
        <w:rPr>
          <w:b/>
          <w:color w:val="07304D"/>
          <w:sz w:val="17"/>
        </w:rPr>
        <w:t>C0157 · Ros Ros</w:t>
      </w:r>
      <w:r>
        <w:rPr>
          <w:i/>
          <w:color w:val="5A6E7D"/>
          <w:sz w:val="14"/>
        </w:rPr>
        <w:t xml:space="preserve">  [RETROSPETTIVO / DATA RIPUBBLICAZIONE DA VERIFICARE; Ripercorriamo: post del 18 ottobre; riga 2446]</w:t>
      </w:r>
    </w:p>
    <w:p>
      <w:pPr>
        <w:spacing w:after="80" w:line="240" w:lineRule="auto"/>
        <w:ind w:left="198"/>
      </w:pPr>
      <w:r>
        <w:rPr>
          <w:sz w:val="16"/>
        </w:rPr>
        <w:t>Quindi non è finita nelle Marche?</w:t>
      </w:r>
    </w:p>
    <w:p>
      <w:pPr>
        <w:spacing w:after="20"/>
      </w:pPr>
      <w:r>
        <w:rPr>
          <w:b/>
          <w:color w:val="07304D"/>
          <w:sz w:val="17"/>
        </w:rPr>
        <w:t>C0158 · Bruna Torrini</w:t>
      </w:r>
      <w:r>
        <w:rPr>
          <w:i/>
          <w:color w:val="5A6E7D"/>
          <w:sz w:val="14"/>
        </w:rPr>
        <w:t xml:space="preserve">  [RETROSPETTIVO / DATA RIPUBBLICAZIONE DA VERIFICARE; Ripercorriamo: post del 18 ottobre; riga 2457]</w:t>
      </w:r>
    </w:p>
    <w:p>
      <w:pPr>
        <w:spacing w:after="80" w:line="240" w:lineRule="auto"/>
        <w:ind w:left="198"/>
      </w:pPr>
      <w:r>
        <w:rPr>
          <w:sz w:val="16"/>
        </w:rPr>
        <w:t>Perché non riesco ad aprire il link?</w:t>
      </w:r>
    </w:p>
    <w:p>
      <w:pPr>
        <w:spacing w:after="20"/>
      </w:pPr>
      <w:r>
        <w:rPr>
          <w:b/>
          <w:color w:val="07304D"/>
          <w:sz w:val="17"/>
        </w:rPr>
        <w:t>C0159 · Kasia De Angelis</w:t>
      </w:r>
      <w:r>
        <w:rPr>
          <w:i/>
          <w:color w:val="5A6E7D"/>
          <w:sz w:val="14"/>
        </w:rPr>
        <w:t xml:space="preserve">  [CONTEMPORANEO / 2016; Post 26 ottobre 2016 ore 15:30 UTC; riga 2670]</w:t>
      </w:r>
    </w:p>
    <w:p>
      <w:pPr>
        <w:spacing w:after="80" w:line="240" w:lineRule="auto"/>
        <w:ind w:left="198"/>
      </w:pPr>
      <w:r>
        <w:rPr>
          <w:sz w:val="16"/>
        </w:rPr>
        <w:t>Ale Colle</w:t>
      </w:r>
    </w:p>
    <w:p>
      <w:pPr>
        <w:spacing w:after="20"/>
      </w:pPr>
      <w:r>
        <w:rPr>
          <w:b/>
          <w:color w:val="07304D"/>
          <w:sz w:val="17"/>
        </w:rPr>
        <w:t>C0163 · Veronica Valenti</w:t>
      </w:r>
      <w:r>
        <w:rPr>
          <w:i/>
          <w:color w:val="5A6E7D"/>
          <w:sz w:val="14"/>
        </w:rPr>
        <w:t xml:space="preserve">  [CONTEMPORANEO / 2016; Post 26 ottobre 2016 ore 15:30 UTC; riga 2717]</w:t>
      </w:r>
    </w:p>
    <w:p>
      <w:pPr>
        <w:spacing w:after="80" w:line="240" w:lineRule="auto"/>
        <w:ind w:left="198"/>
      </w:pPr>
      <w:r>
        <w:rPr>
          <w:sz w:val="16"/>
        </w:rPr>
        <w:t>oh mio dio..infinita..</w:t>
      </w:r>
    </w:p>
    <w:p>
      <w:pPr>
        <w:spacing w:after="20"/>
      </w:pPr>
      <w:r>
        <w:rPr>
          <w:b/>
          <w:color w:val="07304D"/>
          <w:sz w:val="17"/>
        </w:rPr>
        <w:t>C0165 · Stefano Manzo</w:t>
      </w:r>
      <w:r>
        <w:rPr>
          <w:i/>
          <w:color w:val="5A6E7D"/>
          <w:sz w:val="14"/>
        </w:rPr>
        <w:t xml:space="preserve">  [CONTEMPORANEO / 2016; Post 26 ottobre 2016 ore 15:30 UTC; riga 2742]</w:t>
      </w:r>
    </w:p>
    <w:p>
      <w:pPr>
        <w:spacing w:after="80" w:line="240" w:lineRule="auto"/>
        <w:ind w:left="198"/>
      </w:pPr>
      <w:r>
        <w:rPr>
          <w:sz w:val="16"/>
        </w:rPr>
        <w:t>Scossa appena avvertita a Pomezia , provincia di Roma!</w:t>
      </w:r>
    </w:p>
    <w:p>
      <w:pPr>
        <w:spacing w:after="20"/>
      </w:pPr>
      <w:r>
        <w:rPr>
          <w:b/>
          <w:color w:val="07304D"/>
          <w:sz w:val="17"/>
        </w:rPr>
        <w:t>C0166 · Alessandro Peretti</w:t>
      </w:r>
      <w:r>
        <w:rPr>
          <w:i/>
          <w:color w:val="5A6E7D"/>
          <w:sz w:val="14"/>
        </w:rPr>
        <w:t xml:space="preserve">  [CONTEMPORANEO / 2016; Post 27 ottobre 2016 e commenti; riga 2876]</w:t>
      </w:r>
    </w:p>
    <w:p>
      <w:pPr>
        <w:spacing w:after="80" w:line="240" w:lineRule="auto"/>
        <w:ind w:left="198"/>
      </w:pPr>
      <w:r>
        <w:rPr>
          <w:sz w:val="16"/>
        </w:rPr>
        <w:t>Cit. "l'allineamento nonostante la distanza tra i due pianeti sarebbe riscontrabile in qualche centomillessimo di secondo." Scusa eh, ma non stiamo parlando di palline da ping pong...</w:t>
      </w:r>
    </w:p>
    <w:p>
      <w:pPr>
        <w:spacing w:after="20"/>
      </w:pPr>
      <w:r>
        <w:rPr>
          <w:b/>
          <w:color w:val="07304D"/>
          <w:sz w:val="17"/>
        </w:rPr>
        <w:t>C0168 · Claudio Cameli</w:t>
      </w:r>
      <w:r>
        <w:rPr>
          <w:i/>
          <w:color w:val="5A6E7D"/>
          <w:sz w:val="14"/>
        </w:rPr>
        <w:t xml:space="preserve">  [CONTEMPORANEO / 2016; Post 27 ottobre 2016 e commenti; riga 2917]</w:t>
      </w:r>
    </w:p>
    <w:p>
      <w:pPr>
        <w:spacing w:after="80" w:line="240" w:lineRule="auto"/>
        <w:ind w:left="198"/>
      </w:pPr>
      <w:r>
        <w:rPr>
          <w:sz w:val="16"/>
        </w:rPr>
        <w:t>Mancano i terremoti più ad alto rischio....Come mai??? Maurizio Vannicola</w:t>
      </w:r>
    </w:p>
    <w:p>
      <w:pPr>
        <w:spacing w:after="20"/>
      </w:pPr>
      <w:r>
        <w:rPr>
          <w:b/>
          <w:color w:val="07304D"/>
          <w:sz w:val="17"/>
        </w:rPr>
        <w:t>C0169 · Concetta Prestigiacomo</w:t>
      </w:r>
      <w:r>
        <w:rPr>
          <w:i/>
          <w:color w:val="5A6E7D"/>
          <w:sz w:val="14"/>
        </w:rPr>
        <w:t xml:space="preserve">  [CONTEMPORANEO / 2016; Post 27 ottobre 2016 e commenti; riga 2929]</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C0170 · Concetta Prestigiacomo</w:t>
      </w:r>
      <w:r>
        <w:rPr>
          <w:i/>
          <w:color w:val="5A6E7D"/>
          <w:sz w:val="14"/>
        </w:rPr>
        <w:t xml:space="preserve">  [CONTEMPORANEO / 2016; Post 27 ottobre 2016 e commenti; riga 2943]</w:t>
      </w:r>
    </w:p>
    <w:p>
      <w:pPr>
        <w:spacing w:after="80" w:line="240" w:lineRule="auto"/>
        <w:ind w:left="198"/>
      </w:pPr>
      <w:r>
        <w:rPr>
          <w:sz w:val="16"/>
        </w:rPr>
        <w:t>No, non è questo e non tutti i telefoni riescono a scricarla!</w:t>
      </w:r>
    </w:p>
    <w:p>
      <w:pPr>
        <w:spacing w:after="20"/>
      </w:pPr>
      <w:r>
        <w:rPr>
          <w:b/>
          <w:color w:val="07304D"/>
          <w:sz w:val="17"/>
        </w:rPr>
        <w:t>C0171 · Concetta Prestigiacomo</w:t>
      </w:r>
      <w:r>
        <w:rPr>
          <w:i/>
          <w:color w:val="5A6E7D"/>
          <w:sz w:val="14"/>
        </w:rPr>
        <w:t xml:space="preserve">  [CONTEMPORANEO / 2016; Post 27 ottobre 2016 e commenti; riga 2954]</w:t>
      </w:r>
    </w:p>
    <w:p>
      <w:pPr>
        <w:spacing w:after="80" w:line="240" w:lineRule="auto"/>
        <w:ind w:left="198"/>
      </w:pPr>
      <w:r>
        <w:rPr>
          <w:sz w:val="16"/>
        </w:rPr>
        <w:t>Quake Watch</w:t>
      </w:r>
    </w:p>
    <w:p>
      <w:pPr>
        <w:spacing w:after="20"/>
      </w:pPr>
      <w:r>
        <w:rPr>
          <w:b/>
          <w:color w:val="07304D"/>
          <w:sz w:val="17"/>
        </w:rPr>
        <w:t>C0172 · Francesco Fontana</w:t>
      </w:r>
      <w:r>
        <w:rPr>
          <w:i/>
          <w:color w:val="5A6E7D"/>
          <w:sz w:val="14"/>
        </w:rPr>
        <w:t xml:space="preserve">  [CONTEMPORANEO / 2016; Post 27 ottobre 2016 e commenti; riga 2965]</w:t>
      </w:r>
    </w:p>
    <w:p>
      <w:pPr>
        <w:spacing w:after="80" w:line="240" w:lineRule="auto"/>
        <w:ind w:left="198"/>
      </w:pPr>
      <w:r>
        <w:rPr>
          <w:sz w:val="16"/>
        </w:rPr>
        <w:t>Ieri aveva dato un incremento alle 17 poi alle 19 alla fine........ I pianeti non c'entra nulla con i terremoti</w:t>
      </w:r>
    </w:p>
    <w:p>
      <w:pPr>
        <w:spacing w:after="20"/>
      </w:pPr>
      <w:r>
        <w:rPr>
          <w:b/>
          <w:color w:val="07304D"/>
          <w:sz w:val="17"/>
        </w:rPr>
        <w:t>C0175 · Pro Zixy</w:t>
      </w:r>
      <w:r>
        <w:rPr>
          <w:i/>
          <w:color w:val="5A6E7D"/>
          <w:sz w:val="14"/>
        </w:rPr>
        <w:t xml:space="preserve">  [CONTEMPORANEO / 2016; Post 27 ottobre 2016 e commenti; riga 3002]</w:t>
      </w:r>
    </w:p>
    <w:p>
      <w:pPr>
        <w:spacing w:after="80" w:line="240" w:lineRule="auto"/>
        <w:ind w:left="198"/>
      </w:pPr>
      <w:r>
        <w:rPr>
          <w:sz w:val="16"/>
        </w:rPr>
        <w:t>Scusate ma oggi l'allineamento è stato luna giove. Dal grafico si dice luna venere......</w:t>
      </w:r>
    </w:p>
    <w:p>
      <w:pPr>
        <w:spacing w:after="20"/>
      </w:pPr>
      <w:r>
        <w:rPr>
          <w:b/>
          <w:color w:val="07304D"/>
          <w:sz w:val="17"/>
        </w:rPr>
        <w:t>C0176 · Sabrina Angelini</w:t>
      </w:r>
      <w:r>
        <w:rPr>
          <w:i/>
          <w:color w:val="5A6E7D"/>
          <w:sz w:val="14"/>
        </w:rPr>
        <w:t xml:space="preserve">  [CONTEMPORANEO / 2016; Post 27 ottobre 2016 e commenti; riga 3013]</w:t>
      </w:r>
    </w:p>
    <w:p>
      <w:pPr>
        <w:spacing w:after="80" w:line="240" w:lineRule="auto"/>
        <w:ind w:left="198"/>
      </w:pPr>
      <w:r>
        <w:rPr>
          <w:sz w:val="16"/>
        </w:rPr>
        <w:t>Per fortuna solo un 3.3...speriamo che basti</w:t>
      </w:r>
    </w:p>
    <w:p>
      <w:pPr>
        <w:spacing w:after="20"/>
      </w:pPr>
      <w:r>
        <w:rPr>
          <w:b/>
          <w:color w:val="07304D"/>
          <w:sz w:val="17"/>
        </w:rPr>
        <w:t>C0178 · Concetta Prestigiacomo</w:t>
      </w:r>
      <w:r>
        <w:rPr>
          <w:i/>
          <w:color w:val="5A6E7D"/>
          <w:sz w:val="14"/>
        </w:rPr>
        <w:t xml:space="preserve">  [CONTEMPORANEO / 2016; Post 27 ottobre 2016 e commenti; riga 3036]</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C0179 · Donato Nunzi</w:t>
      </w:r>
      <w:r>
        <w:rPr>
          <w:i/>
          <w:color w:val="5A6E7D"/>
          <w:sz w:val="14"/>
        </w:rPr>
        <w:t xml:space="preserve">  [CONTEMPORANEO / 2016; Post 27 ottobre 2016 e commenti; riga 3050]</w:t>
      </w:r>
    </w:p>
    <w:p>
      <w:pPr>
        <w:spacing w:after="80" w:line="240" w:lineRule="auto"/>
        <w:ind w:left="198"/>
      </w:pPr>
      <w:r>
        <w:rPr>
          <w:sz w:val="16"/>
        </w:rPr>
        <w:t>il discorso dei pianeti ci puo anche stare...ma perchè questo allineamento si dovrebbe scatenare proprio nelle Marche e zone limitrofe e non in altri territori sismici sparsi sul globo!?!?</w:t>
      </w:r>
    </w:p>
    <w:p>
      <w:pPr>
        <w:spacing w:after="20"/>
      </w:pPr>
      <w:r>
        <w:rPr>
          <w:b/>
          <w:color w:val="07304D"/>
          <w:sz w:val="17"/>
        </w:rPr>
        <w:t>C0183 · Sara Cappelletti</w:t>
      </w:r>
      <w:r>
        <w:rPr>
          <w:i/>
          <w:color w:val="5A6E7D"/>
          <w:sz w:val="14"/>
        </w:rPr>
        <w:t xml:space="preserve">  [CONTEMPORANEO / 2016; Post 27 ottobre 2016 e commenti; riga 3095]</w:t>
      </w:r>
    </w:p>
    <w:p>
      <w:pPr>
        <w:spacing w:after="80" w:line="240" w:lineRule="auto"/>
        <w:ind w:left="198"/>
      </w:pPr>
      <w:r>
        <w:rPr>
          <w:sz w:val="16"/>
        </w:rPr>
        <w:t>C'è un modo per vedere il grafico più nitidamente ??? Non si distingue niente.....</w:t>
      </w:r>
    </w:p>
    <w:p>
      <w:pPr>
        <w:spacing w:after="20"/>
      </w:pPr>
      <w:r>
        <w:rPr>
          <w:b/>
          <w:color w:val="07304D"/>
          <w:sz w:val="17"/>
        </w:rPr>
        <w:t>C0184 · Ka Tia</w:t>
      </w:r>
      <w:r>
        <w:rPr>
          <w:i/>
          <w:color w:val="5A6E7D"/>
          <w:sz w:val="14"/>
        </w:rPr>
        <w:t xml:space="preserve">  [CONTEMPORANEO / 2016; Post 27 ottobre 2016 e commenti; riga 3106]</w:t>
      </w:r>
    </w:p>
    <w:p>
      <w:pPr>
        <w:spacing w:after="80" w:line="240" w:lineRule="auto"/>
        <w:ind w:left="198"/>
      </w:pPr>
      <w:r>
        <w:rPr>
          <w:sz w:val="16"/>
        </w:rPr>
        <w:t>http://www.blitzquotidiano.it/.../terremoto-marche-e.../ BLITZQUOTIDIANO.IT Terremoto Marche e Umbria, incubo faglia dormiente: nuova frattura appenninica | Blitz quotidiano Terremoto Marche e Umbria, incubo faglia dormiente: nuova frattura appenninica | Blitz quotidiano</w:t>
      </w:r>
    </w:p>
    <w:p>
      <w:pPr>
        <w:spacing w:after="20"/>
      </w:pPr>
      <w:r>
        <w:rPr>
          <w:b/>
          <w:color w:val="07304D"/>
          <w:sz w:val="17"/>
        </w:rPr>
        <w:t>C0189 · Lory Di Antonio</w:t>
      </w:r>
      <w:r>
        <w:rPr>
          <w:i/>
          <w:color w:val="5A6E7D"/>
          <w:sz w:val="14"/>
        </w:rPr>
        <w:t xml:space="preserve">  [CONTEMPORANEO / 2016; Post 27 ottobre 2016 e commenti; riga 3165]</w:t>
      </w:r>
    </w:p>
    <w:p>
      <w:pPr>
        <w:spacing w:after="80" w:line="240" w:lineRule="auto"/>
        <w:ind w:left="198"/>
      </w:pPr>
      <w:r>
        <w:rPr>
          <w:sz w:val="16"/>
        </w:rPr>
        <w:t>Ma perché le scosse forti sempre di notte ?</w:t>
      </w:r>
    </w:p>
    <w:p>
      <w:pPr>
        <w:spacing w:after="20"/>
      </w:pPr>
      <w:r>
        <w:rPr>
          <w:b/>
          <w:color w:val="07304D"/>
          <w:sz w:val="17"/>
        </w:rPr>
        <w:t>C0191 · Nadia Nonni</w:t>
      </w:r>
      <w:r>
        <w:rPr>
          <w:i/>
          <w:color w:val="5A6E7D"/>
          <w:sz w:val="14"/>
        </w:rPr>
        <w:t xml:space="preserve">  [CONTEMPORANEO / 2016; Post 27 ottobre 2016 e commenti; riga 3188]</w:t>
      </w:r>
    </w:p>
    <w:p>
      <w:pPr>
        <w:spacing w:after="80" w:line="240" w:lineRule="auto"/>
        <w:ind w:left="198"/>
      </w:pPr>
      <w:r>
        <w:rPr>
          <w:sz w:val="16"/>
        </w:rPr>
        <w:t>Beatrice Nonni</w:t>
      </w:r>
    </w:p>
    <w:p>
      <w:pPr>
        <w:spacing w:after="20"/>
      </w:pPr>
      <w:r>
        <w:rPr>
          <w:b/>
          <w:color w:val="07304D"/>
          <w:sz w:val="17"/>
        </w:rPr>
        <w:t>C0192 · Sara Tanini</w:t>
      </w:r>
      <w:r>
        <w:rPr>
          <w:i/>
          <w:color w:val="5A6E7D"/>
          <w:sz w:val="14"/>
        </w:rPr>
        <w:t xml:space="preserve">  [CONTEMPORANEO / 2016; Post 27 ottobre 2016 e commenti; riga 3199]</w:t>
      </w:r>
    </w:p>
    <w:p>
      <w:pPr>
        <w:spacing w:after="80" w:line="240" w:lineRule="auto"/>
        <w:ind w:left="198"/>
      </w:pPr>
      <w:r>
        <w:rPr>
          <w:sz w:val="16"/>
        </w:rPr>
        <w:t>La cosa vergognosa è che in tv continuano a dire che non si può prevedere....che schifo di interessi ci sono dietro?????</w:t>
      </w:r>
    </w:p>
    <w:p>
      <w:pPr>
        <w:spacing w:after="20"/>
      </w:pPr>
      <w:r>
        <w:rPr>
          <w:b/>
          <w:color w:val="07304D"/>
          <w:sz w:val="17"/>
        </w:rPr>
        <w:t>C0193 · Coco Alice Feel</w:t>
      </w:r>
      <w:r>
        <w:rPr>
          <w:i/>
          <w:color w:val="5A6E7D"/>
          <w:sz w:val="14"/>
        </w:rPr>
        <w:t xml:space="preserve">  [CONTEMPORANEO / 2016; Post 27 ottobre 2016 e commenti; riga 3211]</w:t>
      </w:r>
    </w:p>
    <w:p>
      <w:pPr>
        <w:spacing w:after="80" w:line="240" w:lineRule="auto"/>
        <w:ind w:left="198"/>
      </w:pPr>
      <w:r>
        <w:rPr>
          <w:sz w:val="16"/>
        </w:rPr>
        <w:t>#iostoconcalandra</w:t>
      </w:r>
    </w:p>
    <w:p>
      <w:pPr>
        <w:spacing w:after="20"/>
      </w:pPr>
      <w:r>
        <w:rPr>
          <w:b/>
          <w:color w:val="07304D"/>
          <w:sz w:val="17"/>
        </w:rPr>
        <w:t>C0194 · Davide Stacchiotti</w:t>
      </w:r>
      <w:r>
        <w:rPr>
          <w:i/>
          <w:color w:val="5A6E7D"/>
          <w:sz w:val="14"/>
        </w:rPr>
        <w:t xml:space="preserve">  [CONTEMPORANEO / 2016; Post 27 ottobre 2016 e commenti; riga 3224]</w:t>
      </w:r>
    </w:p>
    <w:p>
      <w:pPr>
        <w:spacing w:after="80" w:line="240" w:lineRule="auto"/>
        <w:ind w:left="198"/>
      </w:pPr>
      <w:r>
        <w:rPr>
          <w:sz w:val="16"/>
        </w:rPr>
        <w:t>Salve io non scredito queste informazioni anzi!!! Ma qualcuno potrebbe spiegarmi il perché proprio area mediterranea e non tutto il mondo è interessato dalle conseguenze di allineamento ?</w:t>
      </w:r>
    </w:p>
    <w:p>
      <w:pPr>
        <w:spacing w:after="20"/>
      </w:pPr>
      <w:r>
        <w:rPr>
          <w:b/>
          <w:color w:val="07304D"/>
          <w:sz w:val="17"/>
        </w:rPr>
        <w:t>C0195 · Claudio Pagliuca</w:t>
      </w:r>
      <w:r>
        <w:rPr>
          <w:i/>
          <w:color w:val="5A6E7D"/>
          <w:sz w:val="14"/>
        </w:rPr>
        <w:t xml:space="preserve">  [CONTEMPORANEO / 2016; Post 27 ottobre 2016 e commenti; riga 3236]</w:t>
      </w:r>
    </w:p>
    <w:p>
      <w:pPr>
        <w:spacing w:after="80" w:line="240" w:lineRule="auto"/>
        <w:ind w:left="198"/>
      </w:pPr>
      <w:r>
        <w:rPr>
          <w:sz w:val="16"/>
        </w:rPr>
        <w:t>Marzia Partemi</w:t>
      </w:r>
    </w:p>
    <w:p>
      <w:pPr>
        <w:spacing w:after="20"/>
      </w:pPr>
      <w:r>
        <w:rPr>
          <w:b/>
          <w:color w:val="07304D"/>
          <w:sz w:val="17"/>
        </w:rPr>
        <w:t>C0197 · Alfonso Stuardi</w:t>
      </w:r>
      <w:r>
        <w:rPr>
          <w:i/>
          <w:color w:val="5A6E7D"/>
          <w:sz w:val="14"/>
        </w:rPr>
        <w:t xml:space="preserve">  [CONTEMPORANEO / 2016; Post 27 ottobre 2016 e commenti; riga 3258]</w:t>
      </w:r>
    </w:p>
    <w:p>
      <w:pPr>
        <w:spacing w:after="80" w:line="240" w:lineRule="auto"/>
        <w:ind w:left="198"/>
      </w:pPr>
      <w:r>
        <w:rPr>
          <w:sz w:val="16"/>
        </w:rPr>
        <w:t>Guardo con curiosità a questo metodo previsionale che, se ho capito bene, si basa sulla influenza del campo gravitazionale dei pianeti più vicini e, quindi, sulla loro azione mareale sull'oceano di magma che si trova sotto la superficie. Mi sorge però una dubbio: se questi effetti si hanno su una sostanza come il magma, mi aspetterei che gli stessi effetti siano ancora più evidenti sull'acqua (che ha una densita e quindi un peso specifico molto minore), con inondazioni dei paesi sulle coste o, quantomeno, con evidentissimi effetti di marea. Perchè non si hanno queste evidenze?</w:t>
      </w:r>
    </w:p>
    <w:p>
      <w:pPr>
        <w:spacing w:after="20"/>
      </w:pPr>
      <w:r>
        <w:rPr>
          <w:b/>
          <w:color w:val="07304D"/>
          <w:sz w:val="17"/>
        </w:rPr>
        <w:t>C0198 · Barbara Pela</w:t>
      </w:r>
      <w:r>
        <w:rPr>
          <w:i/>
          <w:color w:val="5A6E7D"/>
          <w:sz w:val="14"/>
        </w:rPr>
        <w:t xml:space="preserve">  [CONTEMPORANEO / 2016; Post 27 ottobre 2016 e commenti; riga 3270]</w:t>
      </w:r>
    </w:p>
    <w:p>
      <w:pPr>
        <w:spacing w:after="80" w:line="240" w:lineRule="auto"/>
        <w:ind w:left="198"/>
      </w:pPr>
      <w:r>
        <w:rPr>
          <w:sz w:val="16"/>
        </w:rPr>
        <w:t>È una scoperta straordinaria. Epocale. Tante vite verranno risparmiate</w:t>
      </w:r>
    </w:p>
    <w:p>
      <w:pPr>
        <w:spacing w:after="20"/>
      </w:pPr>
      <w:r>
        <w:rPr>
          <w:b/>
          <w:color w:val="07304D"/>
          <w:sz w:val="17"/>
        </w:rPr>
        <w:t>C0199 · Jessica Passeri</w:t>
      </w:r>
      <w:r>
        <w:rPr>
          <w:i/>
          <w:color w:val="5A6E7D"/>
          <w:sz w:val="14"/>
        </w:rPr>
        <w:t xml:space="preserve">  [CONTEMPORANEO / 2016; Post 27 ottobre 2016 e commenti; riga 3282]</w:t>
      </w:r>
    </w:p>
    <w:p>
      <w:pPr>
        <w:spacing w:after="80" w:line="240" w:lineRule="auto"/>
        <w:ind w:left="198"/>
      </w:pPr>
      <w:r>
        <w:rPr>
          <w:sz w:val="16"/>
        </w:rPr>
        <w:t>Siamo un masso di capre (come dice sgarbi) invece di aiutare calandra e chi con lui..le persone continuano a dire che sono dei cerlatani, ma io mi domando, invece di criticare, le forze alte non possono semplicemente aiutarlo?! Perché si deve sempre denigrare il lavoro altrui? In questi casi bisogna far forza!!! E soprattutto riconoscere che nonostante tutto ci hanno preso ed io non credo sia stata una coincidenza!!!</w:t>
      </w:r>
    </w:p>
    <w:p>
      <w:pPr>
        <w:spacing w:after="20"/>
      </w:pPr>
      <w:r>
        <w:rPr>
          <w:b/>
          <w:color w:val="07304D"/>
          <w:sz w:val="17"/>
        </w:rPr>
        <w:t>C0201 · Astrid Anselmi</w:t>
      </w:r>
      <w:r>
        <w:rPr>
          <w:i/>
          <w:color w:val="5A6E7D"/>
          <w:sz w:val="14"/>
        </w:rPr>
        <w:t xml:space="preserve">  [CONTEMPORANEO / 2016; Post 27 ottobre 2016 e commenti; riga 3308]</w:t>
      </w:r>
    </w:p>
    <w:p>
      <w:pPr>
        <w:spacing w:after="80" w:line="240" w:lineRule="auto"/>
        <w:ind w:left="198"/>
      </w:pPr>
      <w:r>
        <w:rPr>
          <w:sz w:val="16"/>
        </w:rPr>
        <w:t>Nessuno qui gioca al "piccolo mago", è ovvio. E nessuno ha la verità in tasca. Mettere eventi in CORRELAZIONE non è un metodo scientifico, è appunto un Modello Teorico, come sottolinea Calandra stesso. Con i Terremoti, non potendo dimostrare con la riproduzione delle condizioni in cui si verificano gli eventi, si lavora su PROBABILITÀ e conoscenze geologiche. La " novità " di Calandra (che poi le antiche popolazioni avevano solo da insegnare, in merito!), è il "guardare in alto", e non solo in basso (sotto i nostri piedi). La correlazione tra fattori sopra e sotto di noi, non dovrebbe stupire, in realtà.</w:t>
      </w:r>
    </w:p>
    <w:p>
      <w:pPr>
        <w:spacing w:after="20"/>
      </w:pPr>
      <w:r>
        <w:rPr>
          <w:b/>
          <w:color w:val="07304D"/>
          <w:sz w:val="17"/>
        </w:rPr>
        <w:t>C0203 · Ira Fu</w:t>
      </w:r>
      <w:r>
        <w:rPr>
          <w:i/>
          <w:color w:val="5A6E7D"/>
          <w:sz w:val="14"/>
        </w:rPr>
        <w:t xml:space="preserve">  [CONTEMPORANEO / 2016; Post 27 ottobre 2016 e commenti; riga 3336]</w:t>
      </w:r>
    </w:p>
    <w:p>
      <w:pPr>
        <w:spacing w:after="80" w:line="240" w:lineRule="auto"/>
        <w:ind w:left="198"/>
      </w:pPr>
      <w:r>
        <w:rPr>
          <w:sz w:val="16"/>
        </w:rPr>
        <w:t>Lo speriamo tutti che sia finita, ma Giuliani ha emesso allerta ieri sera per faglia aquilana a causa di picchi di radon da non sottovalutare...</w:t>
      </w:r>
    </w:p>
    <w:p>
      <w:pPr>
        <w:spacing w:after="20"/>
      </w:pPr>
      <w:r>
        <w:rPr>
          <w:b/>
          <w:color w:val="07304D"/>
          <w:sz w:val="17"/>
        </w:rPr>
        <w:t>C0206 · Astrid Anselmi</w:t>
      </w:r>
      <w:r>
        <w:rPr>
          <w:i/>
          <w:color w:val="5A6E7D"/>
          <w:sz w:val="14"/>
        </w:rPr>
        <w:t xml:space="preserve">  [CONTEMPORANEO / 2016; Post 27 ottobre 2016 e commenti; riga 3373]</w:t>
      </w:r>
    </w:p>
    <w:p>
      <w:pPr>
        <w:spacing w:after="80" w:line="240" w:lineRule="auto"/>
        <w:ind w:left="198"/>
      </w:pPr>
      <w:r>
        <w:rPr>
          <w:sz w:val="16"/>
        </w:rPr>
        <w:t>Credo che da noi non succederà più nulla, se non un normale sciame sismico (scosse anche forti, ma non per forza catastrofiche), come del resto da mesi si ha quello della zona di Amatrice. Staremo a vedere in queste ore.</w:t>
      </w:r>
    </w:p>
    <w:p>
      <w:pPr>
        <w:spacing w:after="20"/>
      </w:pPr>
      <w:r>
        <w:rPr>
          <w:b/>
          <w:color w:val="07304D"/>
          <w:sz w:val="17"/>
        </w:rPr>
        <w:t>C0208 · Astrid Anselmi</w:t>
      </w:r>
      <w:r>
        <w:rPr>
          <w:i/>
          <w:color w:val="5A6E7D"/>
          <w:sz w:val="14"/>
        </w:rPr>
        <w:t xml:space="preserve">  [CONTEMPORANEO / 2016; Post 27 ottobre 2016 e commenti; riga 3403]</w:t>
      </w:r>
    </w:p>
    <w:p>
      <w:pPr>
        <w:spacing w:after="80" w:line="240" w:lineRule="auto"/>
        <w:ind w:left="198"/>
      </w:pPr>
      <w:r>
        <w:rPr>
          <w:sz w:val="16"/>
        </w:rPr>
        <w:t>La cosiddetta Area Mediterranea "a rischio"</w:t>
      </w:r>
    </w:p>
    <w:p>
      <w:pPr>
        <w:spacing w:after="20"/>
      </w:pPr>
      <w:r>
        <w:rPr>
          <w:b/>
          <w:color w:val="07304D"/>
          <w:sz w:val="17"/>
        </w:rPr>
        <w:t>C0211 · Astrid Anselmi</w:t>
      </w:r>
      <w:r>
        <w:rPr>
          <w:i/>
          <w:color w:val="5A6E7D"/>
          <w:sz w:val="14"/>
        </w:rPr>
        <w:t xml:space="preserve">  [CONTEMPORANEO / 2016; Post 27 ottobre 2016 e commenti; riga 3443]</w:t>
      </w:r>
    </w:p>
    <w:p>
      <w:pPr>
        <w:spacing w:after="80" w:line="240" w:lineRule="auto"/>
        <w:ind w:left="198"/>
      </w:pPr>
      <w:r>
        <w:rPr>
          <w:sz w:val="16"/>
        </w:rPr>
        <w:t>Io credo che la faglia che si è attivata ieri sera "abbia già dato". Possibile che il picco previsto per stanotte, causi terremoti altrove! La zona " Mediterranea " è ampia e tutta Sismica!</w:t>
      </w:r>
    </w:p>
    <w:p>
      <w:pPr>
        <w:spacing w:after="20"/>
      </w:pPr>
      <w:r>
        <w:rPr>
          <w:b/>
          <w:color w:val="07304D"/>
          <w:sz w:val="17"/>
        </w:rPr>
        <w:t>C0214 · Sissy Ci</w:t>
      </w:r>
      <w:r>
        <w:rPr>
          <w:i/>
          <w:color w:val="5A6E7D"/>
          <w:sz w:val="14"/>
        </w:rPr>
        <w:t xml:space="preserve">  [CONTEMPORANEO / 2016; Post 27 ottobre 2016 e commenti; riga 3480]</w:t>
      </w:r>
    </w:p>
    <w:p>
      <w:pPr>
        <w:spacing w:after="80" w:line="240" w:lineRule="auto"/>
        <w:ind w:left="198"/>
      </w:pPr>
      <w:r>
        <w:rPr>
          <w:sz w:val="16"/>
        </w:rPr>
        <w:t>Fabio De Luca</w:t>
      </w:r>
    </w:p>
    <w:p>
      <w:pPr>
        <w:spacing w:after="20"/>
      </w:pPr>
      <w:r>
        <w:rPr>
          <w:b/>
          <w:color w:val="07304D"/>
          <w:sz w:val="17"/>
        </w:rPr>
        <w:t>C0216 · Alessandra Iachetti</w:t>
      </w:r>
      <w:r>
        <w:rPr>
          <w:i/>
          <w:color w:val="5A6E7D"/>
          <w:sz w:val="14"/>
        </w:rPr>
        <w:t xml:space="preserve">  [CONTEMPORANEO / 2016; Post 27 ottobre 2016 e commenti; riga 3504]</w:t>
      </w:r>
    </w:p>
    <w:p>
      <w:pPr>
        <w:spacing w:after="80" w:line="240" w:lineRule="auto"/>
        <w:ind w:left="198"/>
      </w:pPr>
      <w:r>
        <w:rPr>
          <w:sz w:val="16"/>
        </w:rPr>
        <w:t>Vincenzo Recchiuti</w:t>
      </w:r>
    </w:p>
    <w:p>
      <w:pPr>
        <w:spacing w:after="20"/>
      </w:pPr>
      <w:r>
        <w:rPr>
          <w:b/>
          <w:color w:val="07304D"/>
          <w:sz w:val="17"/>
        </w:rPr>
        <w:t>C0217 · Alessandra Iachetti</w:t>
      </w:r>
      <w:r>
        <w:rPr>
          <w:i/>
          <w:color w:val="5A6E7D"/>
          <w:sz w:val="14"/>
        </w:rPr>
        <w:t xml:space="preserve">  [CONTEMPORANEO / 2016; Post 27 ottobre 2016 e commenti; riga 3515]</w:t>
      </w:r>
    </w:p>
    <w:p>
      <w:pPr>
        <w:spacing w:after="80" w:line="240" w:lineRule="auto"/>
        <w:ind w:left="198"/>
      </w:pPr>
      <w:r>
        <w:rPr>
          <w:sz w:val="16"/>
        </w:rPr>
        <w:t>Vincenzo Recchiuti Nella Cocci</w:t>
      </w:r>
    </w:p>
    <w:p>
      <w:pPr>
        <w:spacing w:after="20"/>
      </w:pPr>
      <w:r>
        <w:rPr>
          <w:b/>
          <w:color w:val="07304D"/>
          <w:sz w:val="17"/>
        </w:rPr>
        <w:t>C0218 · Barbara Pela</w:t>
      </w:r>
      <w:r>
        <w:rPr>
          <w:i/>
          <w:color w:val="5A6E7D"/>
          <w:sz w:val="14"/>
        </w:rPr>
        <w:t xml:space="preserve">  [CONTEMPORANEO / 2016; Post 27 ottobre 2016 e commenti; riga 3526]</w:t>
      </w:r>
    </w:p>
    <w:p>
      <w:pPr>
        <w:spacing w:after="80" w:line="240" w:lineRule="auto"/>
        <w:ind w:left="198"/>
      </w:pPr>
      <w:r>
        <w:rPr>
          <w:sz w:val="16"/>
        </w:rPr>
        <w:t>Che ne pensate di altri possibili epicentri?</w:t>
      </w:r>
    </w:p>
    <w:p>
      <w:pPr>
        <w:spacing w:after="20"/>
      </w:pPr>
      <w:r>
        <w:rPr>
          <w:b/>
          <w:color w:val="07304D"/>
          <w:sz w:val="17"/>
        </w:rPr>
        <w:t>C0219 · Cheti Ottaviani</w:t>
      </w:r>
      <w:r>
        <w:rPr>
          <w:i/>
          <w:color w:val="5A6E7D"/>
          <w:sz w:val="14"/>
        </w:rPr>
        <w:t xml:space="preserve">  [CONTEMPORANEO / 2016; Post 27 ottobre 2016 e commenti; riga 3538]</w:t>
      </w:r>
    </w:p>
    <w:p>
      <w:pPr>
        <w:spacing w:after="80" w:line="240" w:lineRule="auto"/>
        <w:ind w:left="198"/>
      </w:pPr>
      <w:r>
        <w:rPr>
          <w:sz w:val="16"/>
        </w:rPr>
        <w:t>W gli alpini</w:t>
      </w:r>
    </w:p>
    <w:p>
      <w:pPr>
        <w:spacing w:after="20"/>
      </w:pPr>
      <w:r>
        <w:rPr>
          <w:b/>
          <w:color w:val="07304D"/>
          <w:sz w:val="17"/>
        </w:rPr>
        <w:t>C0222 · Ylenia Malentacchi</w:t>
      </w:r>
      <w:r>
        <w:rPr>
          <w:i/>
          <w:color w:val="5A6E7D"/>
          <w:sz w:val="14"/>
        </w:rPr>
        <w:t xml:space="preserve">  [CONTEMPORANEO / 2016; Post 27 ottobre 2016 e commenti; riga 3571]</w:t>
      </w:r>
    </w:p>
    <w:p>
      <w:pPr>
        <w:spacing w:after="80" w:line="240" w:lineRule="auto"/>
        <w:ind w:left="198"/>
      </w:pPr>
      <w:r>
        <w:rPr>
          <w:sz w:val="16"/>
        </w:rPr>
        <w:t>Ma indicayivamente si può sapere se avverrà nella solita zona epicentro o colpirà altre regioni?</w:t>
      </w:r>
    </w:p>
    <w:p>
      <w:pPr>
        <w:spacing w:after="20"/>
      </w:pPr>
      <w:r>
        <w:rPr>
          <w:b/>
          <w:color w:val="07304D"/>
          <w:sz w:val="17"/>
        </w:rPr>
        <w:t>C0223 · Anna Giancola</w:t>
      </w:r>
      <w:r>
        <w:rPr>
          <w:i/>
          <w:color w:val="5A6E7D"/>
          <w:sz w:val="14"/>
        </w:rPr>
        <w:t xml:space="preserve">  [CONTEMPORANEO / 2016; Post 27 ottobre 2016 e commenti; riga 3583]</w:t>
      </w:r>
    </w:p>
    <w:p>
      <w:pPr>
        <w:spacing w:after="80" w:line="240" w:lineRule="auto"/>
        <w:ind w:left="198"/>
      </w:pPr>
      <w:r>
        <w:rPr>
          <w:sz w:val="16"/>
        </w:rPr>
        <w:t>Antonella De Carolis, Ivana Troiani, Sabatino Fortunato, Clementina Allulli, Nadia Di Felice, Sonia Chiodi, Annarita Mattiucci, Giuseppina Paiano, Wania Della Vigna, Guido Di Matteo, Guido de Carolis, Annamaria Pomponii, Giulia Pompili, Luciana Di Marco, Barbara Di Paolantonio, Barbara Di Paolantonio, Massimo Tudini,</w:t>
      </w:r>
    </w:p>
    <w:p>
      <w:pPr>
        <w:spacing w:after="20"/>
      </w:pPr>
      <w:r>
        <w:rPr>
          <w:b/>
          <w:color w:val="07304D"/>
          <w:sz w:val="17"/>
        </w:rPr>
        <w:t>C0224 · Cristina Di Nicola</w:t>
      </w:r>
      <w:r>
        <w:rPr>
          <w:i/>
          <w:color w:val="5A6E7D"/>
          <w:sz w:val="14"/>
        </w:rPr>
        <w:t xml:space="preserve">  [CONTEMPORANEO / 2016; Post 27 ottobre 2016 e commenti; riga 3594]</w:t>
      </w:r>
    </w:p>
    <w:p>
      <w:pPr>
        <w:spacing w:after="80" w:line="240" w:lineRule="auto"/>
        <w:ind w:left="198"/>
      </w:pPr>
      <w:r>
        <w:rPr>
          <w:sz w:val="16"/>
        </w:rPr>
        <w:t>U</w:t>
      </w:r>
    </w:p>
    <w:p>
      <w:pPr>
        <w:spacing w:after="20"/>
      </w:pPr>
      <w:r>
        <w:rPr>
          <w:b/>
          <w:color w:val="07304D"/>
          <w:sz w:val="17"/>
        </w:rPr>
        <w:t>C0225 · Anna Giancola</w:t>
      </w:r>
      <w:r>
        <w:rPr>
          <w:i/>
          <w:color w:val="5A6E7D"/>
          <w:sz w:val="14"/>
        </w:rPr>
        <w:t xml:space="preserve">  [CONTEMPORANEO / 2016; Post 27 ottobre 2016 e commenti; riga 3605]</w:t>
      </w:r>
    </w:p>
    <w:p>
      <w:pPr>
        <w:spacing w:after="80" w:line="240" w:lineRule="auto"/>
        <w:ind w:left="198"/>
      </w:pPr>
      <w:r>
        <w:rPr>
          <w:sz w:val="16"/>
        </w:rPr>
        <w:t>Francesca Frosinini</w:t>
      </w:r>
    </w:p>
    <w:p>
      <w:pPr>
        <w:spacing w:after="20"/>
      </w:pPr>
      <w:r>
        <w:rPr>
          <w:b/>
          <w:color w:val="07304D"/>
          <w:sz w:val="17"/>
        </w:rPr>
        <w:t>C0226 · Angela Reggio</w:t>
      </w:r>
      <w:r>
        <w:rPr>
          <w:i/>
          <w:color w:val="5A6E7D"/>
          <w:sz w:val="14"/>
        </w:rPr>
        <w:t xml:space="preserve">  [CONTEMPORANEO / 2016; Post 27 ottobre 2016 e commenti; riga 3616]</w:t>
      </w:r>
    </w:p>
    <w:p>
      <w:pPr>
        <w:spacing w:after="80" w:line="240" w:lineRule="auto"/>
        <w:ind w:left="198"/>
      </w:pPr>
      <w:r>
        <w:rPr>
          <w:sz w:val="16"/>
        </w:rPr>
        <w:t>Maria Laura Canori ecco il gruppo...Anna Lisa Raggi</w:t>
      </w:r>
    </w:p>
    <w:p>
      <w:pPr>
        <w:spacing w:after="20"/>
      </w:pPr>
      <w:r>
        <w:rPr>
          <w:b/>
          <w:color w:val="07304D"/>
          <w:sz w:val="17"/>
        </w:rPr>
        <w:t>C0228 · Tatiana Guercia</w:t>
      </w:r>
      <w:r>
        <w:rPr>
          <w:i/>
          <w:color w:val="5A6E7D"/>
          <w:sz w:val="14"/>
        </w:rPr>
        <w:t xml:space="preserve">  [CONTEMPORANEO / 2016; Post 27 ottobre 2016 e commenti; riga 3638]</w:t>
      </w:r>
    </w:p>
    <w:p>
      <w:pPr>
        <w:spacing w:after="80" w:line="240" w:lineRule="auto"/>
        <w:ind w:left="198"/>
      </w:pPr>
      <w:r>
        <w:rPr>
          <w:sz w:val="16"/>
        </w:rPr>
        <w:t>Sergio Guercia guarda</w:t>
      </w:r>
    </w:p>
    <w:p>
      <w:pPr>
        <w:spacing w:after="20"/>
      </w:pPr>
      <w:r>
        <w:rPr>
          <w:b/>
          <w:color w:val="07304D"/>
          <w:sz w:val="17"/>
        </w:rPr>
        <w:t>C0229 · Mar Gr</w:t>
      </w:r>
      <w:r>
        <w:rPr>
          <w:i/>
          <w:color w:val="5A6E7D"/>
          <w:sz w:val="14"/>
        </w:rPr>
        <w:t xml:space="preserve">  [CONTEMPORANEO / 2016; Post 27 ottobre 2016 e commenti; riga 3649]</w:t>
      </w:r>
    </w:p>
    <w:p>
      <w:pPr>
        <w:spacing w:after="80" w:line="240" w:lineRule="auto"/>
        <w:ind w:left="198"/>
      </w:pPr>
      <w:r>
        <w:rPr>
          <w:sz w:val="16"/>
        </w:rPr>
        <w:t>Marco Lucente</w:t>
      </w:r>
    </w:p>
    <w:p>
      <w:pPr>
        <w:spacing w:after="20"/>
      </w:pPr>
      <w:r>
        <w:rPr>
          <w:b/>
          <w:color w:val="07304D"/>
          <w:sz w:val="17"/>
        </w:rPr>
        <w:t>C0231 · Annalisa Gulino</w:t>
      </w:r>
      <w:r>
        <w:rPr>
          <w:i/>
          <w:color w:val="5A6E7D"/>
          <w:sz w:val="14"/>
        </w:rPr>
        <w:t xml:space="preserve">  [CONTEMPORANEO / 2016; Post 27 ottobre 2016 e commenti; riga 3674]</w:t>
      </w:r>
    </w:p>
    <w:p>
      <w:pPr>
        <w:spacing w:after="80" w:line="240" w:lineRule="auto"/>
        <w:ind w:left="198"/>
      </w:pPr>
      <w:r>
        <w:rPr>
          <w:sz w:val="16"/>
        </w:rPr>
        <w:t>Ovvio che 1730 di oggi ..può essere le 16 o le 18...fino a l'altro giorno nessuno ci credeva,adesso è prematuro pretendere i minuti, non è trenitalia ( che poi manco loro é precisi)</w:t>
      </w:r>
    </w:p>
    <w:p>
      <w:pPr>
        <w:spacing w:after="20"/>
      </w:pPr>
      <w:r>
        <w:rPr>
          <w:b/>
          <w:color w:val="07304D"/>
          <w:sz w:val="17"/>
        </w:rPr>
        <w:t>C0232 · Simona Federici</w:t>
      </w:r>
      <w:r>
        <w:rPr>
          <w:i/>
          <w:color w:val="5A6E7D"/>
          <w:sz w:val="14"/>
        </w:rPr>
        <w:t xml:space="preserve">  [CONTEMPORANEO / 2016; Post 27 ottobre 2016 e commenti; riga 3687]</w:t>
      </w:r>
    </w:p>
    <w:p>
      <w:pPr>
        <w:spacing w:after="80" w:line="240" w:lineRule="auto"/>
        <w:ind w:left="198"/>
      </w:pPr>
      <w:r>
        <w:rPr>
          <w:sz w:val="16"/>
        </w:rPr>
        <w:t>Ho notato un aumento considerevole degli iscritti al gruppo..mha va!! Adesso tutti le credono Sig. Stefano Calandra !!!</w:t>
      </w:r>
    </w:p>
    <w:p>
      <w:pPr>
        <w:spacing w:after="20"/>
      </w:pPr>
      <w:r>
        <w:rPr>
          <w:b/>
          <w:color w:val="07304D"/>
          <w:sz w:val="17"/>
        </w:rPr>
        <w:t>C0233 · Davio Squizzato</w:t>
      </w:r>
      <w:r>
        <w:rPr>
          <w:i/>
          <w:color w:val="5A6E7D"/>
          <w:sz w:val="14"/>
        </w:rPr>
        <w:t xml:space="preserve">  [CONTEMPORANEO / 2016; Post 27 ottobre 2016 e commenti; riga 3700]</w:t>
      </w:r>
    </w:p>
    <w:p>
      <w:pPr>
        <w:spacing w:after="80" w:line="240" w:lineRule="auto"/>
        <w:ind w:left="198"/>
      </w:pPr>
      <w:r>
        <w:rPr>
          <w:sz w:val="16"/>
        </w:rPr>
        <w:t>I sensori di Giuliani cosa riportano stamani?</w:t>
      </w:r>
    </w:p>
    <w:p>
      <w:pPr>
        <w:spacing w:after="20"/>
      </w:pPr>
      <w:r>
        <w:rPr>
          <w:b/>
          <w:color w:val="07304D"/>
          <w:sz w:val="17"/>
        </w:rPr>
        <w:t>C0236 · Antonella Campi</w:t>
      </w:r>
      <w:r>
        <w:rPr>
          <w:i/>
          <w:color w:val="5A6E7D"/>
          <w:sz w:val="14"/>
        </w:rPr>
        <w:t xml:space="preserve">  [CONTEMPORANEO / 2016; Post 27 ottobre 2016 e commenti; riga 3745]</w:t>
      </w:r>
    </w:p>
    <w:p>
      <w:pPr>
        <w:spacing w:after="80" w:line="240" w:lineRule="auto"/>
        <w:ind w:left="198"/>
      </w:pPr>
      <w:r>
        <w:rPr>
          <w:sz w:val="16"/>
        </w:rPr>
        <w:t>Anna Maria Falconi</w:t>
      </w:r>
    </w:p>
    <w:p>
      <w:pPr>
        <w:spacing w:after="20"/>
      </w:pPr>
      <w:r>
        <w:rPr>
          <w:b/>
          <w:color w:val="07304D"/>
          <w:sz w:val="17"/>
        </w:rPr>
        <w:t>C0237 · Marina Lelli</w:t>
      </w:r>
      <w:r>
        <w:rPr>
          <w:i/>
          <w:color w:val="5A6E7D"/>
          <w:sz w:val="14"/>
        </w:rPr>
        <w:t xml:space="preserve">  [CONTEMPORANEO / 2016; Post 27 ottobre 2016 e commenti; riga 3756]</w:t>
      </w:r>
    </w:p>
    <w:p>
      <w:pPr>
        <w:spacing w:after="80" w:line="240" w:lineRule="auto"/>
        <w:ind w:left="198"/>
      </w:pPr>
      <w:r>
        <w:rPr>
          <w:sz w:val="16"/>
        </w:rPr>
        <w:t>Roberto Fiocco Batocio</w:t>
      </w:r>
    </w:p>
    <w:p>
      <w:pPr>
        <w:spacing w:after="20"/>
      </w:pPr>
      <w:r>
        <w:rPr>
          <w:b/>
          <w:color w:val="07304D"/>
          <w:sz w:val="17"/>
        </w:rPr>
        <w:t>C0238 · Marina Lelli</w:t>
      </w:r>
      <w:r>
        <w:rPr>
          <w:i/>
          <w:color w:val="5A6E7D"/>
          <w:sz w:val="14"/>
        </w:rPr>
        <w:t xml:space="preserve">  [CONTEMPORANEO / 2016; Post 27 ottobre 2016 e commenti; riga 3767]</w:t>
      </w:r>
    </w:p>
    <w:p>
      <w:pPr>
        <w:spacing w:after="80" w:line="240" w:lineRule="auto"/>
        <w:ind w:left="198"/>
      </w:pPr>
      <w:r>
        <w:rPr>
          <w:sz w:val="16"/>
        </w:rPr>
        <w:t>Franco Lelli</w:t>
      </w:r>
    </w:p>
    <w:p>
      <w:pPr>
        <w:spacing w:after="20"/>
      </w:pPr>
      <w:r>
        <w:rPr>
          <w:b/>
          <w:color w:val="07304D"/>
          <w:sz w:val="17"/>
        </w:rPr>
        <w:t>C0239 · Mario DP</w:t>
      </w:r>
      <w:r>
        <w:rPr>
          <w:i/>
          <w:color w:val="5A6E7D"/>
          <w:sz w:val="14"/>
        </w:rPr>
        <w:t xml:space="preserve">  [CONTEMPORANEO / 2016; Post 27 ottobre 2016 e commenti; riga 3778]</w:t>
      </w:r>
    </w:p>
    <w:p>
      <w:pPr>
        <w:spacing w:after="80" w:line="240" w:lineRule="auto"/>
        <w:ind w:left="198"/>
      </w:pPr>
      <w:r>
        <w:rPr>
          <w:sz w:val="16"/>
        </w:rPr>
        <w:t>Spero davvero che questo studio, venga preso in considerazione da chi di dovere. Solidarietà alle popolazioni colpite da questo dramma.</w:t>
      </w:r>
    </w:p>
    <w:p>
      <w:pPr>
        <w:spacing w:after="20"/>
      </w:pPr>
      <w:r>
        <w:rPr>
          <w:b/>
          <w:color w:val="07304D"/>
          <w:sz w:val="17"/>
        </w:rPr>
        <w:t>C0240 · Francesca Petrignani</w:t>
      </w:r>
      <w:r>
        <w:rPr>
          <w:i/>
          <w:color w:val="5A6E7D"/>
          <w:sz w:val="14"/>
        </w:rPr>
        <w:t xml:space="preserve">  [CONTEMPORANEO / 2016; Post 27 ottobre 2016 e commenti; riga 3789]</w:t>
      </w:r>
    </w:p>
    <w:p>
      <w:pPr>
        <w:spacing w:after="80" w:line="240" w:lineRule="auto"/>
        <w:ind w:left="198"/>
      </w:pPr>
      <w:r>
        <w:rPr>
          <w:sz w:val="16"/>
        </w:rPr>
        <w:t>Credo proprio di sì</w:t>
      </w:r>
    </w:p>
    <w:p>
      <w:pPr>
        <w:spacing w:after="20"/>
      </w:pPr>
      <w:r>
        <w:rPr>
          <w:b/>
          <w:color w:val="07304D"/>
          <w:sz w:val="17"/>
        </w:rPr>
        <w:t>C0242 · Roberta Tirone</w:t>
      </w:r>
      <w:r>
        <w:rPr>
          <w:i/>
          <w:color w:val="5A6E7D"/>
          <w:sz w:val="14"/>
        </w:rPr>
        <w:t xml:space="preserve">  [CONTEMPORANEO / 2016; Post 27 ottobre 2016 e commenti; riga 3812]</w:t>
      </w:r>
    </w:p>
    <w:p>
      <w:pPr>
        <w:spacing w:after="80" w:line="240" w:lineRule="auto"/>
        <w:ind w:left="198"/>
      </w:pPr>
      <w:r>
        <w:rPr>
          <w:sz w:val="16"/>
        </w:rPr>
        <w:t>No ce ne dovrebbe essere altre due prima delle 23:00 e poi c e il picco massimo ho capito bene?</w:t>
      </w:r>
    </w:p>
    <w:p>
      <w:pPr>
        <w:spacing w:after="20"/>
      </w:pPr>
      <w:r>
        <w:rPr>
          <w:b/>
          <w:color w:val="07304D"/>
          <w:sz w:val="17"/>
        </w:rPr>
        <w:t>C0244 · Corina Cuki Traian</w:t>
      </w:r>
      <w:r>
        <w:rPr>
          <w:i/>
          <w:color w:val="5A6E7D"/>
          <w:sz w:val="14"/>
        </w:rPr>
        <w:t xml:space="preserve">  [CONTEMPORANEO / 2016; Post 27 ottobre 2016 e commenti; riga 3835]</w:t>
      </w:r>
    </w:p>
    <w:p>
      <w:pPr>
        <w:spacing w:after="80" w:line="240" w:lineRule="auto"/>
        <w:ind w:left="198"/>
      </w:pPr>
      <w:r>
        <w:rPr>
          <w:sz w:val="16"/>
        </w:rPr>
        <w:t>Speriamo sia bastata questa delle 10.20</w:t>
      </w:r>
    </w:p>
    <w:p>
      <w:pPr>
        <w:spacing w:after="20"/>
      </w:pPr>
      <w:r>
        <w:rPr>
          <w:b/>
          <w:color w:val="07304D"/>
          <w:sz w:val="17"/>
        </w:rPr>
        <w:t>C0246 · Francesco Fas</w:t>
      </w:r>
      <w:r>
        <w:rPr>
          <w:i/>
          <w:color w:val="5A6E7D"/>
          <w:sz w:val="14"/>
        </w:rPr>
        <w:t xml:space="preserve">  [CONTEMPORANEO / 2016; Post 27 ottobre 2016 e commenti; riga 3864]</w:t>
      </w:r>
    </w:p>
    <w:p>
      <w:pPr>
        <w:spacing w:after="80" w:line="240" w:lineRule="auto"/>
        <w:ind w:left="198"/>
      </w:pPr>
      <w:r>
        <w:rPr>
          <w:sz w:val="16"/>
        </w:rPr>
        <w:t>Elena</w:t>
      </w:r>
    </w:p>
    <w:p>
      <w:pPr>
        <w:spacing w:after="20"/>
      </w:pPr>
      <w:r>
        <w:rPr>
          <w:b/>
          <w:color w:val="07304D"/>
          <w:sz w:val="17"/>
        </w:rPr>
        <w:t>C0247 · Plinio Vecchio</w:t>
      </w:r>
      <w:r>
        <w:rPr>
          <w:i/>
          <w:color w:val="5A6E7D"/>
          <w:sz w:val="14"/>
        </w:rPr>
        <w:t xml:space="preserve">  [CONTEMPORANEO / 2016; Post 27 ottobre 2016 e commenti; riga 3900]</w:t>
      </w:r>
    </w:p>
    <w:p>
      <w:pPr>
        <w:spacing w:after="80" w:line="240" w:lineRule="auto"/>
        <w:ind w:left="198"/>
      </w:pPr>
      <w:r>
        <w:rPr>
          <w:sz w:val="16"/>
        </w:rPr>
        <w:t>Vediamo quindi la prossima sopra a 4 17.30..quindi direi tra le 16.30 e le 18.30..</w:t>
      </w:r>
    </w:p>
    <w:p>
      <w:pPr>
        <w:spacing w:after="20"/>
      </w:pPr>
      <w:r>
        <w:rPr>
          <w:b/>
          <w:color w:val="07304D"/>
          <w:sz w:val="17"/>
        </w:rPr>
        <w:t>C0249 · Loredana Giacobbi</w:t>
      </w:r>
      <w:r>
        <w:rPr>
          <w:i/>
          <w:color w:val="5A6E7D"/>
          <w:sz w:val="14"/>
        </w:rPr>
        <w:t xml:space="preserve">  [CONTEMPORANEO / 2016; Post 27 ottobre 2016 e commenti; riga 3921]</w:t>
      </w:r>
    </w:p>
    <w:p>
      <w:pPr>
        <w:spacing w:after="80" w:line="240" w:lineRule="auto"/>
        <w:ind w:left="198"/>
      </w:pPr>
      <w:r>
        <w:rPr>
          <w:sz w:val="16"/>
        </w:rPr>
        <w:t>"intorno" 11:30, direi che possiamo dire che la prima previsio e di oggi sia corretta....</w:t>
      </w:r>
    </w:p>
    <w:p>
      <w:pPr>
        <w:spacing w:after="20"/>
      </w:pPr>
      <w:r>
        <w:rPr>
          <w:b/>
          <w:color w:val="07304D"/>
          <w:sz w:val="17"/>
        </w:rPr>
        <w:t>C0250 · Roberto Amadio</w:t>
      </w:r>
      <w:r>
        <w:rPr>
          <w:i/>
          <w:color w:val="5A6E7D"/>
          <w:sz w:val="14"/>
        </w:rPr>
        <w:t xml:space="preserve">  [CONTEMPORANEO / 2016; Post 27 ottobre 2016 e commenti; riga 3933]</w:t>
      </w:r>
    </w:p>
    <w:p>
      <w:pPr>
        <w:spacing w:after="80" w:line="240" w:lineRule="auto"/>
        <w:ind w:left="198"/>
      </w:pPr>
      <w:r>
        <w:rPr>
          <w:sz w:val="16"/>
        </w:rPr>
        <w:t>Qua ad ascoli, faglia nord, faglia sud, faglia est o faglia ovest, ci siamo sempre in mezzo noi</w:t>
      </w:r>
    </w:p>
    <w:p>
      <w:pPr>
        <w:spacing w:after="20"/>
      </w:pPr>
      <w:r>
        <w:rPr>
          <w:b/>
          <w:color w:val="07304D"/>
          <w:sz w:val="17"/>
        </w:rPr>
        <w:t>C0251 · Roberto Amadio</w:t>
      </w:r>
      <w:r>
        <w:rPr>
          <w:i/>
          <w:color w:val="5A6E7D"/>
          <w:sz w:val="14"/>
        </w:rPr>
        <w:t xml:space="preserve">  [CONTEMPORANEO / 2016; Post 27 ottobre 2016 e commenti; riga 3946]</w:t>
      </w:r>
    </w:p>
    <w:p>
      <w:pPr>
        <w:spacing w:after="80" w:line="240" w:lineRule="auto"/>
        <w:ind w:left="198"/>
      </w:pPr>
      <w:r>
        <w:rPr>
          <w:sz w:val="16"/>
        </w:rPr>
        <w:t>Ce ne è stata una forte avvertita ad ascoli piceno 10 minuti fa</w:t>
      </w:r>
    </w:p>
    <w:p>
      <w:pPr>
        <w:spacing w:after="20"/>
      </w:pPr>
      <w:r>
        <w:rPr>
          <w:b/>
          <w:color w:val="07304D"/>
          <w:sz w:val="17"/>
        </w:rPr>
        <w:t>C0252 · Annalisa Gulino</w:t>
      </w:r>
      <w:r>
        <w:rPr>
          <w:i/>
          <w:color w:val="5A6E7D"/>
          <w:sz w:val="14"/>
        </w:rPr>
        <w:t xml:space="preserve">  [CONTEMPORANEO / 2016; Post 27 ottobre 2016 e commenti; riga 3959]</w:t>
      </w:r>
    </w:p>
    <w:p>
      <w:pPr>
        <w:spacing w:after="80" w:line="240" w:lineRule="auto"/>
        <w:ind w:left="198"/>
      </w:pPr>
      <w:r>
        <w:rPr>
          <w:sz w:val="16"/>
        </w:rPr>
        <w:t>Quindi era questa?? No alle 1130??</w:t>
      </w:r>
    </w:p>
    <w:p>
      <w:pPr>
        <w:spacing w:after="20"/>
      </w:pPr>
      <w:r>
        <w:rPr>
          <w:b/>
          <w:color w:val="07304D"/>
          <w:sz w:val="17"/>
        </w:rPr>
        <w:t>C0253 · Carmen Scardone</w:t>
      </w:r>
      <w:r>
        <w:rPr>
          <w:i/>
          <w:color w:val="5A6E7D"/>
          <w:sz w:val="14"/>
        </w:rPr>
        <w:t xml:space="preserve">  [CONTEMPORANEO / 2016; Post 27 ottobre 2016 e commenti; riga 3971]</w:t>
      </w:r>
    </w:p>
    <w:p>
      <w:pPr>
        <w:spacing w:after="80" w:line="240" w:lineRule="auto"/>
        <w:ind w:left="198"/>
      </w:pPr>
      <w:r>
        <w:rPr>
          <w:sz w:val="16"/>
        </w:rPr>
        <w:t>O cavolo</w:t>
      </w:r>
    </w:p>
    <w:p>
      <w:pPr>
        <w:spacing w:after="20"/>
      </w:pPr>
      <w:r>
        <w:rPr>
          <w:b/>
          <w:color w:val="07304D"/>
          <w:sz w:val="17"/>
        </w:rPr>
        <w:t>C0255 · Carla Floridi</w:t>
      </w:r>
      <w:r>
        <w:rPr>
          <w:i/>
          <w:color w:val="5A6E7D"/>
          <w:sz w:val="14"/>
        </w:rPr>
        <w:t xml:space="preserve">  [CONTEMPORANEO / 2016; Post 27 ottobre 2016 e commenti; riga 3997]</w:t>
      </w:r>
    </w:p>
    <w:p>
      <w:pPr>
        <w:spacing w:after="80" w:line="240" w:lineRule="auto"/>
        <w:ind w:left="198"/>
      </w:pPr>
      <w:r>
        <w:rPr>
          <w:sz w:val="16"/>
        </w:rPr>
        <w:t>Mario Silvestri</w:t>
      </w:r>
    </w:p>
    <w:p>
      <w:pPr>
        <w:spacing w:after="20"/>
      </w:pPr>
      <w:r>
        <w:rPr>
          <w:b/>
          <w:color w:val="07304D"/>
          <w:sz w:val="17"/>
        </w:rPr>
        <w:t>C0257 · Veronika Giampaoli Luca Maresca</w:t>
      </w:r>
      <w:r>
        <w:rPr>
          <w:i/>
          <w:color w:val="5A6E7D"/>
          <w:sz w:val="14"/>
        </w:rPr>
        <w:t xml:space="preserve">  [CONTEMPORANEO / 2016; Post 27 ottobre 2016 e commenti; riga 4020]</w:t>
      </w:r>
    </w:p>
    <w:p>
      <w:pPr>
        <w:spacing w:after="80" w:line="240" w:lineRule="auto"/>
        <w:ind w:left="198"/>
      </w:pPr>
      <w:r>
        <w:rPr>
          <w:sz w:val="16"/>
        </w:rPr>
        <w:t>Laura Montecchiari</w:t>
      </w:r>
    </w:p>
    <w:p>
      <w:pPr>
        <w:spacing w:after="20"/>
      </w:pPr>
      <w:r>
        <w:rPr>
          <w:b/>
          <w:color w:val="07304D"/>
          <w:sz w:val="17"/>
        </w:rPr>
        <w:t>C0258 · Chiara Ceccarelli</w:t>
      </w:r>
      <w:r>
        <w:rPr>
          <w:i/>
          <w:color w:val="5A6E7D"/>
          <w:sz w:val="14"/>
        </w:rPr>
        <w:t xml:space="preserve">  [CONTEMPORANEO / 2016; Post 27 ottobre 2016 e commenti; riga 4031]</w:t>
      </w:r>
    </w:p>
    <w:p>
      <w:pPr>
        <w:spacing w:after="80" w:line="240" w:lineRule="auto"/>
        <w:ind w:left="198"/>
      </w:pPr>
      <w:r>
        <w:rPr>
          <w:sz w:val="16"/>
        </w:rPr>
        <w:t>Alessandro Lelii</w:t>
      </w:r>
    </w:p>
    <w:p>
      <w:pPr>
        <w:spacing w:after="20"/>
      </w:pPr>
      <w:r>
        <w:rPr>
          <w:b/>
          <w:color w:val="07304D"/>
          <w:sz w:val="17"/>
        </w:rPr>
        <w:t>C0259 · Maura Sabatini</w:t>
      </w:r>
      <w:r>
        <w:rPr>
          <w:i/>
          <w:color w:val="5A6E7D"/>
          <w:sz w:val="14"/>
        </w:rPr>
        <w:t xml:space="preserve">  [CONTEMPORANEO / 2016; Post 27 ottobre 2016 e commenti; riga 4042]</w:t>
      </w:r>
    </w:p>
    <w:p>
      <w:pPr>
        <w:spacing w:after="80" w:line="240" w:lineRule="auto"/>
        <w:ind w:left="198"/>
      </w:pPr>
      <w:r>
        <w:rPr>
          <w:sz w:val="16"/>
        </w:rPr>
        <w:t>Chiedevo sotto un altro post: la spunta azzurra della mattinata di oggi fa si che la scossa presunta x le 11,30 la abbiamo già vissuta?</w:t>
      </w:r>
    </w:p>
    <w:p>
      <w:pPr>
        <w:spacing w:after="20"/>
      </w:pPr>
      <w:r>
        <w:rPr>
          <w:b/>
          <w:color w:val="07304D"/>
          <w:sz w:val="17"/>
        </w:rPr>
        <w:t>C0261 · Fabio Conti</w:t>
      </w:r>
      <w:r>
        <w:rPr>
          <w:i/>
          <w:color w:val="5A6E7D"/>
          <w:sz w:val="14"/>
        </w:rPr>
        <w:t xml:space="preserve">  [CONTEMPORANEO / 2016; Post 27 ottobre 2016 e commenti; riga 4068]</w:t>
      </w:r>
    </w:p>
    <w:p>
      <w:pPr>
        <w:spacing w:after="80" w:line="240" w:lineRule="auto"/>
        <w:ind w:left="198"/>
      </w:pPr>
      <w:r>
        <w:rPr>
          <w:sz w:val="16"/>
        </w:rPr>
        <w:t>Ci fate capire a noi ignoranti in materia cosa significa? Parlate un attimino terra terra?</w:t>
      </w:r>
    </w:p>
    <w:p>
      <w:pPr>
        <w:spacing w:after="20"/>
      </w:pPr>
      <w:r>
        <w:rPr>
          <w:b/>
          <w:color w:val="07304D"/>
          <w:sz w:val="17"/>
        </w:rPr>
        <w:t>C0262 · Plinio Vecchio</w:t>
      </w:r>
      <w:r>
        <w:rPr>
          <w:i/>
          <w:color w:val="5A6E7D"/>
          <w:sz w:val="14"/>
        </w:rPr>
        <w:t xml:space="preserve">  [CONTEMPORANEO / 2016; Post 27 ottobre 2016 e commenti; riga 4080]</w:t>
      </w:r>
    </w:p>
    <w:p>
      <w:pPr>
        <w:spacing w:after="80" w:line="240" w:lineRule="auto"/>
        <w:ind w:left="198"/>
      </w:pPr>
      <w:r>
        <w:rPr>
          <w:sz w:val="16"/>
        </w:rPr>
        <w:t>In anticipo..ha trovato poco traffico si vede!!!scherzo per sdrammatizzare</w:t>
      </w:r>
    </w:p>
    <w:p>
      <w:pPr>
        <w:spacing w:after="20"/>
      </w:pPr>
      <w:r>
        <w:rPr>
          <w:b/>
          <w:color w:val="07304D"/>
          <w:sz w:val="17"/>
        </w:rPr>
        <w:t>C0264 · Silvia Mori</w:t>
      </w:r>
      <w:r>
        <w:rPr>
          <w:i/>
          <w:color w:val="5A6E7D"/>
          <w:sz w:val="14"/>
        </w:rPr>
        <w:t xml:space="preserve">  [CONTEMPORANEO / 2016; Post 27 ottobre 2016 e commenti; riga 4100]</w:t>
      </w:r>
    </w:p>
    <w:p>
      <w:pPr>
        <w:spacing w:after="80" w:line="240" w:lineRule="auto"/>
        <w:ind w:left="198"/>
      </w:pPr>
      <w:r>
        <w:rPr>
          <w:sz w:val="16"/>
        </w:rPr>
        <w:t>un'altra poco fa...</w:t>
      </w:r>
    </w:p>
    <w:p>
      <w:pPr>
        <w:spacing w:after="20"/>
      </w:pPr>
      <w:r>
        <w:rPr>
          <w:b/>
          <w:color w:val="07304D"/>
          <w:sz w:val="17"/>
        </w:rPr>
        <w:t>C0266 · Elena Mei</w:t>
      </w:r>
      <w:r>
        <w:rPr>
          <w:i/>
          <w:color w:val="5A6E7D"/>
          <w:sz w:val="14"/>
        </w:rPr>
        <w:t xml:space="preserve">  [CONTEMPORANEO / 2016; Post 27 ottobre 2016 e commenti; riga 4121]</w:t>
      </w:r>
    </w:p>
    <w:p>
      <w:pPr>
        <w:spacing w:after="80" w:line="240" w:lineRule="auto"/>
        <w:ind w:left="198"/>
      </w:pPr>
      <w:r>
        <w:rPr>
          <w:sz w:val="16"/>
        </w:rPr>
        <w:t>Giorgia Valloni Monia Luciani Manuela Sala</w:t>
      </w:r>
    </w:p>
    <w:p>
      <w:pPr>
        <w:spacing w:after="20"/>
      </w:pPr>
      <w:r>
        <w:rPr>
          <w:b/>
          <w:color w:val="07304D"/>
          <w:sz w:val="17"/>
        </w:rPr>
        <w:t>C0267 · Polisini Giuseppe</w:t>
      </w:r>
      <w:r>
        <w:rPr>
          <w:i/>
          <w:color w:val="5A6E7D"/>
          <w:sz w:val="14"/>
        </w:rPr>
        <w:t xml:space="preserve">  [CONTEMPORANEO / 2016; Post 27 ottobre 2016 e commenti; riga 4134]</w:t>
      </w:r>
    </w:p>
    <w:p>
      <w:pPr>
        <w:spacing w:after="80" w:line="240" w:lineRule="auto"/>
        <w:ind w:left="198"/>
      </w:pPr>
      <w:r>
        <w:rPr>
          <w:sz w:val="16"/>
        </w:rPr>
        <w:t>Quindi da come dite oltre al solito sciame sismico che segue un normale terremoto, troviamo la probabilità di un' altro evento sismico che nn ha nulla a che fare cn questo attuale "quindi l'attivazione di un'altra faglia" ? Voi chiamate questa allerta picco sismico, ma sinceramente quello che sta accadendo dalle 19:10 di ieri è gia un picco sismico. La ringrazio x una eventuale risposta.</w:t>
      </w:r>
    </w:p>
    <w:p>
      <w:pPr>
        <w:spacing w:after="20"/>
      </w:pPr>
      <w:r>
        <w:rPr>
          <w:b/>
          <w:color w:val="07304D"/>
          <w:sz w:val="17"/>
        </w:rPr>
        <w:t>C0268 · Eleonora Figus</w:t>
      </w:r>
      <w:r>
        <w:rPr>
          <w:i/>
          <w:color w:val="5A6E7D"/>
          <w:sz w:val="14"/>
        </w:rPr>
        <w:t xml:space="preserve">  [CONTEMPORANEO / 2016; Post 27 ottobre 2016 e commenti; riga 4146]</w:t>
      </w:r>
    </w:p>
    <w:p>
      <w:pPr>
        <w:spacing w:after="80" w:line="240" w:lineRule="auto"/>
        <w:ind w:left="198"/>
      </w:pPr>
      <w:r>
        <w:rPr>
          <w:sz w:val="16"/>
        </w:rPr>
        <w:t>Veronika Giampaoli Luca Maresca Ilaria Figus</w:t>
      </w:r>
    </w:p>
    <w:p>
      <w:pPr>
        <w:spacing w:after="20"/>
      </w:pPr>
      <w:r>
        <w:rPr>
          <w:b/>
          <w:color w:val="07304D"/>
          <w:sz w:val="17"/>
        </w:rPr>
        <w:t>C0275 · Valeria Tiganik</w:t>
      </w:r>
      <w:r>
        <w:rPr>
          <w:i/>
          <w:color w:val="5A6E7D"/>
          <w:sz w:val="14"/>
        </w:rPr>
        <w:t xml:space="preserve">  [CONTEMPORANEO / 2016; Post 27 ottobre 2016 e commenti; riga 4237]</w:t>
      </w:r>
    </w:p>
    <w:p>
      <w:pPr>
        <w:spacing w:after="80" w:line="240" w:lineRule="auto"/>
        <w:ind w:left="198"/>
      </w:pPr>
      <w:r>
        <w:rPr>
          <w:sz w:val="16"/>
        </w:rPr>
        <w:t>Alle 5.30 era preciso!</w:t>
      </w:r>
    </w:p>
    <w:p>
      <w:pPr>
        <w:spacing w:after="20"/>
      </w:pPr>
      <w:r>
        <w:rPr>
          <w:b/>
          <w:color w:val="07304D"/>
          <w:sz w:val="17"/>
        </w:rPr>
        <w:t>C0277 · Cecilia Paesani</w:t>
      </w:r>
      <w:r>
        <w:rPr>
          <w:i/>
          <w:color w:val="5A6E7D"/>
          <w:sz w:val="14"/>
        </w:rPr>
        <w:t xml:space="preserve">  [CONTEMPORANEO / 2016; Post 27 ottobre 2016 e commenti; riga 4260]</w:t>
      </w:r>
    </w:p>
    <w:p>
      <w:pPr>
        <w:spacing w:after="80" w:line="240" w:lineRule="auto"/>
        <w:ind w:left="198"/>
      </w:pPr>
      <w:r>
        <w:rPr>
          <w:sz w:val="16"/>
        </w:rPr>
        <w:t>Signor calandra ci dica oggi sara' peggio di ieri?</w:t>
      </w:r>
    </w:p>
    <w:p>
      <w:pPr>
        <w:spacing w:after="20"/>
      </w:pPr>
      <w:r>
        <w:rPr>
          <w:b/>
          <w:color w:val="07304D"/>
          <w:sz w:val="17"/>
        </w:rPr>
        <w:t>C0279 · Stefania Chessa</w:t>
      </w:r>
      <w:r>
        <w:rPr>
          <w:i/>
          <w:color w:val="5A6E7D"/>
          <w:sz w:val="14"/>
        </w:rPr>
        <w:t xml:space="preserve">  [CONTEMPORANEO / 2016; Post 27 ottobre 2016 e commenti; riga 4283]</w:t>
      </w:r>
    </w:p>
    <w:p>
      <w:pPr>
        <w:spacing w:after="80" w:line="240" w:lineRule="auto"/>
        <w:ind w:left="198"/>
      </w:pPr>
      <w:r>
        <w:rPr>
          <w:sz w:val="16"/>
        </w:rPr>
        <w:t>Giuliani le ha dato ancora,comunicazioni sul radon?</w:t>
      </w:r>
    </w:p>
    <w:p>
      <w:pPr>
        <w:spacing w:after="20"/>
      </w:pPr>
      <w:r>
        <w:rPr>
          <w:b/>
          <w:color w:val="07304D"/>
          <w:sz w:val="17"/>
        </w:rPr>
        <w:t>C0281 · Lucia Nazxa</w:t>
      </w:r>
      <w:r>
        <w:rPr>
          <w:i/>
          <w:color w:val="5A6E7D"/>
          <w:sz w:val="14"/>
        </w:rPr>
        <w:t xml:space="preserve">  [CONTEMPORANEO / 2016; Bollettino 26 ottobre 2016 e commenti; riga 4477]</w:t>
      </w:r>
    </w:p>
    <w:p>
      <w:pPr>
        <w:spacing w:after="80" w:line="240" w:lineRule="auto"/>
        <w:ind w:left="198"/>
      </w:pPr>
      <w:r>
        <w:rPr>
          <w:sz w:val="16"/>
        </w:rPr>
        <w:t>4.3 ad Ascoli sentitoo forte... adesso 19:55</w:t>
      </w:r>
    </w:p>
    <w:p>
      <w:pPr>
        <w:spacing w:after="20"/>
      </w:pPr>
      <w:r>
        <w:rPr>
          <w:b/>
          <w:color w:val="07304D"/>
          <w:sz w:val="17"/>
        </w:rPr>
        <w:t>C0282 · Gerardo De Vito</w:t>
      </w:r>
      <w:r>
        <w:rPr>
          <w:i/>
          <w:color w:val="5A6E7D"/>
          <w:sz w:val="14"/>
        </w:rPr>
        <w:t xml:space="preserve">  [CONTEMPORANEO / 2016; Bollettino 26 ottobre 2016 e commenti; riga 4490]</w:t>
      </w:r>
    </w:p>
    <w:p>
      <w:pPr>
        <w:spacing w:after="80" w:line="240" w:lineRule="auto"/>
        <w:ind w:left="198"/>
      </w:pPr>
      <w:r>
        <w:rPr>
          <w:sz w:val="16"/>
        </w:rPr>
        <w:t>Valeria Martini,Veronica Martini,Roberta Capitanio questa la previsione del 26/10...</w:t>
      </w:r>
    </w:p>
    <w:p>
      <w:pPr>
        <w:spacing w:after="20"/>
      </w:pPr>
      <w:r>
        <w:rPr>
          <w:b/>
          <w:color w:val="07304D"/>
          <w:sz w:val="17"/>
        </w:rPr>
        <w:t>C0283 · Antonio Amati</w:t>
      </w:r>
      <w:r>
        <w:rPr>
          <w:i/>
          <w:color w:val="5A6E7D"/>
          <w:sz w:val="14"/>
        </w:rPr>
        <w:t xml:space="preserve">  [CONTEMPORANEO / 2016; Bollettino 26 ottobre 2016 e commenti; riga 4501]</w:t>
      </w:r>
    </w:p>
    <w:p>
      <w:pPr>
        <w:spacing w:after="80" w:line="240" w:lineRule="auto"/>
        <w:ind w:left="198"/>
      </w:pPr>
      <w:r>
        <w:rPr>
          <w:sz w:val="16"/>
        </w:rPr>
        <w:t>Magnitude M 4.8 Region NORTH ISLAND OF NEW ZEALAND Date time 2016-11-01 19:43:58.5 UTC Location 37.61 S ; 176.67 E Depth 150 km Distances 440 km N of Wellington, New Zealand / pop: 382,000 / local time: 08:43:58.5 2016-11-02 48 km NW of Whakatane, New Zealand / pop: 18,700 / local time: 08:43:58.5 2016-11-02 26 km NE of Maketu, New Zealand / pop: 1,100 / local time: 08:43:58.5 2016-11-02</w:t>
      </w:r>
    </w:p>
    <w:p>
      <w:pPr>
        <w:spacing w:after="20"/>
      </w:pPr>
      <w:r>
        <w:rPr>
          <w:b/>
          <w:color w:val="07304D"/>
          <w:sz w:val="17"/>
        </w:rPr>
        <w:t>C0284 · Antonio Amati</w:t>
      </w:r>
      <w:r>
        <w:rPr>
          <w:i/>
          <w:color w:val="5A6E7D"/>
          <w:sz w:val="14"/>
        </w:rPr>
        <w:t xml:space="preserve">  [CONTEMPORANEO / 2016; Bollettino 26 ottobre 2016 e commenti; riga 4519]</w:t>
      </w:r>
    </w:p>
    <w:p>
      <w:pPr>
        <w:spacing w:after="80" w:line="240" w:lineRule="auto"/>
        <w:ind w:left="198"/>
      </w:pPr>
      <w:r>
        <w:rPr>
          <w:sz w:val="16"/>
        </w:rPr>
        <w:t>You felt this earthquake. Tell us! Magnitude Mw 6.0 Region NEW BRITAIN REGION, P.N.G. Date time 2016-11-01 19:03:28.7 UTC Location 6.09 S ; 148.67 E Depth 40 km Distances 406 km NE of Port Moresby, Papua New Guinea / pop: 284,000 / local time: 05:03:28.7 2016-11-02 174 km W of Kimbe, Papua New Guinea / pop: 18,900 / local time: 05:03:28.7 2016-11-02 98 km W of Kandrian, Papua New Guinea / pop: 1,100 / local time: 05:03:28.7 2016-11-02</w:t>
      </w:r>
    </w:p>
    <w:p>
      <w:pPr>
        <w:spacing w:after="20"/>
      </w:pPr>
      <w:r>
        <w:rPr>
          <w:b/>
          <w:color w:val="07304D"/>
          <w:sz w:val="17"/>
        </w:rPr>
        <w:t>C0285 · Gianluca Brizi</w:t>
      </w:r>
      <w:r>
        <w:rPr>
          <w:i/>
          <w:color w:val="5A6E7D"/>
          <w:sz w:val="14"/>
        </w:rPr>
        <w:t xml:space="preserve">  [CONTEMPORANEO / 2016; Bollettino 26 ottobre 2016 e commenti; riga 4539]</w:t>
      </w:r>
    </w:p>
    <w:p>
      <w:pPr>
        <w:spacing w:after="80" w:line="240" w:lineRule="auto"/>
        <w:ind w:left="198"/>
      </w:pPr>
      <w:r>
        <w:rPr>
          <w:sz w:val="16"/>
        </w:rPr>
        <w:t>[Commento composto solo da immagine/emoji: contenuto testuale non disponibile nell’esportazione]</w:t>
      </w:r>
    </w:p>
    <w:p>
      <w:pPr>
        <w:spacing w:after="20"/>
      </w:pPr>
      <w:r>
        <w:rPr>
          <w:b/>
          <w:color w:val="07304D"/>
          <w:sz w:val="17"/>
        </w:rPr>
        <w:t>C0286 · Pina Broccolini</w:t>
      </w:r>
      <w:r>
        <w:rPr>
          <w:i/>
          <w:color w:val="5A6E7D"/>
          <w:sz w:val="14"/>
        </w:rPr>
        <w:t xml:space="preserve">  [CONTEMPORANEO / 2016; Bollettino 26 ottobre 2016 e commenti; riga 4551]</w:t>
      </w:r>
    </w:p>
    <w:p>
      <w:pPr>
        <w:spacing w:after="80" w:line="240" w:lineRule="auto"/>
        <w:ind w:left="198"/>
      </w:pPr>
      <w:r>
        <w:rPr>
          <w:sz w:val="16"/>
        </w:rPr>
        <w:t>Tornare alla normalità sarà dura</w:t>
      </w:r>
    </w:p>
    <w:p>
      <w:pPr>
        <w:spacing w:after="20"/>
      </w:pPr>
      <w:r>
        <w:rPr>
          <w:b/>
          <w:color w:val="07304D"/>
          <w:sz w:val="17"/>
        </w:rPr>
        <w:t>C0287 · Pina Broccolini</w:t>
      </w:r>
      <w:r>
        <w:rPr>
          <w:i/>
          <w:color w:val="5A6E7D"/>
          <w:sz w:val="14"/>
        </w:rPr>
        <w:t xml:space="preserve">  [CONTEMPORANEO / 2016; Bollettino 26 ottobre 2016 e commenti; riga 4562]</w:t>
      </w:r>
    </w:p>
    <w:p>
      <w:pPr>
        <w:spacing w:after="80" w:line="240" w:lineRule="auto"/>
        <w:ind w:left="198"/>
      </w:pPr>
      <w:r>
        <w:rPr>
          <w:sz w:val="16"/>
        </w:rPr>
        <w:t>Cmq dopo domenica..non saremo più gli stessi</w:t>
      </w:r>
    </w:p>
    <w:p>
      <w:pPr>
        <w:spacing w:after="20"/>
      </w:pPr>
      <w:r>
        <w:rPr>
          <w:b/>
          <w:color w:val="07304D"/>
          <w:sz w:val="17"/>
        </w:rPr>
        <w:t>C0289 · Pina Broccolini</w:t>
      </w:r>
      <w:r>
        <w:rPr>
          <w:i/>
          <w:color w:val="5A6E7D"/>
          <w:sz w:val="14"/>
        </w:rPr>
        <w:t xml:space="preserve">  [CONTEMPORANEO / 2016; Bollettino 26 ottobre 2016 e commenti; riga 4584]</w:t>
      </w:r>
    </w:p>
    <w:p>
      <w:pPr>
        <w:spacing w:after="80" w:line="240" w:lineRule="auto"/>
        <w:ind w:left="198"/>
      </w:pPr>
      <w:r>
        <w:rPr>
          <w:sz w:val="16"/>
        </w:rPr>
        <w:t>Mn si legge nulla</w:t>
      </w:r>
    </w:p>
    <w:p>
      <w:pPr>
        <w:spacing w:after="20"/>
      </w:pPr>
      <w:r>
        <w:rPr>
          <w:b/>
          <w:color w:val="07304D"/>
          <w:sz w:val="17"/>
        </w:rPr>
        <w:t>C0290 · Pina Broccolini</w:t>
      </w:r>
      <w:r>
        <w:rPr>
          <w:i/>
          <w:color w:val="5A6E7D"/>
          <w:sz w:val="14"/>
        </w:rPr>
        <w:t xml:space="preserve">  [CONTEMPORANEO / 2016; Bollettino 26 ottobre 2016 e commenti; riga 4594]</w:t>
      </w:r>
    </w:p>
    <w:p>
      <w:pPr>
        <w:spacing w:after="80" w:line="240" w:lineRule="auto"/>
        <w:ind w:left="198"/>
      </w:pPr>
      <w:r>
        <w:rPr>
          <w:sz w:val="16"/>
        </w:rPr>
        <w:t>Buuongiorno a tutti e a lei Stefano.allora da poco scosse a Campotosto ed aq...cosa può dirci</w:t>
      </w:r>
    </w:p>
    <w:p>
      <w:pPr>
        <w:spacing w:after="20"/>
      </w:pPr>
      <w:r>
        <w:rPr>
          <w:b/>
          <w:color w:val="07304D"/>
          <w:sz w:val="17"/>
        </w:rPr>
        <w:t>C0293 · Lucia Nazxa</w:t>
      </w:r>
      <w:r>
        <w:rPr>
          <w:i/>
          <w:color w:val="5A6E7D"/>
          <w:sz w:val="14"/>
        </w:rPr>
        <w:t xml:space="preserve">  [CONTEMPORANEO / 2016; Bollettino 26 ottobre 2016 e commenti; riga 4628]</w:t>
      </w:r>
    </w:p>
    <w:p>
      <w:pPr>
        <w:spacing w:after="80" w:line="240" w:lineRule="auto"/>
        <w:ind w:left="198"/>
      </w:pPr>
      <w:r>
        <w:rPr>
          <w:sz w:val="16"/>
        </w:rPr>
        <w:t>ad ASCOLI ... bella botta 5 minutii fàà 4.3</w:t>
      </w:r>
    </w:p>
    <w:p>
      <w:pPr>
        <w:spacing w:after="20"/>
      </w:pPr>
      <w:r>
        <w:rPr>
          <w:b/>
          <w:color w:val="07304D"/>
          <w:sz w:val="17"/>
        </w:rPr>
        <w:t>C0294 · Fabrizio Vita</w:t>
      </w:r>
      <w:r>
        <w:rPr>
          <w:i/>
          <w:color w:val="5A6E7D"/>
          <w:sz w:val="14"/>
        </w:rPr>
        <w:t xml:space="preserve">  [CONTEMPORANEO / 2016; Bollettino 26 ottobre 2016 e commenti; riga 4650]</w:t>
      </w:r>
    </w:p>
    <w:p>
      <w:pPr>
        <w:spacing w:after="80" w:line="240" w:lineRule="auto"/>
        <w:ind w:left="198"/>
      </w:pPr>
      <w:r>
        <w:rPr>
          <w:sz w:val="16"/>
        </w:rPr>
        <w:t>Ancora dicono che non sono validi i suoi calcoli?</w:t>
      </w:r>
    </w:p>
    <w:p>
      <w:pPr>
        <w:spacing w:after="20"/>
      </w:pPr>
      <w:r>
        <w:rPr>
          <w:b/>
          <w:color w:val="07304D"/>
          <w:sz w:val="17"/>
        </w:rPr>
        <w:t>C0295 · Fabrizio Vita</w:t>
      </w:r>
      <w:r>
        <w:rPr>
          <w:i/>
          <w:color w:val="5A6E7D"/>
          <w:sz w:val="14"/>
        </w:rPr>
        <w:t xml:space="preserve">  [CONTEMPORANEO / 2016; Bollettino 26 ottobre 2016 e commenti; riga 4661]</w:t>
      </w:r>
    </w:p>
    <w:p>
      <w:pPr>
        <w:spacing w:after="80" w:line="240" w:lineRule="auto"/>
        <w:ind w:left="198"/>
      </w:pPr>
      <w:r>
        <w:rPr>
          <w:sz w:val="16"/>
        </w:rPr>
        <w:t>Accaduto</w:t>
      </w:r>
    </w:p>
    <w:p>
      <w:pPr>
        <w:spacing w:after="20"/>
      </w:pPr>
      <w:r>
        <w:rPr>
          <w:b/>
          <w:color w:val="07304D"/>
          <w:sz w:val="17"/>
        </w:rPr>
        <w:t>C0296 · Tonino Giorgianni</w:t>
      </w:r>
      <w:r>
        <w:rPr>
          <w:i/>
          <w:color w:val="5A6E7D"/>
          <w:sz w:val="14"/>
        </w:rPr>
        <w:t xml:space="preserve">  [CONTEMPORANEO / 2016; Bollettino 26 ottobre 2016 e commenti; riga 4672]</w:t>
      </w:r>
    </w:p>
    <w:p>
      <w:pPr>
        <w:spacing w:after="80" w:line="240" w:lineRule="auto"/>
        <w:ind w:left="198"/>
      </w:pPr>
      <w:r>
        <w:rPr>
          <w:sz w:val="16"/>
        </w:rPr>
        <w:t>Beccato altro terremoto Mar Tirreno 5.7</w:t>
      </w:r>
    </w:p>
    <w:p>
      <w:pPr>
        <w:spacing w:after="20"/>
      </w:pPr>
      <w:r>
        <w:rPr>
          <w:b/>
          <w:color w:val="07304D"/>
          <w:sz w:val="17"/>
        </w:rPr>
        <w:t>C0297 · Antonietta Principe</w:t>
      </w:r>
      <w:r>
        <w:rPr>
          <w:i/>
          <w:color w:val="5A6E7D"/>
          <w:sz w:val="14"/>
        </w:rPr>
        <w:t xml:space="preserve">  [CONTEMPORANEO / 2016; Bollettino 26 ottobre 2016 e commenti; riga 4686]</w:t>
      </w:r>
    </w:p>
    <w:p>
      <w:pPr>
        <w:spacing w:after="80" w:line="240" w:lineRule="auto"/>
        <w:ind w:left="198"/>
      </w:pPr>
      <w:r>
        <w:rPr>
          <w:sz w:val="16"/>
        </w:rPr>
        <w:t>5.8 mar Tirreno...</w:t>
      </w:r>
    </w:p>
    <w:p>
      <w:pPr>
        <w:spacing w:after="20"/>
      </w:pPr>
      <w:r>
        <w:rPr>
          <w:b/>
          <w:color w:val="07304D"/>
          <w:sz w:val="17"/>
        </w:rPr>
        <w:t>C0298 · Caterina Bruno</w:t>
      </w:r>
      <w:r>
        <w:rPr>
          <w:i/>
          <w:color w:val="5A6E7D"/>
          <w:sz w:val="14"/>
        </w:rPr>
        <w:t xml:space="preserve">  [CONTEMPORANEO / 2016; Bollettino 26 ottobre 2016 e commenti; riga 4697]</w:t>
      </w:r>
    </w:p>
    <w:p>
      <w:pPr>
        <w:spacing w:after="80" w:line="240" w:lineRule="auto"/>
        <w:ind w:left="198"/>
      </w:pPr>
      <w:r>
        <w:rPr>
          <w:sz w:val="16"/>
        </w:rPr>
        <w:t>Cosa significa AQ1 e AQ2?</w:t>
      </w:r>
    </w:p>
    <w:p>
      <w:pPr>
        <w:spacing w:after="20"/>
      </w:pPr>
      <w:r>
        <w:rPr>
          <w:b/>
          <w:color w:val="07304D"/>
          <w:sz w:val="17"/>
        </w:rPr>
        <w:t>C0299 · Tania De Rosa</w:t>
      </w:r>
      <w:r>
        <w:rPr>
          <w:i/>
          <w:color w:val="5A6E7D"/>
          <w:sz w:val="14"/>
        </w:rPr>
        <w:t xml:space="preserve">  [CONTEMPORANEO / 2016; Bollettino 26 ottobre 2016 e commenti; riga 4707]</w:t>
      </w:r>
    </w:p>
    <w:p>
      <w:pPr>
        <w:spacing w:after="80" w:line="240" w:lineRule="auto"/>
        <w:ind w:left="198"/>
      </w:pPr>
      <w:r>
        <w:rPr>
          <w:sz w:val="16"/>
        </w:rPr>
        <w:t>cosa significa cerchietto Rosso e azzurro</w:t>
      </w:r>
    </w:p>
    <w:p>
      <w:pPr>
        <w:spacing w:after="20"/>
      </w:pPr>
      <w:r>
        <w:rPr>
          <w:b/>
          <w:color w:val="07304D"/>
          <w:sz w:val="17"/>
        </w:rPr>
        <w:t>C0300 · Franca Dibattista</w:t>
      </w:r>
      <w:r>
        <w:rPr>
          <w:i/>
          <w:color w:val="5A6E7D"/>
          <w:sz w:val="14"/>
        </w:rPr>
        <w:t xml:space="preserve">  [CONTEMPORANEO / 2016; Bollettino 26 ottobre 2016 e commenti; riga 4718]</w:t>
      </w:r>
    </w:p>
    <w:p>
      <w:pPr>
        <w:spacing w:after="80" w:line="240" w:lineRule="auto"/>
        <w:ind w:left="198"/>
      </w:pPr>
      <w:r>
        <w:rPr>
          <w:sz w:val="16"/>
        </w:rPr>
        <w:t>Sì. ..scossa 19.30...Rieti percepita forte...attenzione alle 23.00 circa come da grafico</w:t>
      </w:r>
    </w:p>
    <w:p>
      <w:pPr>
        <w:spacing w:after="20"/>
      </w:pPr>
      <w:r>
        <w:rPr>
          <w:b/>
          <w:color w:val="07304D"/>
          <w:sz w:val="17"/>
        </w:rPr>
        <w:t>C0301 · Carla Presutti</w:t>
      </w:r>
      <w:r>
        <w:rPr>
          <w:i/>
          <w:color w:val="5A6E7D"/>
          <w:sz w:val="14"/>
        </w:rPr>
        <w:t xml:space="preserve">  [CONTEMPORANEO / 2016; Bollettino 26 ottobre 2016 e commenti; riga 4729]</w:t>
      </w:r>
    </w:p>
    <w:p>
      <w:pPr>
        <w:spacing w:after="80" w:line="240" w:lineRule="auto"/>
        <w:ind w:left="198"/>
      </w:pPr>
      <w:r>
        <w:rPr>
          <w:sz w:val="16"/>
        </w:rPr>
        <w:t>Confermo scossa 4.3 a Norcia verso 19.30</w:t>
      </w:r>
    </w:p>
    <w:p>
      <w:pPr>
        <w:spacing w:after="20"/>
      </w:pPr>
      <w:r>
        <w:rPr>
          <w:b/>
          <w:color w:val="07304D"/>
          <w:sz w:val="17"/>
        </w:rPr>
        <w:t>C0302 · Francesco Spanicciati</w:t>
      </w:r>
      <w:r>
        <w:rPr>
          <w:i/>
          <w:color w:val="5A6E7D"/>
          <w:sz w:val="14"/>
        </w:rPr>
        <w:t xml:space="preserve">  [CONTEMPORANEO / 2016; Bollettino 26 ottobre 2016 e commenti; riga 4740]</w:t>
      </w:r>
    </w:p>
    <w:p>
      <w:pPr>
        <w:spacing w:after="80" w:line="240" w:lineRule="auto"/>
        <w:ind w:left="198"/>
      </w:pPr>
      <w:r>
        <w:rPr>
          <w:sz w:val="16"/>
        </w:rPr>
        <w:t>adesso voglio vedere se qualcuno continua a denigrarvi....compresi noi geologi</w:t>
      </w:r>
    </w:p>
    <w:p>
      <w:pPr>
        <w:spacing w:after="20"/>
      </w:pPr>
      <w:r>
        <w:rPr>
          <w:b/>
          <w:color w:val="07304D"/>
          <w:sz w:val="17"/>
        </w:rPr>
        <w:t>C0303 · Carlo Cicconi</w:t>
      </w:r>
      <w:r>
        <w:rPr>
          <w:i/>
          <w:color w:val="5A6E7D"/>
          <w:sz w:val="14"/>
        </w:rPr>
        <w:t xml:space="preserve">  [CONTEMPORANEO / 2016; Bollettino 26 ottobre 2016 e commenti; riga 4751]</w:t>
      </w:r>
    </w:p>
    <w:p>
      <w:pPr>
        <w:spacing w:after="80" w:line="240" w:lineRule="auto"/>
        <w:ind w:left="198"/>
      </w:pPr>
      <w:r>
        <w:rPr>
          <w:sz w:val="16"/>
        </w:rPr>
        <w:t>Alessandro Santarelli vedi a che ora è stato pubblicato questo post... Poi me dici...</w:t>
      </w:r>
    </w:p>
    <w:p>
      <w:pPr>
        <w:spacing w:after="20"/>
      </w:pPr>
      <w:r>
        <w:rPr>
          <w:b/>
          <w:color w:val="07304D"/>
          <w:sz w:val="17"/>
        </w:rPr>
        <w:t>C0304 · Claudia Parisse</w:t>
      </w:r>
      <w:r>
        <w:rPr>
          <w:i/>
          <w:color w:val="5A6E7D"/>
          <w:sz w:val="14"/>
        </w:rPr>
        <w:t xml:space="preserve">  [CONTEMPORANEO / 2016; Bollettino 26 ottobre 2016 e commenti; riga 4762]</w:t>
      </w:r>
    </w:p>
    <w:p>
      <w:pPr>
        <w:spacing w:after="80" w:line="240" w:lineRule="auto"/>
        <w:ind w:left="198"/>
      </w:pPr>
      <w:r>
        <w:rPr>
          <w:sz w:val="16"/>
        </w:rPr>
        <w:t>M</w:t>
      </w:r>
    </w:p>
    <w:p>
      <w:pPr>
        <w:spacing w:after="20"/>
      </w:pPr>
      <w:r>
        <w:rPr>
          <w:b/>
          <w:color w:val="07304D"/>
          <w:sz w:val="17"/>
        </w:rPr>
        <w:t>C0305 · Nicola Leonetti</w:t>
      </w:r>
      <w:r>
        <w:rPr>
          <w:i/>
          <w:color w:val="5A6E7D"/>
          <w:sz w:val="14"/>
        </w:rPr>
        <w:t xml:space="preserve">  [CONTEMPORANEO / 2016; Bollettino 26 ottobre 2016 e commenti; riga 4772]</w:t>
      </w:r>
    </w:p>
    <w:p>
      <w:pPr>
        <w:spacing w:after="80" w:line="240" w:lineRule="auto"/>
        <w:ind w:left="198"/>
      </w:pPr>
      <w:r>
        <w:rPr>
          <w:sz w:val="16"/>
        </w:rPr>
        <w:t>#marcocamilletti</w:t>
      </w:r>
    </w:p>
    <w:p>
      <w:pPr>
        <w:spacing w:after="20"/>
      </w:pPr>
      <w:r>
        <w:rPr>
          <w:b/>
          <w:color w:val="07304D"/>
          <w:sz w:val="17"/>
        </w:rPr>
        <w:t>C0306 · Nicola Leonetti</w:t>
      </w:r>
      <w:r>
        <w:rPr>
          <w:i/>
          <w:color w:val="5A6E7D"/>
          <w:sz w:val="14"/>
        </w:rPr>
        <w:t xml:space="preserve">  [CONTEMPORANEO / 2016; Bollettino 26 ottobre 2016 e commenti; riga 4782]</w:t>
      </w:r>
    </w:p>
    <w:p>
      <w:pPr>
        <w:spacing w:after="80" w:line="240" w:lineRule="auto"/>
        <w:ind w:left="198"/>
      </w:pPr>
      <w:r>
        <w:rPr>
          <w:sz w:val="16"/>
        </w:rPr>
        <w:t>Marco Camilletti</w:t>
      </w:r>
    </w:p>
    <w:p>
      <w:pPr>
        <w:spacing w:after="20"/>
      </w:pPr>
      <w:r>
        <w:rPr>
          <w:b/>
          <w:color w:val="07304D"/>
          <w:sz w:val="17"/>
        </w:rPr>
        <w:t>C0307 · EllaAnto Ditom</w:t>
      </w:r>
      <w:r>
        <w:rPr>
          <w:i/>
          <w:color w:val="5A6E7D"/>
          <w:sz w:val="14"/>
        </w:rPr>
        <w:t xml:space="preserve">  [CONTEMPORANEO / 2016; Bollettino 26 ottobre 2016 e commenti; riga 4792]</w:t>
      </w:r>
    </w:p>
    <w:p>
      <w:pPr>
        <w:spacing w:after="80" w:line="240" w:lineRule="auto"/>
        <w:ind w:left="198"/>
      </w:pPr>
      <w:r>
        <w:rPr>
          <w:sz w:val="16"/>
        </w:rPr>
        <w:t>Rita Bernabeo guarda un po'...</w:t>
      </w:r>
    </w:p>
    <w:p>
      <w:pPr>
        <w:spacing w:after="20"/>
      </w:pPr>
      <w:r>
        <w:rPr>
          <w:b/>
          <w:color w:val="07304D"/>
          <w:sz w:val="17"/>
        </w:rPr>
        <w:t>C0308 · Francesca Di Simone</w:t>
      </w:r>
      <w:r>
        <w:rPr>
          <w:i/>
          <w:color w:val="5A6E7D"/>
          <w:sz w:val="14"/>
        </w:rPr>
        <w:t xml:space="preserve">  [CONTEMPORANEO / 2016; Bollettino 26 ottobre 2016 e commenti; riga 4803]</w:t>
      </w:r>
    </w:p>
    <w:p>
      <w:pPr>
        <w:spacing w:after="80" w:line="240" w:lineRule="auto"/>
        <w:ind w:left="198"/>
      </w:pPr>
      <w:r>
        <w:rPr>
          <w:sz w:val="16"/>
        </w:rPr>
        <w:t>Pierluigi</w:t>
      </w:r>
    </w:p>
    <w:p>
      <w:pPr>
        <w:spacing w:after="20"/>
      </w:pPr>
      <w:r>
        <w:rPr>
          <w:b/>
          <w:color w:val="07304D"/>
          <w:sz w:val="17"/>
        </w:rPr>
        <w:t>C0309 · Diana Franquelli</w:t>
      </w:r>
      <w:r>
        <w:rPr>
          <w:i/>
          <w:color w:val="5A6E7D"/>
          <w:sz w:val="14"/>
        </w:rPr>
        <w:t xml:space="preserve">  [CONTEMPORANEO / 2016; Bollettino 26 ottobre 2016 e commenti; riga 4814]</w:t>
      </w:r>
    </w:p>
    <w:p>
      <w:pPr>
        <w:spacing w:after="80" w:line="240" w:lineRule="auto"/>
        <w:ind w:left="198"/>
      </w:pPr>
      <w:r>
        <w:rPr>
          <w:sz w:val="16"/>
        </w:rPr>
        <w:t>Quindi è prevista una nuova scossa intorno alle 11.30 e stando al grafico sarebbe l'ultima inserita nel cerchietto rosso, 17.30 e 23.30 di oggi sono all'interno del cerchietto azzurro..</w:t>
      </w:r>
    </w:p>
    <w:p>
      <w:pPr>
        <w:spacing w:after="20"/>
      </w:pPr>
      <w:r>
        <w:rPr>
          <w:b/>
          <w:color w:val="07304D"/>
          <w:sz w:val="17"/>
        </w:rPr>
        <w:t>C0310 · Eleonora Salustri</w:t>
      </w:r>
      <w:r>
        <w:rPr>
          <w:i/>
          <w:color w:val="5A6E7D"/>
          <w:sz w:val="14"/>
        </w:rPr>
        <w:t xml:space="preserve">  [CONTEMPORANEO / 2016; Bollettino 26 ottobre 2016 e commenti; riga 4824]</w:t>
      </w:r>
    </w:p>
    <w:p>
      <w:pPr>
        <w:spacing w:after="80" w:line="240" w:lineRule="auto"/>
        <w:ind w:left="198"/>
      </w:pPr>
      <w:r>
        <w:rPr>
          <w:sz w:val="16"/>
        </w:rPr>
        <w:t>Scusate l'ignoranza ma nell'agitazione totale non sto capendo nulla... quali sono gli orari più a rischio?</w:t>
      </w:r>
    </w:p>
    <w:p>
      <w:pPr>
        <w:spacing w:after="20"/>
      </w:pPr>
      <w:r>
        <w:rPr>
          <w:b/>
          <w:color w:val="07304D"/>
          <w:sz w:val="17"/>
        </w:rPr>
        <w:t>C0311 · Maura Sabatini</w:t>
      </w:r>
      <w:r>
        <w:rPr>
          <w:i/>
          <w:color w:val="5A6E7D"/>
          <w:sz w:val="14"/>
        </w:rPr>
        <w:t xml:space="preserve">  [CONTEMPORANEO / 2016; Bollettino 26 ottobre 2016 e commenti; riga 4836]</w:t>
      </w:r>
    </w:p>
    <w:p>
      <w:pPr>
        <w:spacing w:after="80" w:line="240" w:lineRule="auto"/>
        <w:ind w:left="198"/>
      </w:pPr>
      <w:r>
        <w:rPr>
          <w:sz w:val="16"/>
        </w:rPr>
        <w:t>Ho visto che stefano ha messo la spunta blu sull'evento di questa mattina che doveva essere circa alle 11,30. Sapete a quale fa riferimento?</w:t>
      </w:r>
    </w:p>
    <w:p>
      <w:pPr>
        <w:spacing w:after="20"/>
      </w:pPr>
      <w:r>
        <w:rPr>
          <w:b/>
          <w:color w:val="07304D"/>
          <w:sz w:val="17"/>
        </w:rPr>
        <w:t>C0312 · Laura Olivieri</w:t>
      </w:r>
      <w:r>
        <w:rPr>
          <w:i/>
          <w:color w:val="5A6E7D"/>
          <w:sz w:val="14"/>
        </w:rPr>
        <w:t xml:space="preserve">  [CONTEMPORANEO / 2016; Bollettino 26 ottobre 2016 e commenti; riga 4847]</w:t>
      </w:r>
    </w:p>
    <w:p>
      <w:pPr>
        <w:spacing w:after="80" w:line="240" w:lineRule="auto"/>
        <w:ind w:left="198"/>
      </w:pPr>
      <w:r>
        <w:rPr>
          <w:sz w:val="16"/>
        </w:rPr>
        <w:t>Quindi stattina stiamo tranquilli ???</w:t>
      </w:r>
    </w:p>
    <w:p>
      <w:pPr>
        <w:spacing w:after="20"/>
      </w:pPr>
      <w:r>
        <w:rPr>
          <w:b/>
          <w:color w:val="07304D"/>
          <w:sz w:val="17"/>
        </w:rPr>
        <w:t>C0313 · Guerino Pompa</w:t>
      </w:r>
      <w:r>
        <w:rPr>
          <w:i/>
          <w:color w:val="5A6E7D"/>
          <w:sz w:val="14"/>
        </w:rPr>
        <w:t xml:space="preserve">  [CONTEMPORANEO / 2016; Bollettino 26 ottobre 2016 e commenti; riga 4858]</w:t>
      </w:r>
    </w:p>
    <w:p>
      <w:pPr>
        <w:spacing w:after="80" w:line="240" w:lineRule="auto"/>
        <w:ind w:left="198"/>
      </w:pPr>
      <w:r>
        <w:rPr>
          <w:sz w:val="16"/>
        </w:rPr>
        <w:t>Anna Maria Scarponi</w:t>
      </w:r>
    </w:p>
    <w:p>
      <w:pPr>
        <w:spacing w:after="20"/>
      </w:pPr>
      <w:r>
        <w:rPr>
          <w:b/>
          <w:color w:val="07304D"/>
          <w:sz w:val="17"/>
        </w:rPr>
        <w:t>C0315 · Oxana Khatamova</w:t>
      </w:r>
      <w:r>
        <w:rPr>
          <w:i/>
          <w:color w:val="5A6E7D"/>
          <w:sz w:val="14"/>
        </w:rPr>
        <w:t xml:space="preserve">  [CONTEMPORANEO / 2016; Bollettino 26 ottobre 2016 e commenti; riga 4878]</w:t>
      </w:r>
    </w:p>
    <w:p>
      <w:pPr>
        <w:spacing w:after="80" w:line="240" w:lineRule="auto"/>
        <w:ind w:left="198"/>
      </w:pPr>
      <w:r>
        <w:rPr>
          <w:sz w:val="16"/>
        </w:rPr>
        <w:t>Paola Margutti</w:t>
      </w:r>
    </w:p>
    <w:p>
      <w:pPr>
        <w:spacing w:after="20"/>
      </w:pPr>
      <w:r>
        <w:rPr>
          <w:b/>
          <w:color w:val="07304D"/>
          <w:sz w:val="17"/>
        </w:rPr>
        <w:t>C0316 · Ori Lele</w:t>
      </w:r>
      <w:r>
        <w:rPr>
          <w:i/>
          <w:color w:val="5A6E7D"/>
          <w:sz w:val="14"/>
        </w:rPr>
        <w:t xml:space="preserve">  [CONTEMPORANEO / 2016; Bollettino 26 ottobre 2016 e commenti; riga 4888]</w:t>
      </w:r>
    </w:p>
    <w:p>
      <w:pPr>
        <w:spacing w:after="80" w:line="240" w:lineRule="auto"/>
        <w:ind w:left="198"/>
      </w:pPr>
      <w:r>
        <w:rPr>
          <w:sz w:val="16"/>
        </w:rPr>
        <w:t>Ma la magnitudo è riportata nel grafico?</w:t>
      </w:r>
    </w:p>
    <w:p>
      <w:pPr>
        <w:spacing w:after="20"/>
      </w:pPr>
      <w:r>
        <w:rPr>
          <w:b/>
          <w:color w:val="07304D"/>
          <w:sz w:val="17"/>
        </w:rPr>
        <w:t>C0317 · Raffaella Russo</w:t>
      </w:r>
      <w:r>
        <w:rPr>
          <w:i/>
          <w:color w:val="5A6E7D"/>
          <w:sz w:val="14"/>
        </w:rPr>
        <w:t xml:space="preserve">  [CONTEMPORANEO / 2016; Bollettino 26 ottobre 2016 e commenti; riga 4899]</w:t>
      </w:r>
    </w:p>
    <w:p>
      <w:pPr>
        <w:spacing w:after="80" w:line="240" w:lineRule="auto"/>
        <w:ind w:left="198"/>
      </w:pPr>
      <w:r>
        <w:rPr>
          <w:sz w:val="16"/>
        </w:rPr>
        <w:t>Non si legge bene</w:t>
      </w:r>
    </w:p>
    <w:p>
      <w:pPr>
        <w:spacing w:after="20"/>
      </w:pPr>
      <w:r>
        <w:rPr>
          <w:b/>
          <w:color w:val="07304D"/>
          <w:sz w:val="17"/>
        </w:rPr>
        <w:t>C0318 · Ania Tokarska</w:t>
      </w:r>
      <w:r>
        <w:rPr>
          <w:i/>
          <w:color w:val="5A6E7D"/>
          <w:sz w:val="14"/>
        </w:rPr>
        <w:t xml:space="preserve">  [CONTEMPORANEO / 2016; Bollettino 26 ottobre 2016 e commenti; riga 4910]</w:t>
      </w:r>
    </w:p>
    <w:p>
      <w:pPr>
        <w:spacing w:after="80" w:line="240" w:lineRule="auto"/>
        <w:ind w:left="198"/>
      </w:pPr>
      <w:r>
        <w:rPr>
          <w:sz w:val="16"/>
        </w:rPr>
        <w:t>Da cellulare non si legge nulla.</w:t>
      </w:r>
    </w:p>
    <w:p>
      <w:pPr>
        <w:spacing w:after="20"/>
      </w:pPr>
      <w:r>
        <w:rPr>
          <w:b/>
          <w:color w:val="07304D"/>
          <w:sz w:val="17"/>
        </w:rPr>
        <w:t>C0319 · Igor Lo Nano</w:t>
      </w:r>
      <w:r>
        <w:rPr>
          <w:i/>
          <w:color w:val="5A6E7D"/>
          <w:sz w:val="14"/>
        </w:rPr>
        <w:t xml:space="preserve">  [CONTEMPORANEO / 2016; Bollettino 26 ottobre 2016 e commenti; riga 4921]</w:t>
      </w:r>
    </w:p>
    <w:p>
      <w:pPr>
        <w:spacing w:after="80" w:line="240" w:lineRule="auto"/>
        <w:ind w:left="198"/>
      </w:pPr>
      <w:r>
        <w:rPr>
          <w:sz w:val="16"/>
        </w:rPr>
        <w:t>Leggo dalle 23,00 (del 27/10) e poi 5,30 - 11,30 - 17,30 (del 28/10)</w:t>
      </w:r>
    </w:p>
    <w:p>
      <w:pPr>
        <w:spacing w:after="20"/>
      </w:pPr>
      <w:r>
        <w:rPr>
          <w:b/>
          <w:color w:val="07304D"/>
          <w:sz w:val="17"/>
        </w:rPr>
        <w:t>C0321 · Franca Dibattista</w:t>
      </w:r>
      <w:r>
        <w:rPr>
          <w:i/>
          <w:color w:val="5A6E7D"/>
          <w:sz w:val="14"/>
        </w:rPr>
        <w:t xml:space="preserve">  [CONTEMPORANEO / 2016; Bollettino 26 ottobre 2016 e commenti; riga 4947]</w:t>
      </w:r>
    </w:p>
    <w:p>
      <w:pPr>
        <w:spacing w:after="80" w:line="240" w:lineRule="auto"/>
        <w:ind w:left="198"/>
      </w:pPr>
      <w:r>
        <w:rPr>
          <w:sz w:val="16"/>
        </w:rPr>
        <w:t>Ecco</w:t>
      </w:r>
    </w:p>
    <w:p>
      <w:pPr>
        <w:spacing w:after="20"/>
      </w:pPr>
      <w:r>
        <w:rPr>
          <w:b/>
          <w:color w:val="07304D"/>
          <w:sz w:val="17"/>
        </w:rPr>
        <w:t>C0322 · Consuelo Filippi</w:t>
      </w:r>
      <w:r>
        <w:rPr>
          <w:i/>
          <w:color w:val="5A6E7D"/>
          <w:sz w:val="14"/>
        </w:rPr>
        <w:t xml:space="preserve">  [CONTEMPORANEO / 2016; Bollettino 26 ottobre 2016 e commenti; riga 4961]</w:t>
      </w:r>
    </w:p>
    <w:p>
      <w:pPr>
        <w:spacing w:after="80" w:line="240" w:lineRule="auto"/>
        <w:ind w:left="198"/>
      </w:pPr>
      <w:r>
        <w:rPr>
          <w:sz w:val="16"/>
        </w:rPr>
        <w:t>Mandate gli orari anche a me per cortesia????? Non riesco a leggere il grafico</w:t>
      </w:r>
    </w:p>
    <w:p>
      <w:pPr>
        <w:spacing w:after="20"/>
      </w:pPr>
      <w:r>
        <w:rPr>
          <w:b/>
          <w:color w:val="07304D"/>
          <w:sz w:val="17"/>
        </w:rPr>
        <w:t>C0323 · Roland Carminelli</w:t>
      </w:r>
      <w:r>
        <w:rPr>
          <w:i/>
          <w:color w:val="5A6E7D"/>
          <w:sz w:val="14"/>
        </w:rPr>
        <w:t xml:space="preserve">  [CONTEMPORANEO / 2016; Bollettino 26 ottobre 2016 e commenti; riga 4975]</w:t>
      </w:r>
    </w:p>
    <w:p>
      <w:pPr>
        <w:spacing w:after="80" w:line="240" w:lineRule="auto"/>
        <w:ind w:left="198"/>
      </w:pPr>
      <w:r>
        <w:rPr>
          <w:sz w:val="16"/>
        </w:rPr>
        <w:t>la tempesta solare di questi giorni può avere influito nel processo sismico? http://www.ilsecoloxix.it/.../ASZKAXrE-tempesta_agitato... ILSECOLOXIX.IT Sole agitato, in corso una forte tempesta magnetica | High Tech | Il Secolo XIX Sole agitato, in corso una forte tempesta magnetica | High Tech | Il Secolo XIX</w:t>
      </w:r>
    </w:p>
    <w:p>
      <w:pPr>
        <w:spacing w:after="20"/>
      </w:pPr>
      <w:r>
        <w:rPr>
          <w:b/>
          <w:color w:val="07304D"/>
          <w:sz w:val="17"/>
        </w:rPr>
        <w:t>C0325 · Alessia Poggi</w:t>
      </w:r>
      <w:r>
        <w:rPr>
          <w:i/>
          <w:color w:val="5A6E7D"/>
          <w:sz w:val="14"/>
        </w:rPr>
        <w:t xml:space="preserve">  [CONTEMPORANEO / 2016; Bollettino 26 ottobre 2016 e commenti; riga 5002]</w:t>
      </w:r>
    </w:p>
    <w:p>
      <w:pPr>
        <w:spacing w:after="80" w:line="240" w:lineRule="auto"/>
        <w:ind w:left="198"/>
      </w:pPr>
      <w:r>
        <w:rPr>
          <w:sz w:val="16"/>
        </w:rPr>
        <w:t>Valerio Ippoliti</w:t>
      </w:r>
    </w:p>
    <w:p>
      <w:pPr>
        <w:spacing w:after="20"/>
      </w:pPr>
      <w:r>
        <w:rPr>
          <w:b/>
          <w:color w:val="07304D"/>
          <w:sz w:val="17"/>
        </w:rPr>
        <w:t>C0326 · Farida Mou</w:t>
      </w:r>
      <w:r>
        <w:rPr>
          <w:i/>
          <w:color w:val="5A6E7D"/>
          <w:sz w:val="14"/>
        </w:rPr>
        <w:t xml:space="preserve">  [CONTEMPORANEO / 2016; Bollettino 26 ottobre 2016 e commenti; riga 5016]</w:t>
      </w:r>
    </w:p>
    <w:p>
      <w:pPr>
        <w:spacing w:after="80" w:line="240" w:lineRule="auto"/>
        <w:ind w:left="198"/>
      </w:pPr>
      <w:r>
        <w:rPr>
          <w:sz w:val="16"/>
        </w:rPr>
        <w:t>Simona Modugno</w:t>
      </w:r>
    </w:p>
    <w:p>
      <w:pPr>
        <w:spacing w:after="20"/>
      </w:pPr>
      <w:r>
        <w:rPr>
          <w:b/>
          <w:color w:val="07304D"/>
          <w:sz w:val="17"/>
        </w:rPr>
        <w:t>C0327 · Elena Mei</w:t>
      </w:r>
      <w:r>
        <w:rPr>
          <w:i/>
          <w:color w:val="5A6E7D"/>
          <w:sz w:val="14"/>
        </w:rPr>
        <w:t xml:space="preserve">  [CONTEMPORANEO / 2016; Bollettino 26 ottobre 2016 e commenti; riga 5026]</w:t>
      </w:r>
    </w:p>
    <w:p>
      <w:pPr>
        <w:spacing w:after="80" w:line="240" w:lineRule="auto"/>
        <w:ind w:left="198"/>
      </w:pPr>
      <w:r>
        <w:rPr>
          <w:sz w:val="16"/>
        </w:rPr>
        <w:t>Melanto Angin guarda questo e l'orario.</w:t>
      </w:r>
    </w:p>
    <w:p>
      <w:pPr>
        <w:spacing w:after="20"/>
      </w:pPr>
      <w:r>
        <w:rPr>
          <w:b/>
          <w:color w:val="07304D"/>
          <w:sz w:val="17"/>
        </w:rPr>
        <w:t>C0329 · Micaela Martucci</w:t>
      </w:r>
      <w:r>
        <w:rPr>
          <w:i/>
          <w:color w:val="5A6E7D"/>
          <w:sz w:val="14"/>
        </w:rPr>
        <w:t xml:space="preserve">  [CONTEMPORANEO / 2016; Bollettino 26 ottobre 2016 e commenti; riga 5047]</w:t>
      </w:r>
    </w:p>
    <w:p>
      <w:pPr>
        <w:spacing w:after="80" w:line="240" w:lineRule="auto"/>
        <w:ind w:left="198"/>
      </w:pPr>
      <w:r>
        <w:rPr>
          <w:sz w:val="16"/>
        </w:rPr>
        <w:t>Luca Seca</w:t>
      </w:r>
    </w:p>
    <w:p>
      <w:pPr>
        <w:spacing w:after="20"/>
      </w:pPr>
      <w:r>
        <w:rPr>
          <w:b/>
          <w:color w:val="07304D"/>
          <w:sz w:val="17"/>
        </w:rPr>
        <w:t>C0330 · Federico Taralli</w:t>
      </w:r>
      <w:r>
        <w:rPr>
          <w:i/>
          <w:color w:val="5A6E7D"/>
          <w:sz w:val="14"/>
        </w:rPr>
        <w:t xml:space="preserve">  [CONTEMPORANEO / 2016; Bollettino 26 ottobre 2016 e commenti; riga 5057]</w:t>
      </w:r>
    </w:p>
    <w:p>
      <w:pPr>
        <w:spacing w:after="80" w:line="240" w:lineRule="auto"/>
        <w:ind w:left="198"/>
      </w:pPr>
      <w:r>
        <w:rPr>
          <w:sz w:val="16"/>
        </w:rPr>
        <w:t>Gianluca Conte Gianni Massi De Santis Marmi Roberto Ianni Danilo Ciafardoni</w:t>
      </w:r>
    </w:p>
    <w:p>
      <w:pPr>
        <w:spacing w:after="20"/>
      </w:pPr>
      <w:r>
        <w:rPr>
          <w:b/>
          <w:color w:val="07304D"/>
          <w:sz w:val="17"/>
        </w:rPr>
        <w:t>C0331 · Fabrizio Sébastien Belle</w:t>
      </w:r>
      <w:r>
        <w:rPr>
          <w:i/>
          <w:color w:val="5A6E7D"/>
          <w:sz w:val="14"/>
        </w:rPr>
        <w:t xml:space="preserve">  [CONTEMPORANEO / 2016; Bollettino 26 ottobre 2016 e commenti; riga 5067]</w:t>
      </w:r>
    </w:p>
    <w:p>
      <w:pPr>
        <w:spacing w:after="80" w:line="240" w:lineRule="auto"/>
        <w:ind w:left="198"/>
      </w:pPr>
      <w:r>
        <w:rPr>
          <w:sz w:val="16"/>
        </w:rPr>
        <w:t>GeopoliticalCenter</w:t>
      </w:r>
    </w:p>
    <w:p>
      <w:pPr>
        <w:spacing w:after="20"/>
      </w:pPr>
      <w:r>
        <w:rPr>
          <w:b/>
          <w:color w:val="07304D"/>
          <w:sz w:val="17"/>
        </w:rPr>
        <w:t>C0332 · Maria Teresa Cartisano</w:t>
      </w:r>
      <w:r>
        <w:rPr>
          <w:i/>
          <w:color w:val="5A6E7D"/>
          <w:sz w:val="14"/>
        </w:rPr>
        <w:t xml:space="preserve">  [CONTEMPORANEO / 2016; Bollettino 26 ottobre 2016 e commenti; riga 5077]</w:t>
      </w:r>
    </w:p>
    <w:p>
      <w:pPr>
        <w:spacing w:after="80" w:line="240" w:lineRule="auto"/>
        <w:ind w:left="198"/>
      </w:pPr>
      <w:r>
        <w:rPr>
          <w:sz w:val="16"/>
        </w:rPr>
        <w:t>Valentina MilicianadelaCultura Bosio leggi questo</w:t>
      </w:r>
    </w:p>
    <w:p>
      <w:pPr>
        <w:spacing w:after="20"/>
      </w:pPr>
      <w:r>
        <w:rPr>
          <w:b/>
          <w:color w:val="07304D"/>
          <w:sz w:val="17"/>
        </w:rPr>
        <w:t>C0333 · Gaetano Furio</w:t>
      </w:r>
      <w:r>
        <w:rPr>
          <w:i/>
          <w:color w:val="5A6E7D"/>
          <w:sz w:val="14"/>
        </w:rPr>
        <w:t xml:space="preserve">  [CONTEMPORANEO / 2016; Bollettino 26 ottobre 2016 e commenti; riga 5087]</w:t>
      </w:r>
    </w:p>
    <w:p>
      <w:pPr>
        <w:spacing w:after="80" w:line="240" w:lineRule="auto"/>
        <w:ind w:left="198"/>
      </w:pPr>
      <w:r>
        <w:rPr>
          <w:sz w:val="16"/>
        </w:rPr>
        <w:t>Chi prendeva in giro? Teoria interessante</w:t>
      </w:r>
    </w:p>
    <w:p>
      <w:pPr>
        <w:spacing w:after="20"/>
      </w:pPr>
      <w:r>
        <w:rPr>
          <w:b/>
          <w:color w:val="07304D"/>
          <w:sz w:val="17"/>
        </w:rPr>
        <w:t>C0334 · Antonella Lando</w:t>
      </w:r>
      <w:r>
        <w:rPr>
          <w:i/>
          <w:color w:val="5A6E7D"/>
          <w:sz w:val="14"/>
        </w:rPr>
        <w:t xml:space="preserve">  [CONTEMPORANEO / 2016; Bollettino 26 ottobre 2016 e commenti; riga 5097]</w:t>
      </w:r>
    </w:p>
    <w:p>
      <w:pPr>
        <w:spacing w:after="80" w:line="240" w:lineRule="auto"/>
        <w:ind w:left="198"/>
      </w:pPr>
      <w:r>
        <w:rPr>
          <w:sz w:val="16"/>
        </w:rPr>
        <w:t>Edoardo Siniscalchi</w:t>
      </w:r>
    </w:p>
    <w:p>
      <w:pPr>
        <w:spacing w:after="20"/>
      </w:pPr>
      <w:r>
        <w:rPr>
          <w:b/>
          <w:color w:val="07304D"/>
          <w:sz w:val="17"/>
        </w:rPr>
        <w:t>C0336 · Morena Di Dionisio</w:t>
      </w:r>
      <w:r>
        <w:rPr>
          <w:i/>
          <w:color w:val="5A6E7D"/>
          <w:sz w:val="14"/>
        </w:rPr>
        <w:t xml:space="preserve">  [CONTEMPORANEO / 2016; Bollettino 26 ottobre 2016 e commenti; riga 5118]</w:t>
      </w:r>
    </w:p>
    <w:p>
      <w:pPr>
        <w:spacing w:after="80" w:line="240" w:lineRule="auto"/>
        <w:ind w:left="198"/>
      </w:pPr>
      <w:r>
        <w:rPr>
          <w:sz w:val="16"/>
        </w:rPr>
        <w:t>Non so più cosa pensare....paura tanta!</w:t>
      </w:r>
    </w:p>
    <w:p>
      <w:pPr>
        <w:spacing w:after="20"/>
      </w:pPr>
      <w:r>
        <w:rPr>
          <w:b/>
          <w:color w:val="07304D"/>
          <w:sz w:val="17"/>
        </w:rPr>
        <w:t>C0338 · Morena Di Dionisio</w:t>
      </w:r>
      <w:r>
        <w:rPr>
          <w:i/>
          <w:color w:val="5A6E7D"/>
          <w:sz w:val="14"/>
        </w:rPr>
        <w:t xml:space="preserve">  [CONTEMPORANEO / 2016; Bollettino 26 ottobre 2016 e commenti; riga 5139]</w:t>
      </w:r>
    </w:p>
    <w:p>
      <w:pPr>
        <w:spacing w:after="80" w:line="240" w:lineRule="auto"/>
        <w:ind w:left="198"/>
      </w:pPr>
      <w:r>
        <w:rPr>
          <w:sz w:val="16"/>
        </w:rPr>
        <w:t>Ma l'epicentro qual'è?</w:t>
      </w:r>
    </w:p>
    <w:p>
      <w:pPr>
        <w:spacing w:after="20"/>
      </w:pPr>
      <w:r>
        <w:rPr>
          <w:b/>
          <w:color w:val="07304D"/>
          <w:sz w:val="17"/>
        </w:rPr>
        <w:t>C0339 · Maria Elena Rosati</w:t>
      </w:r>
      <w:r>
        <w:rPr>
          <w:i/>
          <w:color w:val="5A6E7D"/>
          <w:sz w:val="14"/>
        </w:rPr>
        <w:t xml:space="preserve">  [CONTEMPORANEO / 2016; Bollettino 26 ottobre 2016 e commenti; riga 5149]</w:t>
      </w:r>
    </w:p>
    <w:p>
      <w:pPr>
        <w:spacing w:after="80" w:line="240" w:lineRule="auto"/>
        <w:ind w:left="198"/>
      </w:pPr>
      <w:r>
        <w:rPr>
          <w:sz w:val="16"/>
        </w:rPr>
        <w:t>E' passato ora fortissimo....centro italia...</w:t>
      </w:r>
    </w:p>
    <w:p>
      <w:pPr>
        <w:spacing w:after="20"/>
      </w:pPr>
      <w:r>
        <w:rPr>
          <w:b/>
          <w:color w:val="07304D"/>
          <w:sz w:val="17"/>
        </w:rPr>
        <w:t>C0344 · Ilaria Conte</w:t>
      </w:r>
      <w:r>
        <w:rPr>
          <w:i/>
          <w:color w:val="5A6E7D"/>
          <w:sz w:val="14"/>
        </w:rPr>
        <w:t xml:space="preserve">  [CONTEMPORANEO / 2016; Bollettino 26 ottobre 2016 e commenti; riga 5202]</w:t>
      </w:r>
    </w:p>
    <w:p>
      <w:pPr>
        <w:spacing w:after="80" w:line="240" w:lineRule="auto"/>
        <w:ind w:left="198"/>
      </w:pPr>
      <w:r>
        <w:rPr>
          <w:sz w:val="16"/>
        </w:rPr>
        <w:t>A Perugia si e' sentita forte! Mi sono spostata con tutto il divano!</w:t>
      </w:r>
    </w:p>
    <w:p>
      <w:pPr>
        <w:spacing w:after="20"/>
      </w:pPr>
      <w:r>
        <w:rPr>
          <w:b/>
          <w:color w:val="07304D"/>
          <w:sz w:val="17"/>
        </w:rPr>
        <w:t>C0345 · Elisabeth De Santis</w:t>
      </w:r>
      <w:r>
        <w:rPr>
          <w:i/>
          <w:color w:val="5A6E7D"/>
          <w:sz w:val="14"/>
        </w:rPr>
        <w:t xml:space="preserve">  [CONTEMPORANEO / 2016; Bollettino 26 ottobre 2016 e commenti; riga 5213]</w:t>
      </w:r>
    </w:p>
    <w:p>
      <w:pPr>
        <w:spacing w:after="80" w:line="240" w:lineRule="auto"/>
        <w:ind w:left="198"/>
      </w:pPr>
      <w:r>
        <w:rPr>
          <w:sz w:val="16"/>
        </w:rPr>
        <w:t>Fortissima scossa a foligno</w:t>
      </w:r>
    </w:p>
    <w:p>
      <w:pPr>
        <w:spacing w:after="20"/>
      </w:pPr>
      <w:r>
        <w:rPr>
          <w:b/>
          <w:color w:val="07304D"/>
          <w:sz w:val="17"/>
        </w:rPr>
        <w:t>C0346 · Moira Panico</w:t>
      </w:r>
      <w:r>
        <w:rPr>
          <w:i/>
          <w:color w:val="5A6E7D"/>
          <w:sz w:val="14"/>
        </w:rPr>
        <w:t xml:space="preserve">  [CONTEMPORANEO / 2016; Bollettino 26 ottobre 2016 e commenti; riga 5224]</w:t>
      </w:r>
    </w:p>
    <w:p>
      <w:pPr>
        <w:spacing w:after="80" w:line="240" w:lineRule="auto"/>
        <w:ind w:left="198"/>
      </w:pPr>
      <w:r>
        <w:rPr>
          <w:sz w:val="16"/>
        </w:rPr>
        <w:t>Terremoto Ora</w:t>
      </w:r>
    </w:p>
    <w:p>
      <w:pPr>
        <w:spacing w:after="20"/>
      </w:pPr>
      <w:r>
        <w:rPr>
          <w:b/>
          <w:color w:val="07304D"/>
          <w:sz w:val="17"/>
        </w:rPr>
        <w:t>C0348 · Faieta Monti</w:t>
      </w:r>
      <w:r>
        <w:rPr>
          <w:i/>
          <w:color w:val="5A6E7D"/>
          <w:sz w:val="14"/>
        </w:rPr>
        <w:t xml:space="preserve">  [CONTEMPORANEO / 2016; Bollettino 26 ottobre 2016 e commenti; riga 5246]</w:t>
      </w:r>
    </w:p>
    <w:p>
      <w:pPr>
        <w:spacing w:after="80" w:line="240" w:lineRule="auto"/>
        <w:ind w:left="198"/>
      </w:pPr>
      <w:r>
        <w:rPr>
          <w:sz w:val="16"/>
        </w:rPr>
        <w:t>Io credo che in questo momento stiamo partecipando allo sviluppo di un modello per la previsione dei terremoti . questo vuol dire che ne stiamo verificando in questi giorni in queste ore la validità . Magari sarà un modello errato , forse perfettibile magari infallibile . Questo lo sapremo a breve ... ma non possiamo prendercela con chi a costo zero , rimettendoci tempo e reputazione, sta tentando di fare progressi per comprendere questo fenomeno</w:t>
      </w:r>
    </w:p>
    <w:p>
      <w:pPr>
        <w:spacing w:after="20"/>
      </w:pPr>
      <w:r>
        <w:rPr>
          <w:b/>
          <w:color w:val="07304D"/>
          <w:sz w:val="17"/>
        </w:rPr>
        <w:t>C0350 · Lidi Bosmeier</w:t>
      </w:r>
      <w:r>
        <w:rPr>
          <w:i/>
          <w:color w:val="5A6E7D"/>
          <w:sz w:val="14"/>
        </w:rPr>
        <w:t xml:space="preserve">  [CONTEMPORANEO / 2016; Bollettino 26 ottobre 2016 e commenti; riga 5273]</w:t>
      </w:r>
    </w:p>
    <w:p>
      <w:pPr>
        <w:spacing w:after="80" w:line="240" w:lineRule="auto"/>
        <w:ind w:left="198"/>
      </w:pPr>
      <w:r>
        <w:rPr>
          <w:sz w:val="16"/>
        </w:rPr>
        <w:t>Seguo</w:t>
      </w:r>
    </w:p>
    <w:p>
      <w:pPr>
        <w:spacing w:after="20"/>
      </w:pPr>
      <w:r>
        <w:rPr>
          <w:b/>
          <w:color w:val="07304D"/>
          <w:sz w:val="17"/>
        </w:rPr>
        <w:t>C0352 · Adriana Paoletti</w:t>
      </w:r>
      <w:r>
        <w:rPr>
          <w:i/>
          <w:color w:val="5A6E7D"/>
          <w:sz w:val="14"/>
        </w:rPr>
        <w:t xml:space="preserve">  [CONTEMPORANEO / 2016; Bollettino 26 ottobre 2016 e commenti; riga 5294]</w:t>
      </w:r>
    </w:p>
    <w:p>
      <w:pPr>
        <w:spacing w:after="80" w:line="240" w:lineRule="auto"/>
        <w:ind w:left="198"/>
      </w:pPr>
      <w:r>
        <w:rPr>
          <w:sz w:val="16"/>
        </w:rPr>
        <w:t>Vorrei sapere anch'io dove cade la linea retta , non riesco con i calcoli..</w:t>
      </w:r>
    </w:p>
    <w:p>
      <w:pPr>
        <w:spacing w:after="20"/>
      </w:pPr>
      <w:r>
        <w:rPr>
          <w:b/>
          <w:color w:val="07304D"/>
          <w:sz w:val="17"/>
        </w:rPr>
        <w:t>C0353 · Laura Canti</w:t>
      </w:r>
      <w:r>
        <w:rPr>
          <w:i/>
          <w:color w:val="5A6E7D"/>
          <w:sz w:val="14"/>
        </w:rPr>
        <w:t xml:space="preserve">  [CONTEMPORANEO / 2016; Bollettino 26 ottobre 2016 e commenti; riga 5305]</w:t>
      </w:r>
    </w:p>
    <w:p>
      <w:pPr>
        <w:spacing w:after="80" w:line="240" w:lineRule="auto"/>
        <w:ind w:left="198"/>
      </w:pPr>
      <w:r>
        <w:rPr>
          <w:sz w:val="16"/>
        </w:rPr>
        <w:t>Sig calandra la rigrazio per la ricerca..e il Tempo che dedica ad ognuno di noi.. Una domanda... ??Raffaele bendandi dopo il terremoto del friuli parlò della faglia anzio Ancona ...che nel tempo si sarebbe mossa ...domanda??!!!!dopo tanti movimenti negli. Ultimi giorni potrebbe accadere??Grazia</w:t>
      </w:r>
    </w:p>
    <w:p>
      <w:pPr>
        <w:spacing w:after="20"/>
      </w:pPr>
      <w:r>
        <w:rPr>
          <w:b/>
          <w:color w:val="07304D"/>
          <w:sz w:val="17"/>
        </w:rPr>
        <w:t>C0354 · Dario Salce</w:t>
      </w:r>
      <w:r>
        <w:rPr>
          <w:i/>
          <w:color w:val="5A6E7D"/>
          <w:sz w:val="14"/>
        </w:rPr>
        <w:t xml:space="preserve">  [CONTEMPORANEO / 2016; Bollettino 26 ottobre 2016 e commenti; riga 5316]</w:t>
      </w:r>
    </w:p>
    <w:p>
      <w:pPr>
        <w:spacing w:after="80" w:line="240" w:lineRule="auto"/>
        <w:ind w:left="198"/>
      </w:pPr>
      <w:r>
        <w:rPr>
          <w:sz w:val="16"/>
        </w:rPr>
        <w:t>Qualcuno mi spiega le zone interessate?</w:t>
      </w:r>
    </w:p>
    <w:p>
      <w:pPr>
        <w:spacing w:after="20"/>
      </w:pPr>
      <w:r>
        <w:rPr>
          <w:b/>
          <w:color w:val="07304D"/>
          <w:sz w:val="17"/>
        </w:rPr>
        <w:t>C0355 · Valentina Tranquilli</w:t>
      </w:r>
      <w:r>
        <w:rPr>
          <w:i/>
          <w:color w:val="5A6E7D"/>
          <w:sz w:val="14"/>
        </w:rPr>
        <w:t xml:space="preserve">  [CONTEMPORANEO / 2016; Bollettino 26 ottobre 2016 e commenti; riga 5327]</w:t>
      </w:r>
    </w:p>
    <w:p>
      <w:pPr>
        <w:spacing w:after="80" w:line="240" w:lineRule="auto"/>
        <w:ind w:left="198"/>
      </w:pPr>
      <w:r>
        <w:rPr>
          <w:sz w:val="16"/>
        </w:rPr>
        <w:t>Secondo voi visto che con i grafici non ci capisco su che gradi più o meno si potrebbe stare</w:t>
      </w:r>
    </w:p>
    <w:p>
      <w:pPr>
        <w:spacing w:after="20"/>
      </w:pPr>
      <w:r>
        <w:rPr>
          <w:b/>
          <w:color w:val="07304D"/>
          <w:sz w:val="17"/>
        </w:rPr>
        <w:t>C0356 · Jessica Passeri</w:t>
      </w:r>
      <w:r>
        <w:rPr>
          <w:i/>
          <w:color w:val="5A6E7D"/>
          <w:sz w:val="14"/>
        </w:rPr>
        <w:t xml:space="preserve">  [CONTEMPORANEO / 2016; Bollettino 26 ottobre 2016 e commenti; riga 5338]</w:t>
      </w:r>
    </w:p>
    <w:p>
      <w:pPr>
        <w:spacing w:after="80" w:line="240" w:lineRule="auto"/>
        <w:ind w:left="198"/>
      </w:pPr>
      <w:r>
        <w:rPr>
          <w:sz w:val="16"/>
        </w:rPr>
        <w:t>Quindi non si in che grado?</w:t>
      </w:r>
    </w:p>
    <w:p>
      <w:pPr>
        <w:spacing w:after="20"/>
      </w:pPr>
      <w:r>
        <w:rPr>
          <w:b/>
          <w:color w:val="07304D"/>
          <w:sz w:val="17"/>
        </w:rPr>
        <w:t>C0357 · Valentina Tranquilli</w:t>
      </w:r>
      <w:r>
        <w:rPr>
          <w:i/>
          <w:color w:val="5A6E7D"/>
          <w:sz w:val="14"/>
        </w:rPr>
        <w:t xml:space="preserve">  [CONTEMPORANEO / 2016; Bollettino 26 ottobre 2016 e commenti; riga 5349]</w:t>
      </w:r>
    </w:p>
    <w:p>
      <w:pPr>
        <w:spacing w:after="80" w:line="240" w:lineRule="auto"/>
        <w:ind w:left="198"/>
      </w:pPr>
      <w:r>
        <w:rPr>
          <w:sz w:val="16"/>
        </w:rPr>
        <w:t>Non capisco cosa vuol dire rischio massimo da amatrice in poi cioè un sisma simile??.</w:t>
      </w:r>
    </w:p>
    <w:p>
      <w:pPr>
        <w:spacing w:after="20"/>
      </w:pPr>
      <w:r>
        <w:rPr>
          <w:b/>
          <w:color w:val="07304D"/>
          <w:sz w:val="17"/>
        </w:rPr>
        <w:t>C0358 · Valentina Tranquilli</w:t>
      </w:r>
      <w:r>
        <w:rPr>
          <w:i/>
          <w:color w:val="5A6E7D"/>
          <w:sz w:val="14"/>
        </w:rPr>
        <w:t xml:space="preserve">  [CONTEMPORANEO / 2016; Bollettino 26 ottobre 2016 e commenti; riga 5360]</w:t>
      </w:r>
    </w:p>
    <w:p>
      <w:pPr>
        <w:spacing w:after="80" w:line="240" w:lineRule="auto"/>
        <w:ind w:left="198"/>
      </w:pPr>
      <w:r>
        <w:rPr>
          <w:sz w:val="16"/>
        </w:rPr>
        <w:t>Ragazzi potete spiegare meglio io non ci capisco u. Tubo</w:t>
      </w:r>
    </w:p>
    <w:p>
      <w:pPr>
        <w:spacing w:after="20"/>
      </w:pPr>
      <w:r>
        <w:rPr>
          <w:b/>
          <w:color w:val="07304D"/>
          <w:sz w:val="17"/>
        </w:rPr>
        <w:t>C0362 · Emma Venditti</w:t>
      </w:r>
      <w:r>
        <w:rPr>
          <w:i/>
          <w:color w:val="5A6E7D"/>
          <w:sz w:val="14"/>
        </w:rPr>
        <w:t xml:space="preserve">  [CONTEMPORANEO / 2016; Bollettino 26 ottobre 2016 e commenti; riga 5403]</w:t>
      </w:r>
    </w:p>
    <w:p>
      <w:pPr>
        <w:spacing w:after="80" w:line="240" w:lineRule="auto"/>
        <w:ind w:left="198"/>
      </w:pPr>
      <w:r>
        <w:rPr>
          <w:sz w:val="16"/>
        </w:rPr>
        <w:t>A mezzogiorno ci sono state delle scosse in Nuova Zelanda e a largo della Zelanda di magnitudo massima di 4.8</w:t>
      </w:r>
    </w:p>
    <w:p>
      <w:pPr>
        <w:spacing w:after="20"/>
      </w:pPr>
      <w:r>
        <w:rPr>
          <w:b/>
          <w:color w:val="07304D"/>
          <w:sz w:val="17"/>
        </w:rPr>
        <w:t>C0366 · Cecilia Ciancarelli</w:t>
      </w:r>
      <w:r>
        <w:rPr>
          <w:i/>
          <w:color w:val="5A6E7D"/>
          <w:sz w:val="14"/>
        </w:rPr>
        <w:t xml:space="preserve">  [CONTEMPORANEO / 2016; Bollettino 26 ottobre 2016 e commenti; riga 5456]</w:t>
      </w:r>
    </w:p>
    <w:p>
      <w:pPr>
        <w:spacing w:after="80" w:line="240" w:lineRule="auto"/>
        <w:ind w:left="198"/>
      </w:pPr>
      <w:r>
        <w:rPr>
          <w:sz w:val="16"/>
        </w:rPr>
        <w:t>Credo non si possa pubblicare quali siano le zone più a RISCHIO.</w:t>
      </w:r>
    </w:p>
    <w:p>
      <w:pPr>
        <w:spacing w:after="20"/>
      </w:pPr>
      <w:r>
        <w:rPr>
          <w:b/>
          <w:color w:val="07304D"/>
          <w:sz w:val="17"/>
        </w:rPr>
        <w:t>C0367 · Mariacarla Di Renzo</w:t>
      </w:r>
      <w:r>
        <w:rPr>
          <w:i/>
          <w:color w:val="5A6E7D"/>
          <w:sz w:val="14"/>
        </w:rPr>
        <w:t xml:space="preserve">  [CONTEMPORANEO / 2016; Bollettino 26 ottobre 2016 e commenti; riga 5467]</w:t>
      </w:r>
    </w:p>
    <w:p>
      <w:pPr>
        <w:spacing w:after="80" w:line="240" w:lineRule="auto"/>
        <w:ind w:left="198"/>
      </w:pPr>
      <w:r>
        <w:rPr>
          <w:sz w:val="16"/>
        </w:rPr>
        <w:t>Cosa dobbiamo fare? Io sono di Chieti</w:t>
      </w:r>
    </w:p>
    <w:p>
      <w:pPr>
        <w:spacing w:after="20"/>
      </w:pPr>
      <w:r>
        <w:rPr>
          <w:b/>
          <w:color w:val="07304D"/>
          <w:sz w:val="17"/>
        </w:rPr>
        <w:t>C0368 · Cheti Ottaviani</w:t>
      </w:r>
      <w:r>
        <w:rPr>
          <w:i/>
          <w:color w:val="5A6E7D"/>
          <w:sz w:val="14"/>
        </w:rPr>
        <w:t xml:space="preserve">  [CONTEMPORANEO / 2016; Bollettino 26 ottobre 2016 e commenti; riga 5478]</w:t>
      </w:r>
    </w:p>
    <w:p>
      <w:pPr>
        <w:spacing w:after="80" w:line="240" w:lineRule="auto"/>
        <w:ind w:left="198"/>
      </w:pPr>
      <w:r>
        <w:rPr>
          <w:sz w:val="16"/>
        </w:rPr>
        <w:t>Secondo lei Perugia è tra le regioni più' a rischio?</w:t>
      </w:r>
    </w:p>
    <w:p>
      <w:pPr>
        <w:spacing w:after="20"/>
      </w:pPr>
      <w:r>
        <w:rPr>
          <w:b/>
          <w:color w:val="07304D"/>
          <w:sz w:val="17"/>
        </w:rPr>
        <w:t>C0372 · Cecilia Ciancarelli</w:t>
      </w:r>
      <w:r>
        <w:rPr>
          <w:i/>
          <w:color w:val="5A6E7D"/>
          <w:sz w:val="14"/>
        </w:rPr>
        <w:t xml:space="preserve">  [CONTEMPORANEO / 2016; Bollettino 26 ottobre 2016 e commenti; riga 5526]</w:t>
      </w:r>
    </w:p>
    <w:p>
      <w:pPr>
        <w:spacing w:after="80" w:line="240" w:lineRule="auto"/>
        <w:ind w:left="198"/>
      </w:pPr>
      <w:r>
        <w:rPr>
          <w:sz w:val="16"/>
        </w:rPr>
        <w:t>Chi di voi riesce a consultare le tabelle, io non riesco.</w:t>
      </w:r>
    </w:p>
    <w:p>
      <w:pPr>
        <w:spacing w:after="20"/>
      </w:pPr>
      <w:r>
        <w:rPr>
          <w:b/>
          <w:color w:val="07304D"/>
          <w:sz w:val="17"/>
        </w:rPr>
        <w:t>C0373 · Guerino Pompa</w:t>
      </w:r>
      <w:r>
        <w:rPr>
          <w:i/>
          <w:color w:val="5A6E7D"/>
          <w:sz w:val="14"/>
        </w:rPr>
        <w:t xml:space="preserve">  [CONTEMPORANEO / 2016; Bollettino 26 ottobre 2016 e commenti; riga 5537]</w:t>
      </w:r>
    </w:p>
    <w:p>
      <w:pPr>
        <w:spacing w:after="80" w:line="240" w:lineRule="auto"/>
        <w:ind w:left="198"/>
      </w:pPr>
      <w:r>
        <w:rPr>
          <w:sz w:val="16"/>
        </w:rPr>
        <w:t>Ottimo lavoro, ovviamente si prenda in carico la responsabilità di questo annuncio, sicuramente ci saranno persone che faranno baruffa</w:t>
      </w:r>
    </w:p>
    <w:p>
      <w:pPr>
        <w:spacing w:after="20"/>
      </w:pPr>
      <w:r>
        <w:rPr>
          <w:b/>
          <w:color w:val="07304D"/>
          <w:sz w:val="17"/>
        </w:rPr>
        <w:t>C0374 · Simona D'andrea</w:t>
      </w:r>
      <w:r>
        <w:rPr>
          <w:i/>
          <w:color w:val="5A6E7D"/>
          <w:sz w:val="14"/>
        </w:rPr>
        <w:t xml:space="preserve">  [CONTEMPORANEO / 2016; Bollettino 26 ottobre 2016 e commenti; riga 5548]</w:t>
      </w:r>
    </w:p>
    <w:p>
      <w:pPr>
        <w:spacing w:after="80" w:line="240" w:lineRule="auto"/>
        <w:ind w:left="198"/>
      </w:pPr>
      <w:r>
        <w:rPr>
          <w:sz w:val="16"/>
        </w:rPr>
        <w:t>Giuliani dice che la situazione è come quella di ieri ( tutti sotto a 3 nella zona del cratere del sisma del 24/8). Non parla di incremento di Radon...quindi?</w:t>
      </w:r>
    </w:p>
    <w:p>
      <w:pPr>
        <w:spacing w:after="20"/>
      </w:pPr>
      <w:r>
        <w:rPr>
          <w:b/>
          <w:color w:val="07304D"/>
          <w:sz w:val="17"/>
        </w:rPr>
        <w:t>C0376 · Cinzia Fiori</w:t>
      </w:r>
      <w:r>
        <w:rPr>
          <w:i/>
          <w:color w:val="5A6E7D"/>
          <w:sz w:val="14"/>
        </w:rPr>
        <w:t xml:space="preserve">  [CONTEMPORANEO / 2016; Bollettino 26 ottobre 2016 e commenti; riga 5571]</w:t>
      </w:r>
    </w:p>
    <w:p>
      <w:pPr>
        <w:spacing w:after="80" w:line="240" w:lineRule="auto"/>
        <w:ind w:left="198"/>
      </w:pPr>
      <w:r>
        <w:rPr>
          <w:sz w:val="16"/>
        </w:rPr>
        <w:t>Che significa da Amatrice in poi? "In poi" verso dove?</w:t>
      </w:r>
    </w:p>
    <w:p>
      <w:pPr>
        <w:spacing w:after="20"/>
      </w:pPr>
      <w:r>
        <w:rPr>
          <w:b/>
          <w:color w:val="07304D"/>
          <w:sz w:val="17"/>
        </w:rPr>
        <w:t>C0377 · Elena Mei</w:t>
      </w:r>
      <w:r>
        <w:rPr>
          <w:i/>
          <w:color w:val="5A6E7D"/>
          <w:sz w:val="14"/>
        </w:rPr>
        <w:t xml:space="preserve">  [CONTEMPORANEO / 2016; Bollettino 26 ottobre 2016 e commenti; riga 5582]</w:t>
      </w:r>
    </w:p>
    <w:p>
      <w:pPr>
        <w:spacing w:after="80" w:line="240" w:lineRule="auto"/>
        <w:ind w:left="198"/>
      </w:pPr>
      <w:r>
        <w:rPr>
          <w:sz w:val="16"/>
        </w:rPr>
        <w:t>Monia Luciani occhio tesoro</w:t>
      </w:r>
    </w:p>
    <w:p>
      <w:pPr>
        <w:pStyle w:val="Heading2"/>
      </w:pPr>
      <w:r>
        <w:t>AUTORE EQFORECAST / OPERATIVO</w:t>
      </w:r>
    </w:p>
    <w:p>
      <w:pPr>
        <w:spacing w:after="20"/>
      </w:pPr>
      <w:r>
        <w:rPr>
          <w:b/>
          <w:color w:val="07304D"/>
          <w:sz w:val="17"/>
        </w:rPr>
        <w:t>C0014 · Stefano Calandra</w:t>
      </w:r>
      <w:r>
        <w:rPr>
          <w:i/>
          <w:color w:val="5A6E7D"/>
          <w:sz w:val="14"/>
        </w:rPr>
        <w:t xml:space="preserve">  [RETROSPETTIVO / 2026; Retrospettiva 2026: dormire in macchina; riga 280]</w:t>
      </w:r>
    </w:p>
    <w:p>
      <w:pPr>
        <w:spacing w:after="80" w:line="240" w:lineRule="auto"/>
        <w:ind w:left="198"/>
      </w:pPr>
      <w:r>
        <w:rPr>
          <w:sz w:val="16"/>
        </w:rPr>
        <w:t>Per approfondire --&gt; CHAT UFFICIALE EQFORECAST in tempo reale: https://t.me/+tiGW_kkHYbY0MWNk.</w:t>
      </w:r>
    </w:p>
    <w:p>
      <w:pPr>
        <w:spacing w:after="20"/>
      </w:pPr>
      <w:r>
        <w:rPr>
          <w:b/>
          <w:color w:val="07304D"/>
          <w:sz w:val="17"/>
        </w:rPr>
        <w:t>C0015 · Stefano Calandra</w:t>
      </w:r>
      <w:r>
        <w:rPr>
          <w:i/>
          <w:color w:val="5A6E7D"/>
          <w:sz w:val="14"/>
        </w:rPr>
        <w:t xml:space="preserve">  [RETROSPETTIVO / 2026; Retrospettiva 2026: dormire in macchina; riga 296]</w:t>
      </w:r>
    </w:p>
    <w:p>
      <w:pPr>
        <w:spacing w:after="80" w:line="240" w:lineRule="auto"/>
        <w:ind w:left="198"/>
      </w:pPr>
      <w:r>
        <w:rPr>
          <w:sz w:val="16"/>
        </w:rPr>
        <w:t>Per approfondire --&gt; CHAT UFFICIALE EQFORECAST in tempo reale: https://t.me/+tiGW_kkHYbY0MWNk.</w:t>
      </w:r>
    </w:p>
    <w:p>
      <w:pPr>
        <w:spacing w:after="20"/>
      </w:pPr>
      <w:r>
        <w:rPr>
          <w:b/>
          <w:color w:val="07304D"/>
          <w:sz w:val="17"/>
        </w:rPr>
        <w:t>C0235 · Stefano Calandra</w:t>
      </w:r>
      <w:r>
        <w:rPr>
          <w:i/>
          <w:color w:val="5A6E7D"/>
          <w:sz w:val="14"/>
        </w:rPr>
        <w:t xml:space="preserve">  [CONTEMPORANEO / 2016; Post 27 ottobre 2016 e commenti; riga 3724]</w:t>
      </w:r>
    </w:p>
    <w:p>
      <w:pPr>
        <w:spacing w:after="80" w:line="240" w:lineRule="auto"/>
        <w:ind w:left="198"/>
      </w:pPr>
      <w:r>
        <w:rPr>
          <w:sz w:val="16"/>
        </w:rPr>
        <w:t>Ci sono molte persone che mi chiedono perché scrivo "intorno alle ore 11:30" ...IO NON HO PAROLE!... Vi prego di non considerare gli eventi al cronometro… Questa non è un'app o meccanismo che con un "clic" succede qualcosa… Sono stime ....probabilità ....è già difficile così… Questo è nato come un gruppo di studio, non è un MEDIUM di previsioni di terremoti come fossero delle previsioni del tempo… Se dico intorno alle 11:30 potrebbe essere alle 10 o anche addirittura all'una… Cercate di capire che e già tanto prevedere i terremoti ed è la prima volta che accade con questa previsione nel mondo. Siate tolleranti… Io sto facendo il meglio possibile ma sono solo e continuo ad esserlo perché le istituzioni erano e sono ancora TOTALMENTE SORDE ED ASSENTI.</w:t>
      </w:r>
    </w:p>
    <w:p>
      <w:pPr>
        <w:spacing w:after="20"/>
      </w:pPr>
      <w:r>
        <w:rPr>
          <w:b/>
          <w:color w:val="07304D"/>
          <w:sz w:val="17"/>
        </w:rPr>
        <w:t>C0245 · Stefano Calandra</w:t>
      </w:r>
      <w:r>
        <w:rPr>
          <w:i/>
          <w:color w:val="5A6E7D"/>
          <w:sz w:val="14"/>
        </w:rPr>
        <w:t xml:space="preserve">  [CONTEMPORANEO / 2016; Post 27 ottobre 2016 e commenti; riga 3847]</w:t>
      </w:r>
    </w:p>
    <w:p>
      <w:pPr>
        <w:spacing w:after="80" w:line="240" w:lineRule="auto"/>
        <w:ind w:left="198"/>
      </w:pPr>
      <w:r>
        <w:rPr>
          <w:sz w:val="16"/>
        </w:rPr>
        <w:t>Costernato ed affranto per la distruzione ed i disagi post-sisma cui stiamo assistendo, comunico che GIULIANI mi ha detto poco fa che il rischio di un altro ALTO picco sismico dato dei suoi strumenti c'è ed è elevato. Secondo il mio modello teorico la massima probabilità che questo accada sarà questa notte fra le 23 e le 6 del mattino Questi picchi sismici saranno con certezza in AREA MEDITERRANEA. Ma non posso sapere se la faglia di ieri notte in Italia risponderà con un altro picco di 6 Richter o meno… Questo è un argomento da geologi Quello che posso dire io è che l'attrazione gravitazionale dei pianeti sarà massima questa notte 27/10. Più alta di quella della notte scorsa.</w:t>
      </w:r>
    </w:p>
    <w:p>
      <w:pPr>
        <w:pStyle w:val="Heading1"/>
      </w:pPr>
      <w:r>
        <w:t>Chiusura del Protocollo v0.5</w:t>
      </w:r>
    </w:p>
    <w:p>
      <w:r>
        <w:t>Il caso 26 ottobre 2016 è conservato come episodio storico documentato delle origini di EqForecast. La sua rilevanza deriva dall’antecedenza delle comunicazioni e dalla possibilità di ricostruire il percorso che portò all’avviso. Il Protocollo conserva contemporaneamente i limiti del caso, le critiche e i possibili falsi allarmi. La narrazione celebrativa non modifica lo stato scientifico delle ipotesi e non retroapplica gli algoritmi attuali.</w:t>
      </w:r>
    </w:p>
    <w:p>
      <w:r>
        <w:t>Uso futuro obbligatorio: mantenere separati documento storico, output/comunicazione antecedente, evento osservato, matching, testimonianza, interpretazione retrospettiva, ipotesi fisica e validazione scientifica indipendente.</w:t>
      </w:r>
    </w:p>
    <w:sectPr w:rsidR="00FC693F" w:rsidRPr="0006063C" w:rsidSect="00034616">
      <w:headerReference w:type="default" r:id="rId9"/>
      <w:footerReference w:type="default" r:id="rId10"/>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Pagina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E7D"/>
        <w:sz w:val="16"/>
      </w:rPr>
      <w:t>EqForecast | Protocollo storico 26 ottobre 2016 | v0.5 - 28/10/2026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7304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B527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872D3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hyperlink" Target="https://www.ingv.it/stampa-urp/ufficio-stampa/note-stampa/sequenza-sismica-in-italia-centrale-aggiornamento-del-27-ottobre-2016-ore-8-00" TargetMode="External"/><Relationship Id="rId20" Type="http://schemas.openxmlformats.org/officeDocument/2006/relationships/hyperlink" Target="https://emergenze.protezionecivile.gov.it/it/sismiche/terremoto-centro-italia-2016/" TargetMode="External"/><Relationship Id="rId21" Type="http://schemas.openxmlformats.org/officeDocument/2006/relationships/hyperlink" Target="https://www.ansa.it/amp/sito/notizie/cronaca/2016/10/27/crolli-paura-e-silenzio-audio-foto-video_4181a654-3e1d-4f9c-87f3-85e27eb997df.html" TargetMode="External"/><Relationship Id="rId22" Type="http://schemas.openxmlformats.org/officeDocument/2006/relationships/hyperlink" Target="https://www.vigilfuoco.it/media/notizie/macerata-nella-notte-nuove-scosse-sismiche-colpiscono-tutta-la-provincia-levento-avvertito" TargetMode="External"/><Relationship Id="rId23" Type="http://schemas.openxmlformats.org/officeDocument/2006/relationships/hyperlink" Target="https://www.ilgiornale.it/news/politica/c-cassandra-che-aveva-previsto-tutto-lallineamento-dei-1324364.html" TargetMode="External"/><Relationship Id="rId24" Type="http://schemas.openxmlformats.org/officeDocument/2006/relationships/hyperlink" Target="https://link.springer.com/article/10.1007/s10518-017-0254-z" TargetMode="External"/><Relationship Id="rId25" Type="http://schemas.openxmlformats.org/officeDocument/2006/relationships/hyperlink" Target="https://www.facebook.com/groups/EarthquakesForecast/permalink/3534453550045413/" TargetMode="External"/><Relationship Id="rId26" Type="http://schemas.openxmlformats.org/officeDocument/2006/relationships/hyperlink" Target="https://www.facebook.com/groups/EarthquakesForecast/permalink/1066506843506775/" TargetMode="External"/><Relationship Id="rId27" Type="http://schemas.openxmlformats.org/officeDocument/2006/relationships/hyperlink" Target="https://www.facebook.com/groups/EarthquakesForecast/permalink/717044518453011/" TargetMode="External"/><Relationship Id="rId28" Type="http://schemas.openxmlformats.org/officeDocument/2006/relationships/hyperlink" Target="https://www.facebook.com/groups/EarthquakesForecast/permalink/722644601226336/" TargetMode="External"/><Relationship Id="rId29" Type="http://schemas.openxmlformats.org/officeDocument/2006/relationships/hyperlink" Target="https://www.facebook.com/groups/EarthquakesForecast/permalink/722216807935782/" TargetMode="External"/><Relationship Id="rId30" Type="http://schemas.openxmlformats.org/officeDocument/2006/relationships/hyperlink" Target="https://www.facebook.com/groups/EarthquakesForecast/permalink/722710817886381/" TargetMode="External"/><Relationship Id="rId31" Type="http://schemas.openxmlformats.org/officeDocument/2006/relationships/hyperlink" Target="https://www.facebook.com/groups/EarthquakesForecast/permalink/722019831288813/" TargetMode="External"/><Relationship Id="rId32" Type="http://schemas.openxmlformats.org/officeDocument/2006/relationships/hyperlink" Target="https://www.facebook.com/groups/EarthquakesForecast/permalink/717046938452769/" TargetMode="External"/><Relationship Id="rId33" Type="http://schemas.openxmlformats.org/officeDocument/2006/relationships/hyperlink" Target="https://www.facebook.com/groups/EarthquakesForecast/permalink/722248171265979/" TargetMode="External"/><Relationship Id="rId34" Type="http://schemas.openxmlformats.org/officeDocument/2006/relationships/image" Target="media/image9.png"/><Relationship Id="rId35" Type="http://schemas.openxmlformats.org/officeDocument/2006/relationships/image" Target="media/image10.png"/><Relationship Id="rId36" Type="http://schemas.openxmlformats.org/officeDocument/2006/relationships/image" Target="media/image11.png"/><Relationship Id="rId37" Type="http://schemas.openxmlformats.org/officeDocument/2006/relationships/image" Target="media/image12.png"/><Relationship Id="rId38" Type="http://schemas.openxmlformats.org/officeDocument/2006/relationships/image" Target="media/image13.png"/><Relationship Id="rId39" Type="http://schemas.openxmlformats.org/officeDocument/2006/relationships/image" Target="media/image14.png"/><Relationship Id="rId40" Type="http://schemas.openxmlformats.org/officeDocument/2006/relationships/hyperlink" Target="https://www.earthquakesforecast.com/Libro_EqF_approved_Albatros.pdf" TargetMode="External"/><Relationship Id="rId41" Type="http://schemas.openxmlformats.org/officeDocument/2006/relationships/hyperlink" Target="https://www.earthquakesforecast.com/blog/index.php/2022/09/12/la-timeline-del-rischio-sismico-italiano/" TargetMode="External"/><Relationship Id="rId4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